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действия Судебного пристав-исполнителя ОСП по Балашихинскому району и г. Железнодорожному ФИО1 и отменить Постановление о возбуждении исполнительного производства № 184497/25/50001-ИП от 11.04.2025.</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незаконными действия Судебного пристав-исполнителя ОСП по Балашихинскому району и г. Железнодорожному ФИО1 и отменить Требование, принятое в рамках исполнительного производства № 184497/25/50001-ИП от 11.04.2025. Судом в порядке статьи 163 Арбитражного процессуального кодекса Российской Федерации (далее - АПК РФ) в судебном заседании 18.09.2025 объявлялся перерыв до 24.09.2025. Представитель заявителя в судебном заседании поддержал заявленные требования. Иные участвующие в деле лица, надлежащим образом извещенные о времени и месте судебного заседания, представителей в судебное заседание не направили. В связи с этим дело рассмотрено в соответствии со статьями 123 , 156 , 200 АПК РФ в их отсутствии. В соответствии с частью 6 статьи 121 АПК РФ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В ходе судебного разбирательства от заинтересованного лица поступили материалы исполнительного производства, истребуемые судом, которые приобщены к материалам дела. Третье лицо предоставило письменные объяснения в порядке статьи 81 АПК РФ . Исследовав материалы дела и заслушав представителя заявителя, суд установил следующее. Как следует из материалов дела, на основании решения Арбитражного суда Московской области от 03.12.2024 по делу N А41-64002/24 выдан исполнительный лист серии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 Архагельский, Носовихинское шоссе, д. 14а, и освобождения земельного участка. 11.04.2025 на основании исполнительного листа серии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Никольско-Архагельский, Носовихинское шоссе, д. 14а, и освобождения земельного участка Судебным приставом-исполнителем ОСП по Балашихинскому району и г. Железнодорожному ФИО1 вынесено постановление о возбуждении исполнительного производства № 184497/25/50001-ИП. В рамках исполнительного производства № 184497/25/50001-ИП, 29.05.2025 Судебным приставом-исполнителем ОСП по Балашихинскому району и г. Железнодорожному ФИО1 вынесено требование об исполнении решения суда, указанного в исполнительном документе в течение трех дней. Ссылаясь на то, что в постановлении от 11.04.2025 о возбуждении исполнительного производства № 184497/25/50001-ИП и в требовании от 29.05.2025, предмет исполнения указан не в соответствии с решением суда и фактически не исполним, заявитель обратился в арбитражный суд за защитой своих нарушенных прав и законных интересов. Исследовав и оценив в совокупности все имеющиеся в материалах дела письменные доказательства, рассмотрев доводы, изложенные в заявлении, арбитражный суд считает, что действия судебного пристав-исполнителя ОСП по Балашихинскому району и г. Железнодорожному ГУФССП России по Московской области ФИО1 в рамках исполнительного производства № 184497/25/50001-ИП, постановление о возбуждении исполнительного производства № 184497/25/50001-ИП от 11.04.2025, требование, принятое в рамках исполнительного производства № 184497/25/50001-ИП от 11.04.2025, подлежат признанию недействительными и отмене по следующим основаниям. В соответствии с частью 1 статьи 198 АПК РФ ,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По норме части 2 статьи 201 АПК РФ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силу части 1 статьи 329 АПК РФ решения и действия (бездействие) судебного пристава-исполнителя могут быть оспорены в арбитражном суде в случаях, предусмотренных Арбитражным процессуальным кодексом Российской Федерации и другим федеральным законом, по правилам, установленным главой 24 АПК РФ. Исходя из требований статьи 121 Федерального закона от 02.10.2007 № 229-ФЗ «Об исполнительном производстве» (далее - Закон № 229-ФЗ), 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иными лицами, чьи права и интересы нарушены такими действиями (бездействием), в порядке подчиненности и оспорены в суде. Согласно части 1 статьи 3 Закона № 229-ФЗ законодательство Российской Федерации об исполнительном производстве основано на Конституции Российской Федерации и состоит из данного Федерального закона, Федерального закона от 21.07.1997 № 118-ФЗ «Об органах принудительного исполнения Российской Федерации» (далее - Закон № 118-ФЗ) и иных федеральных законов, регулирующих условия и порядок принудительного исполнения судебных актов, актов других органов и должностных лиц. В силу части 2 статьи 318 АПК РФ принудительное исполнение судебного акта производится на основании выдаваемого арбитражным судом исполнительного листа, если иное не предусмотрено данным Кодексом. Условия и порядок совершения действий судебным приставом-исполнителем регламентируются нормами Закона № 229-ФЗ В соответствии с пунктом 1 статьи 1 Закона № 229-ФЗ данный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настоящим федеральным законом полномочий предоставлено право возлагать на физических лиц, юридических лиц, Российскую Федерацию, субъекты Российской Федерации, муниципальные образования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 Пунктом 2 статьи 3 Закона № 229-ФЗ установлено, что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 Согласно пункту 1 статьи 12 Закона № 229-ФЗ в процессе принудительного исполнения судебных актов судебный пристав-исполнитель принимает меры по своевременному, полному и правильному исполнению исполнительных документов. Исполнительными документами, направляемыми (предъявляемыми) судебному приставу-исполнителю являются исполнительные листы, выдаваемые судами общей юрисдикции и арбитражными судами на основании принимаемых ими судебных актов (пункт 1 части 1 статьи 12 Закона № 229-ФЗ). Согласно части 1 статьи 13 Закона № 229-ФЗ, в исполнительном документе должна быть указана в том числе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 Исполнительный документ, выданный на основании судебного акта или являющийся судебным актом, подписывается судьей и заверяется гербовой печатью суда - часть 3 статьи 13 Закона № 229-ФЗ. Согласно статье 14 Закона № 229-ФЗ, 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 В постановлении судебного пристава-исполнителя должны быть указаны: 1) наименование подразделения судебных приставов и его адрес; 2) дата вынесения постановления; 3) должность, фамилия и инициалы лица, вынесшего постановление; 4) наименование и номер исполнительного производства, по которому выносится постановление; 5) вопрос, по которому выносится постановление; 6) основания принимаемого решения со ссылкой на федеральные законы и иные нормативные правовые акты; 7) решение, принятое по рассматриваемому вопросу; 8) порядок обжалования постановления. Как следует из материалов дела, судебный пристав-исполнитель ОСП по Балашихинскому району и г. Железнодорожному ФИО1, рассмотрев исполнительный документ - исполнительный лист серии ФС 048920337, с заявлением о возбуждении исполнительного производства, вынес постановление о возбуждении исполнительного производства от 11.04.2025 № 184497/25/50001-ИП. 29.05.2025 судебный пристав-исполнитель ОСП по Балашихинскому району и г. Железнодорожному ФИО1 вынес требование об исполнении решения суда, указанного в исполнительном документе в течение трех дней. 29.05.2025 постановление о возбуждении исполнительного производства от 11.04.2025 № 184497/25/50001-ИП и требование от 29.05.2025 вручены заявителю, копия исполнительного листа серии ФС № 048920337 заявителю не предоставлялась. Между тем, в постановлении о возбуждении исполнительного производства от 11.04.2025 № 184497/25/50001-ИП и в требовании от 29.05.2025 указан следующий предмет исполнения: Обязать Заявителя устранить препятствия в пользовании помещением с номером 50:15:0060113:13 путем демонтажа объекта по адресу: г. Балашиха, мкр. Никольско-Архангельский, Носовихинское ш., д. 14а, что не соответствует и противоречит исполнительному документу. Как следует из материалов дела, на основании решения Арбитражного суда Московской области от 03.12.2024 по делу № А41-64002/24 выдан исполнительный лист серии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 Архагельский, Носовихинское шоссе, д. 14а, и освобождения земельного участка. Доводы заявителя подтверждаются представленными им в материалы дела доказательствами. При указанных обстоятельствах суд считает, что заинтересованным лицом нарушаются права и законные интересы заявителя в сфере предпринимательской и иной экономической деятельности. При этом судом учтено, что впоследствии в рамках исполнительного производства была исправлена ошибка, допущенная в постановлении о возбуждении исполнительного производства от 11.04.2025 № 184497/25/50001-ИП и в требовании от 29.05.2025. Согласно пункту 10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по заявлению лиц, участвующих в исполнительном производстве, либо по своей инициативе судебный пристав-исполнитель вправе исправить допущенные им в постановлении описки или явные арифметические ошибки (часть 3 статьи 14 Закона № 229-ФЗ). При этом судебный пристав-исполнитель может вносить в ранее вынесенные постановления не любые исправления, а только такие, которыми исправляются явные ошибки в постановлениях, не изменяя содержание постановления. Между тем, постановлениями о внесении изменений фактически изменяется предмет исполнения, что не предусмотрено частью 3 статьи 14 Закона № 229-ФЗ. Кроме того, постановления о внесении изменений в ранее вынесенные постановление и требование вынесены судебным приставом-исполнителем 13.08.2025, уже после обращения заявителя в Арбитражный суд Московской области за защитой своих прав и законных интересов. При таких обстоятельствах решения, действия судебного пристава-исполнителя ОСП по Балашихинскому району и г. Железнодорожному ФИО1, постановление о возбуждении исполнительного производства № 184497/25/50001-ИП от 11.04.2025, требование от 29.05.2025 являются незаконными, и нарушающими права и охраняемые законом интересы заявителя, в связи с чем вывод суда о необходимости удовлетворения заявленных Акционерного общества «ЦЕНТР МЕМОРИАЛЬНЫХ УСЛУГ» требований правомерен. Принимая решение по делу суд также учитывает, что на дату рассмотрения дела требования исполнительного листа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Никольско-Архагельский, Носовихинское шоссе, д. 14а, и освобождения земельного участка фактически исполнены, что подтверждается представленным в материалы дела актом о совершении исполнительных действий. В соответствии с частью 2 статьи 201 АПК РФ ,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соответствии с частью 2 статьи 329 АПК РФ обращение в суд с настоящим заявлением государственной пошлиной не облагается, поэтому распределение расходов по уплате государственной пошлины в порядке статьи 110 АПК РФ суд не производит. Руководствуясь статьями 167 – 170 , 176 , 201 Арбитражного процессуального кодекса Российской Федерации, арбитражный суд РЕШИЛ: Заявленные требования удовлетворить частично. Признать незаконными действия судебного пристав-исполнителя ОСП по Балашихинскому району и г. Железнодорожному ГУФССП России по Московской области ФИО1 в рамках исполнительного производства № 184497/25/50001-ИП, признать недействительными и отменить постановление о возбуждении исполнительного производства № 184497/25/50001-ИП от 11.04.2025 и требование, принятое в рамках исполнительного производства № 184497/25/50001-ИП от 11.04.2025. В оставшейся части заявленных требований в удовлетворении оказать. Решение может быть обжаловано в Десятый арбитражный̆ апелляционный̆ суд в течение месяца со дня принятия.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А.В. Цховребова Суд: АС Московской области (подробнее) Истцы: АО ЦЕНТР МЕМОРИАЛЬНЫХ УСЛУГ (подробнее) Иные лица: Федеральная служба судебных приставов (подробнее) Судьи дела: Цховребова А.В. (судья) (подробнее) Последние документы по делу: Резолютивная часть решения от 23 сентября 2025 г. по делу № А41-47741/2025 Решение от 25 октября 2025 г. по делу № А41-47741/2025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