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рождения: гор. Уфа Башкирская АССР; ИНН: &lt;***&gt; СНИЛС: &lt;***&gt;; зарегистрированная по адресу: 187720, Ленинградская область, Лодейнопольский дер. Андреевщина д. 47) о признании её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гражданина арбитражного управляющего ФИО2, (номер в реестре арбитражных управляющих, являющихся членами саморегулируемой организации арбитражных управляющих № 19325, ИНН &lt;***&gt;, адрес: 617764, &lt;...&gt;).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-осуществлять свои полномочия в соответствии с требованиями Федерального закона «О несостоятельности (банкротстве)». -в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решения. -в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имущества. -до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-представить в арбитражный суд отчет о своей деятельности с подтверждающими документами в срок до 05.02.2026. Разъяснить участникам дела, что в соответствии с изменениями, внесенными в Федеральный закон «О несостоятельности (банкротстве)» 29.05.2024 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вопросам миграции МВД России сведения о паспортных данных и адресе регистрации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сведения о заключенных договорах страхования гражданской ответственности владельцев транспортных средств;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Л.Д. Суд: АС Санкт-Петербурга и Ленинградской обл. (подробнее) Иные лица: АО "АЛЬФА-БАНК" (подробнее) Ассоциация арбитражных управляющих "Евразия" (подробнее) ГУ УВМ МВД по Санкт-Петербургу и Ленинградской области (подробнее) ГУ Управление по вопросам миграции МВД России по Санкт-Петербургу и Ленинградской области (подробнее) ПАО ВТБ (подробнее) Управление Федеральной налоговой службы по Ленинградской области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