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«Тепловые энергетические системы-Приволжск» удовлетворить. Признать незаконным отказ заместителя начальника отделения - заместителя старшего судебного пристава Приволжского РОСП УФССП России по Ивановской области ФИО1 в предоставлении запрошенной ООО «ТЭС- Приволжск» информации/данных в рамках исполнительных производств, изложенный в ответе от 16.05.2025 № 37016/25/135644. Обязать старшего судебного пристава Приволжского РОСП УФССП России по Ивановской области ФИО2 обеспечить принятие мер по предоставлению ООО «ТЭС-Приволжск» запрошенной информации/данных по запросу от 06.05.2025 исх. № 159 посредством ознакомления с материалами исполнительных производств.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Судья Скобелева Е.Г. Суд: АС Ивановской области (подробнее) Истцы: ООО "ТЭС-Приволжск" (подробнее) Иные лица: Управление федеральной службы судебных приставов по Ивановской области (подробнее) Судьи дела: Скобелева Е.Г. (судья) (подробнее) Последние документы по делу: Решение от 2 ноября 2025 г. по делу № А17-4679/2025 Резолютивная часть решения от 29 октября 2025 г. по делу № А17-4679/2025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