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 досрочном прекращении полномочий членов Совета директоров акционерного общества «Средне-Уральская геологоразведочная экспедиция».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 избрании членов Совета директоров акционерного общества «Средне-Уральская геологоразведочная экспедиция». Указанное требование не было получено Советом директоров акционерного общества «Средне-Уральская геологоразведочная экспедиция» и возвратилось отправителю за истечением срока хранения. Советом директоров АО «СУГРЭ» не принято решение о проведении внеочередного заседания общего собрания акционеров. В связи с чем, ООО «Актай-М» обращается с настоящим иском о понуждении АО «СУГРЭ» провести внеочередное заседание общего собрания акционеров. 17.06.2025 года было созвано годовое заседание общего собрания акционеров АО «СУГРЭ» которое не состоялось по причине отсутствия кворума позволяющего принимать решения по всем вопросам повестки дня собрания. Указанные обстоятельства послужили основанием для обращения истца в арбитражный суд с данным иском. Исследовав материалы дела, заслушав пояснения лиц, участвующих в деле, оценив представленные доказательства в соответствии с положениями ст. 71 АПК РФ , суд считает заявленные требования подлежащими удовлетворению. В силу положений ч. 1 ст. 225.7 АПК РФ в случаях, предусмотренных федеральным законом, органы юридического лица или его участники вправе обратиться в арбитражный суд с иском о понуждении юридического лица созвать общее собрание участников. В соответствии с п. 1 ст. 55 Федерального закона от 26.12.1995 № 208-ФЗ «Об акционерных обществах» (далее – Закон об акционерных обществах) внеочередное общее собрание акционеров проводится по решению совета директоров (наблюдательного совета) общества на основании его собственной инициативы, требования ревизионной комиссии общества, аудитора общества, а также акционеров (акционера), являющихся владельцами не менее чем 10 процентов голосующих акций общества на дату предъявления требования. Созыв внеочередного общего собрания акционеров по требованию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 осуществляется советом директоров (наблюдательным советом) общества. В случае, если функции совета директоров (наблюдательного совета) общества осуществляет общее собрание акционеров, созыв внеочередного общего собрания акционеров по требованию указанных лиц осуществляется лицом или органом общества, к компетенции которых уставом общества отнесено решение вопроса о проведении общего собрания акционеров и об утверждении его повестки дня. Пунктом 2 статьи 55 Закона об акционерных обществах установлено, что внеочередное общее собрание акционеров, которое созывается по требованию ревизионной комиссии общества, аудитора общества или акционеров (акционера), являющихся владельцами не менее чем 10% голосующих акций общества, должно быть проведено в течение 40 дней с момента, когда представлено указанное требование (абзац 1 пункта 2 статьи 55 названного Закона). Если предлагаемая повестка дня внеочередного общего собрания акционеров содержит вопрос об избрании членов совета директоров (наблюдательного совета) общества, такое собрание необходимо провести в течение 75-ти дней с даты представления требования о проведении внеочередного общего собрания акционеров, если более короткий срок не предусмотрен уставом общества. Совет директоров (наблюдательный совет) общества обязан определить дату, до которой будут приниматься предложения акционеров о выдвижении кандидатов для избрания в совет директоров (наблюдательный совет) общества (абзац 2 пункта 2 статьи 55 Закона N 208-ФЗ). В силу п. 6 ст. 55 Закона об акционерных обществах в течение пяти дней с даты предъявления требования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о созыве внеочередного общего собрания акционеров советом директоров (наблюдательным советом) общества должно быть принято решение о созыве внеочередного общего собрания акционеров либо об отказе в его созыве. Решение об отказе в созыве внеочередного общего собрания акционеров по требованию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может быть принято в случае, если: - не соблюден установленный настоящей статьей и (или) пунктом 1 статьи 84.3 настоящего Федерального закона порядок предъявления требования о созыве внеочередного общего собрания акционеров; - акционеры (акционер), требующие созыва внеочередного общего собрания акционеров, не являются владельцами предусмотренного пунктом 1 настоящей статьи количества голосующих акций общества; - ни один из вопросов, предложенных для внесения в повестку дня внеочередного общего собрания акционеров, не отнесен к его компетенции и (или) не соответствует требованиям настоящего Федерального закона и иных правовых актов Российской Федерации. Пунктом 8 статьи 55 Закона об акционерных обществах предусмотрено, что в случае, если в течение установленного настоящим Федеральным законом срока советом директоров (наблюдательным советом) общества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 В решении суда о понуждении общества провести внеочередное общее собрание акционеров указываются сроки и порядок его проведения. Исполнение решения суда возлагается на истца либо по его ходатайству на орган общества или иное лицо при условии их согласия. Таким органом не может быть совет директоров (наблюдательный совет) общества. При этом орган общества или лицо, которое в соответствии с решением суда проводит внеочередное общее собрание акционеров, обладает всеми предусмотренными настоящим Федеральным законом полномочиями, необходимыми для созыва и проведения этого собрания. В случае, если в соответствии с решением суда внеочередное общее собрание акционеров проводит истец, расходы на подготовку и проведение этого собрания могут быть возмещены по решению общего собрания акционеров за счет средств общества (п. 9 ст. 55 Закона об акционерных обществах). Из положений п. 6 ст. 55 Закона об акционерных обществах следует, что в течение 5 дней с даты предъявления требования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 о созыве внеочередного общего собрания акционеров советом директоров (наблюдательным советом) общества должно быть принято решение о созыве внеочередного общего собрания акционеров либо об отказе в его созыве. Согласно п. 1 ст. 66 Закона об акционерных обществах члены совета директоров (наблюдательного совета) общества избираются общим собранием акционеров в порядке, предусмотренном настоящим Федеральным законом и уставом общества, на срок до следующего годового заседания общего собрания акционеров. Если годовое заседание общего собрания акционеров не было проведено в сроки, установленные в соответствии с пунктом 3 статьи 47 настоящего Федерального закона, полномочия совета директоров (наблюдательного совета) общества прекращаются, за исключением полномочий по подготовке и проведению годового заседания общего собрания акционеров. Если на годовом заседании общего собрания акционеров решение об избрании членов совета директоров (наблюдательного совета) общества не было принято, полномочия совета директоров (наблюдательного совета) общества прекращаются, за исключением полномочий по подготовке и проведению внеочередного заседания общего собрания акционеров для принятия решения об избрании членов совета директоров (наблюдательного совета) общества. В силу п. 10 ст. 55 Закона об акционерных обществах в решении суда о понуждении общества провести внеочередное заседание общего собрания акционеров или заочное голосование указываются сроки проведения внеочередного заседания общего собрания акционеров или заочного голосования. Исполнение решения суда возлагается на истца либо по его ходатайству на орган общества или иное лицо при условии их согласия. Ответчиком доказательств исполнения требования акционера о созыве собрания не представлено. При этом суд отмечает, что изначально акционер обращался с требованием о созыве 06.06.2025, которое по независящим от истца причинам не было получено самим органом, поэтому довод ответчика о том, что после 30.06.2025 члены совета директоров не имели полномочий на подготовку и проведение внеочередного заседания общего собрания акционеров отклоняется. По этой же причине истец и просит исполнение решения суда по данному делу о подготовке, созыве и проведению внеочередного общего собрания акционеров акционерного общества «Средне-Уральская геологоразведочная экспедиция» возложить на него. Иные доводы ответчика судом рассмотрены и отклонены, поскольку не влекут отказ в удовлетворении требований истца, являющегося акционером общества, направившего требование о созыве собрания в установленном законом порядке. При таких обстоятельствах требования истца суд счёл обоснованными и подлежащими удовлетворению (п. 8 ст. 55 Закона об акционерных обществах). Согласно ч. 3 ст. 225.7 АПК РФ решение арбитражного суда о понуждении юридического лица созвать общее собрание участников подлежит немедленному исполнению, если иные сроки не установлены в решении суда. С учётом результата рассмотрения дела, расходы истца по уплате госпошлины подлежат отнесению на ответчика (ст. 110 АПК РФ ). Руководствуясь ст. 110 , 167 - 170 , 174 , 176 , 225.7 Арбитражного процессуального кодекса Российской Федерации, арбитражный суд РЕШИЛ: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удовлетворить. Обязать акционерное общество «Средне-Уральская геологоразведочная экспедиция» (ИНН: &lt;***&gt;, ОГРН: &lt;***&gt;) провести внеочередное заседание общего собрания акционеров в форме собрания (совместного присутствия акционеров для обсуждения вопросов повестки дня и принятия решений по вопросам, поставленным на голосование) не позднее 75 дней с момента вынесения решения суда в форме очного голосования для обсуждения вопросов повестки дня и принятия решений по вопросам, поставленным на голосование, со следующей повесткой дня: 1) Об избрании членов Совета директоров акционерного общества «Средне-Уральская геологоразведочная экспедиция» (ИНН: &lt;***&gt;, ОГРН: &lt;***&gt;). Исполнение решения о понуждении подготовки, созыву и проведению внеочередного общего собрания акционеров возложить на общество с ограниченной ответственностью «Актай-М» (ИНН: &lt;***&gt;, ОГРН: &lt;***&gt;) Взыскать с акционерного общества «Средне-Уральская геологоразведочная экспедиция» (ИНН: &lt;***&gt;, ОГРН: &lt;***&gt;) в пользу общества с ограниченной ответственностью «Актай-М» (ИНН: &lt;***&gt;, ОГРН: &lt;***&gt;) расходы по оплате государственной пошлины в размере 50000,00 руб. 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Решение подлежит немедленному исполнению. Решение может быть обжаловано в порядке апелляционного производства в Семнадцатый арбитражный апелляционный суд в течение десяти дней со дня его принятия (изготовления в полном объеме). Апелляционная жалоба подается в арбитражный суд апелляционной инстанции через арбитражный суд, принявший решение. Апелляционная жалоба также может быть подана посредством заполнения формы, размещенной на официальном сайте арбитражного суда в сети «Интернет» http://ekaterinburg.arbitr.ru. В случае обжалования решения в порядке апелляционного производства информацию о времени, месте и результатах рассмотрения дела можно получить соответственно на интернет-сайте Семнадцатого арбитражного апелляционного суда http://17aas.arbitr.ru. В соответствии с ч. 3 ст.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 С информацией о дате и времени выдачи исполнительного листа канцелярией суда можно ознакомиться в сервисе «Картотека арбитражных дел» в карточке дела в документе «Дополнение». По заявлению взыскателя дата выдачи исполнительного листа (копии судебного акта) может быть определена (изменена) в соответствующем заявлении, в том числе посредством внесения соответствующей информации через сервис «Горячая линия по вопросам выдачи копий судебных актов и исполнительных листов» на официальном сайте арбитражного суда в сети «Интернет» либо по телефону Горячей линии &lt;***&gt;. В случае неполучения взыскателем исполнительного листа в здании суда в назначенную дату, исполнительный лист не позднее следующего рабочего дня будет направлен по юридическому адресу взыскателя заказным письмом с уведомлением о вручении. В случае если до вступления судебного акта в законную силу поступит апелляционная жалоба, (за исключением дел, рассматриваемых в порядке упрощенного производства) исполнительный лист выдается только после вступления судебного акта в законную силу. В этом случае дополнительная информация о дате и времени выдачи исполнительного листа будет размещена в карточке дела «Дополнение». Судья П.П. Киреев Электронная подпись действительна. Данные ЭП:Удостоверяющий центр Казначейство РоссииДата 13.02.2025 4:18:53 Кому выдана Киреев Павел Павлович Суд: АС Свердловской области (подробнее) Истцы: ООО "Актай-М" (подробнее) Ответчики: АО СРЕДНЕ-УРАЛЬСКАЯ ГЕОЛОГОРАЗВЕДОЧНАЯ ЭКСПЕДИЦИЯ (подробнее) Судьи дела: Киреев П.П.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