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513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Одноэтажное строение, занимаемое гаражными боксами. 3. Одноэтажное строение, занимаемое гаражными боксами. 4. Одноэтажное строение, занимаемое гаражными боксами. 5. Металлическое сооружение с вывеской «Сервис, запчасти».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Одноэтажное строение, занимаемое гаражными боксами.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Одноэтажное строение, занимаемое гаражными боксами. 8. Строение переменной этажности (1-2 этажа), частично занимаемое гаражными боксами, расположено в границах земельного участка с кадастровым номером 54:35:041160:899.</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Двухэтажное металлическое строение с вывеской «Автором».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Одноэтажное строение, частично занимаемое гаражными боксами, имеется металлическая пристройка с вывеской «Автосервис Молния».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Одноэтажное строение с двумя распашными воротами, функциональную принадлежность которого определить не представилось возможным.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Одноэтажное строение, занимаемое гаражными боксами.</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Одноэтажное строение с распашными воротами с вывеской «СТО, шиномонтаж».</w:t>
      </w:r>
    </w:p>
    <w:p>
      <w:pPr>
        <w:pStyle w:val="Heading3"/>
      </w:pPr>
      <w:r>
        <w:rPr>
          <w:rFonts w:ascii="Times New Roman" w:hAnsi="Times New Roman" w:eastAsia="Times New Roman" w:cs="Times New Roman"/>
          <w:b/>
          <w:i w:val="0"/>
          <w:sz w:val="22"/>
        </w:rPr>
        <w:t>Пункт 14. Выводы</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Одноэтажное строение, занимаемое гаражными боксами, имеется вывеска «Фабрика мебели, матрешка».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Одноэтажное строение, занимаемое гаражными боксами, имеется вывеска «СТО».</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Одноэтажное строение, занимаемое гаражными боксами, частично расположенное на неразграниченной территории.</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Одноэтажное строение, функциональную принадлежность которого определить не представилось возможным, расположенные в границах земельного участка с кадастровым номером 54:35:041160:1 с местоположением: &lt;...&gt; в течение трех месяцев со дня вступления решения суда в законную силу. На основании статьи 51 Арбитражного процессуального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1) Департамент земельных и имущественных отношений мэрии города Новосибирска (ИНН &lt;***&gt;), 2) ФИО2, 3) акционерное общество «Региональные электрические сети». В отзыве на исковое заявление от 29.06.2025, дополнениях к отзыву от 27.07.2025 ответчик заявил возражения против удовлетворения иска, указав, что земельный участок под строительство гаражных боксов ГСК «Молния-1» был выделен в соответствии с законодательством, действовавшем на момент его выделения, что установлено вступившими в законную силу решениями Арбитражного суда по Новосибирской области: по делам А45-8100/2016 от 24.06.2016г.; № А45-8355/2017 от 30.06.2017; А45-12270/2018 от 13.09.2018; № А45-17680/2019 от 16.07.2019; № А45-23090/2017 от 23.10.2017; № А45-34176/2020 от 26.03.2021; № А45-37517/2018 от 25.12.2018, сторонами процессов которых являлись со стороны Истца: ГСК «Молния-1», со стороны Ответчика: Мэрия г. Новосибирска. Кроме того ответчик полагает, что является ненадлежащим ответчиком, поскольку строительство гаражных боксов осуществлялось не ГСК «Молния-1», а на взносы физических лиц, которые в настоящее время являются фактическими владельцами гаражных боксов. Ответчик полагает, что иск заявлен в обход установленной процедуры обжалования вступивших в законную силу судебных актов, принятых Калининским районным судом города Новосибирска, Центральным районным судом города Новосибисрка по заявлениям физических лиц о признании права собственности на гаражные боксы. В отзыве на исковое заявление от 26.08.2025 третье лицо - ФИО2 заявил возражения против иска, указав, что решением Калининского районного суда г. Новосибирска от 26.092022 по делу № 2-3755/2022 за ФИО2 было признано право собственности на гаражный бокс № 678, расположенный в ГСК «Молния-1» (ул. Макаренко). Данное решение суда вступило в законную силу и является обязательным для всех органов государственной власти, органов местного самоуправления, иных органов и организаций (ч. 1 ст. 16 ГПК РФ , ч. 2 ст. 13 АПК РФ ). Ответчиком по делу № 2-3755/2022 выступала Мэрия г. Новосибирска. Таким образом, мэрия являлась надлежащим образом извещенной стороной по делу, в рамках которого суд всесторонне исследовал вопросы законности возведения гаражей и прав истца. Мэрия имела все процессуальные возможности для представления своих возражений и доказательств, а также для обжалования принятого решения в апелляционном порядке. Тот факт, что Мэрия не обжаловала решение Калининского районного суда, означает, что она согласилась с установленными по делу обстоятельствами и юридическими выводами суда. Требование о сносе объекта, на который у гражданина ФИО2 имеется зарегистрированное право собственности, основанное на судебном решении, является прямым посягательством на его законное имущественное право, гарантированное ст. 35 Конституции РФ. Такое требование может быть законно предъявлено только при наличии установленных ст. 222 ГК РФ оснований (например, создание угрозы жизни и здоровью), которые уже были предметом судебного разбирательства и опровергнуты решением суда от 26.09.2022 (в решении указано на соответствие объекта техническим, санитарным и противопожарным нормам). По мнению третьего лица, поведение мэрии свидетельствует о злоупотреблении правом в виде попытки использовать свой публично-правовой статус для неправомерного пересмотра судебного акта путем предъявления нового иска. Просит в удовлетворении иска отказать. АЭ «Региональные электрические сети» письменного отзыва на исковое заявление не представило, в судебном заседании представитель пояснил, что спорные объекты не располагаются в охранной зоне объекта электросетевого хозяйства «ВЛ-С-1/2 ТЭЦ 4 Правобережная». Департамент земельных и имущественных отношений мэрии города Новосибирска отзыв на исковое заявление не представил. Мэрия города Новосибирска, Департамент земельных и имущественных отношений мэрии города Новосибирска явку представителей в судебное заседание не обеспечили, о месте и времени судебного разбирательства извещены в соответствии с требованиями статей 121 , 123 Арбитражного процессуального кодекса Российской Федерации. Дело рассматривается в порядке статей 123 , 156 Арбитражного процессуального кодекса Российской Федерации в отсутствие представителей истца, третьего лица, надлежащим образом извещенных о месте и времени судебного разбирательства, по имеющимся в материалах дела доказательствам. В судебном заседании представитель ответчика, третьего лица – ФИО2 поддержали доводы, изложенные в обоснование правовой позиции по делу, просят в иске отказать. Исследовав материалы дела, рассмотрев доводы истца, ответчика третьих лиц в обоснование своей позиции, оценив в порядке статей 64 , 71 Арбитражного процессуального кодекса Российской Федерации доказательства, арбитражный суд пришел к следующим выводам. Каждое лицо, участвующее в деле, должно доказать обстоятельства, на которые оно ссылается как на основание своих требований и возражений (статья 65 Арбитражного процессуального кодекса Российской Федерации). Из смысла положений статей 1 , 11 , 12 Гражданского кодекса Российской Федерации и статьи 4 Арбитражного процессуального кодекса Российской Федерации следует, что условием предоставления судебной защиты лицу, обратившемуся в суд с соответствующим требованием, является установление наличия у истца принадлежащего ему субъективного материального права или охраняемого законом интереса, а также факта его нарушения непосредственно ответчиком. При этом реализация предусмотренных законом способов защиты гражданских прав путем предъявления иска в арбитражный суд возможна только в том случае, когда такое обращение в суд способно восстановить нарушенные или оспариваемые права и законные интересы. Как следует из материалов дела и установлено судом, Департаментом земельных и имущественных отношений мэрии города Новосибирска установлен факт возведения (создания) без получения необходимых в силу закона согласований и разрешений на земельном участке с кадастровым номером 54:35:041160:1 здания, сооружения или другого строения: завершенные и незавершенные объекты капитального строительства (гаражи), что подтверждается актом проверки от 14.10.2024- № 32-Т (Уведомление о выявлении самовольной постройки от 24.10.2024 № 05/24-Т). Кроме того, на земельном участке складируются железобетонные конструкции, строительные материалы, строительный мусор. Земельный участок не огорожен, доступ не ограничен. Согласно акту осмотра земельного участка от 17.01.2025 № 391081, выполненному главным специалистом отдела муниципального земельного контроля управления по земельным ресурсам мэрии города Новосибирска, установлено, что в границах земельного участка с кадастровым номером 54:35:041160:1 с местоположением ул. Объединения, Калининский район расположены следующие объекты: 1. Строение переменной этажности (1-2 этажа), занимаемое гаражными боксами (фото № 1-7); 2. Одноэтажное строение, занимаемое гаражными боксами (фото № 8-12); 3. Одноэтажное строение, занимаемое гаражными боксами (фото № 13-17); 4. Одноэтажное строение, занимаемое гаражными боксами (фото № 18-19); 5. Металлическое сооружение с вывеской «Сервис, запчасти» (фото № 20); 6. Одноэтажное строение, занимаемое гаражными боксами (фото № 21-22); 7. Одноэтажное строение, занимаемое гаражными боксами (фото № 22-29); 8. Строение переменной этажности (1-2 этажа), частично занимаемое гаражными боксами, расположено в границах земельного участка с кадастровым номером 54:35:041160:899 (фото № 30-31); 33); 9. Двухэтажное металлическое строение с вывеской «Автором» (фото № 32- 10. Одноэтажное строение, частично занимаемое гаражными боксами, имеется металлическая пристройка с вывеской «Автосервис Молния» (фото № 34-42); 11. Одноэтажное строение с двумя распашными воротами, функциональную принадлежность которого определить не представилось возможным (фото № 43); 12. Одноэтажное строение, занимаемое гаражными боксами (фото № 44-52); 13. Одноэтажное строение с распашными воротами с вывеской «СТО, шиномонтаж» (фото № 52-54); 14. Одноэтажное строение, занимаемое гаражными боксами, имеется вывеска «Фабрика мебели, матрешка» (фото № 55-61); 15. Одноэтажное строение, занимаемое гаражными боксами, имеется вывеска «СТО» (фото № 62-68); 16. Одноэтажное строение, занимаемое гаражными боксами, частично расположенное на неразграниченной территории (фото № 69-70); 17. Одноэтажное строение, функциональную принадлежность которого определить не представилось возможным (фото № 71). Другие объекты недвижимого имущества отсутствуют. По мнению истца, возведенные Ответчиком капитальные строения являются самовольными постройками по следующим основаниям: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Объекты возведены без разрешения на строительство (п. 2 ст. 51 Градостроительного кодекса РФ);</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Объекты возведены на земельном участке, не предоставленном в установленном порядке, а именно на землях, государственная собственность на которые не разграничена. Полагая, что в отсутствие правоустанавливающих документов на земельный участок, разрешения на строительство, разрешения на ввод объекта в эксплуатацию, объект является самовольной постройкой, а наличие в объекте разрушений, создают угрозу жизни и здоровья людей, мэрия города Новосибирска обратилась в арбитражный суд с рассматриваемым иском. В силу статьи 8 Гражданского кодекса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силу положений ст. 209 Гражданского кодекса РФ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Положениями ст. 42 Земельного кодекса Российской Федерации установлено, что собственники земельных участков и лица, не являющиеся собственниками земельных участков, обязаны 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сохранять межевые, геодезические и другие специальные знаки, установленные на земельных участках в соответствии с законодательством. В соответствии со ст. 263 ГК РФ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целевом назначении земельного участка (п. 2 ст. 260 ГК РФ ). Согласно подп. 2 п. 1 ст. 40 ЗК РФ собственник земельного участка имеет право возводить жилые, производственные, культурно-бытовые и иные здания, строения,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 Самовольное строительство представляет собой правонарушение, которое состоит в нарушении норм земельного законодательства, регулирующего предоставление земельного участка под строительство, либо градостроительных норм, регулирующих проектирование и строительство. Поэтому лицо, осуществившее самовольную постройку, не является законным владельцем. Статья 12 Гражданского кодекса РФ предусматривает такой способ защиты, как восстановление положения, существовавшего до нарушения права, и пресечения действий, нарушающих право или создающих угрозу его нарушения Аналогичное положение закреплено в п. 2 ст. 60 Земельного кодекса Российской Федерации. В силу подп. 2 п. 1 статьи 60 Земельного кодекса Российской Федерации в случае самовольного занятия земельного участка нарушенное право на него подлежит восстановлению. В соответствии с п. 2 ст. 62 Земельного кодекса Российской Федерации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 Согласно п. 2, 3 ст. 76 Земельного кодекса Российской Федерации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 В соответствии со ст. 222 Гражданского кодекса Российской Федерации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Использование самовольной постройки не допускается.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 Таким образом, в предмет доказывания по иску о признании постройки самовольной и ее сносе входят следующие обстоятельства: создание объекта недвижимости на земельном участке, не отведенном в установленном порядке для этих целей; строительство объекта без получения необходимых разрешений либо с существенным нарушением градостроительных норм и правил, и нарушение постройкой прав и законных интересов истца. Для признания постройки самовольной достаточно наличия одного из указанных нарушений. Из положений статьи 222 Гражданского кодекса Российской Федерации следует, что к признанию постройки самовольной приводит либо частно-правовое нарушение (строительство на земельном участке в отсутствие соответствующего гражданского права на землю), либо публично-правовые нарушения: формальное (отсутствие необходимых разрешений) или содержательное (нарушение градостроительных и строительных норм и правил) (Определение Верховного Суда Российской Федерации от 10.03.2016 N 308-ЭС15-15458). Как следует из разъяснений, данных в п. 2 постановления Пленума Верховного Суда РФ от 12.12.2023 N 44 "О некоторых вопросах, возникающих в судебной практике при применении норм о самовольной постройке" (далее - постановление Пленума ВС РФ N 44), в силу пункта 1 статьи 222 ГК РФ самовольной признается постройка при наличии хотя бы одного из следующих признаков: - возведение (создание) на земельном участке, не предоставленном в установленном порядке; - возведение (создание) на земельном участке, разрешенное использование которого не допускает строительства на нем данного объекта на дату начала его возведения и на дату выявления постройки; - возведение (создание) без получения на это необходимых в силу закона согласований, разрешений, если требование о получении соответствующих согласований, разрешений установлено на дату начала возведения и является действующим на дату выявления постройки; - возведение (создание) с нарушением градостроительных и строительных норм и правил, если такие нормы и правила установлены на дату начала возведения постройки и являются действующими на дату ее выявления. Постройка может быть признана самовольной на любом этапе ее строительства, начиная с возведения фундамента. Последствиями возведения (создания) самовольной постройки являются ее снос или приведение в соответствие с установленными требованиями на основании решения суда (пункт 2 статьи 222 ГК РФ ) или на основании решения органа местного самоуправления, принимаемого в соответствии с его компетенцией, установленной законом (пункт 31 статьи 222 ГК РФ ), если судом не будут установлены обстоятельства, свидетельствующие о возможности ее сохранения (п. 10 постановления Пленума ВС РФ N 44). С иском о сносе самовольной постройки, о ее сносе или приведении в соответствие с установленными требованиями вправе обратиться собственник земельного участка, обладатель иного вещного права на земельный участок, его законный владелец, иное лицо, чьи права и законные интересы нарушает сохранение самовольной постройки. С иском о сносе самовольной постройки, о сносе или приведении ее в соответствие с установленными требованиями в публичных интересах вправе обратиться прокурор, уполномоченные органы публичной власти в пределах своей компетенции (часть 1 статьи 45 , часть 1 статьи 46 ГПК РФ , часть 1 статьи 53 АПК РФ ). В силу положений пункта 1 статьи 222 ГК РФ возведение постройки в отсутствие необходимого в силу закона разрешения на строительство является признаком самовольной постройки. Законодательство Российской Федерации устанавливает разрешительный порядок строительства. В этой связи застройщик, помимо приобретения права на застраиваемый земельный участок, должен также получить разрешение на строительство, а по завершении строительства - разрешение на ввод объекта в эксплуатацию. Согласно ч. 1 ст. 51 Градостроительного кодекса РФ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 По общему правилу строительство, реконструкция объектов капитального строительства осуществляются на основании разрешения на строительство; разрешение на строительство выдается органом местного самоуправления по месту нахождения земельного участка (ч. 2, 4 ст. 51 Градостроительного кодекса РФ). Случаи, в которых не требуется разрешение на строительство, перечислены в ч. 17 ст. 51 ГрК РФ. Согласно ч. 1 ст. 55 ГрК РФ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 Положениями статьи 39.2 Земельного кодекса Российской Федерации (далее - ЗК РФ) предусмотрено, что 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статьями 9 - 11 настоящего Кодекса. Согласно пункту 3 статьи 6 ЗК РФ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 В соответствии с пунктом 1 статьи 15 ЗК РФ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законодательством Российской Федерации. В силу требований пункта 1 статьи 25 , пункта 1 статьи 26 ЗК РФ права на земельные участки возникают у граждан и юридических лиц по основаниям, установленным гражданским законодательством, федеральными законами, и подлежат государственной регистрации на основании Федерального закона от 13.07.2015 N 218-ФЗ "О государственной регистрации недвижимости". Как установлено решениями арбитражного суда Новосибирской области от 24.06.2016 по делу № А45-8100/2016, от 30.06.2017 по делу № А45-8355/2017; от 13.09.2018 по делу № А45-12270/2018; от 16.07.2019 по делу № А45-17680/2019; от 23.10.2017 по делу № А45-23090/2017; от 26.03.2021 по делу № А45-34176/2020; от 25.12.2018 по делу № А45-37517/2018 исполнительным комитетом Калининского районного совета народных депутатов города Новосибирска 21.01.1982 принято решение № 38 об организации гаражно-строительного кооператива «Молния-1» в количестве 230 человек, утверждены списки членов гаражно-строительного кооператива. Гаражно-строительный кооператив «Молния-1» зарегистрирован в качестве юридического лица 15.05.2014, что подтверждается свидетельством о государственной регистрации юридического лица серии 54 № 004887742 от 15.05.2014. Согласно схеме расположения земельного участка или земельных участков на кадастровом плане территории за ГСК «Молния-1» закреплен земельный участок площадью 49247 кв.м, расположенный в границах кадастрового квартала 54:35:041160 по адресу: &lt;...&gt; предназначенный для размещения гаражного кооператива. На основании вышеназванного решения ГСК «Молния-1» на выделенном ему земельном участке своими силами и с привлечением собственных средств в период с 1981 по 2012 годы осуществил строительство зданий гаражей, используемых для хранения личного транспорта. Таким образом, судами установлено, что земельный участок ГСК «Молния-1», на котором располагаются гаражные боксы, выделен в соответствии с действовавшим на момент его выделения законодательством и уполномоченным органом, поэтому его использование под гаражные боксы граждан, является законным и обоснованным. В соответствии с п. 2 ст.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в связи с этим, обстоятельства выделения земельного участка ГСК «Молния-1» не подлежат доказыванию в ходе настоящего судебного разбирательства. Исходя из положений пункта 24 Постановления Пленума Верховного Суда РФ N 10, Пленума ВАС РФ N 22 от 29.04.2010 "О некоторых вопросах, возникающих в судебной практике при разрешении споров, связанных с защитой права собственности и других вещных прав" ответчиком по иску о сносе самовольной постройки является лицо, осуществившее самовольное строительство. При создании самовольной постройки с привлечением подрядчиков ответчиком является заказчик как лицо, по заданию которого была осуществлена самовольная постройка, а в случае нахождения самовольной постройки во владении лица, не осуществлявшего самовольного строительства, ответчиком по иску о сносе самовольной постройки является лицо, которое стало бы собственником, если бы постройка не являлась самовольной. Поскольку гаражно-строительный кооператив является добровольным объединением граждан, организованным для удовлетворения потребностей членов кооператива в эксплуатации гаражей, обязательным условием его члена являлось внесение им паевого и вступительного взносов, при этом, строительство гаражных боксов осуществляли граждане-члены кооператива за счет собственных средств (целевых взносов). Следовательно, лица, полностью внесшие паевой взнос за объект недвижимого имущества, приобретают право на данный объект недвижимого имущества в полном объеме с момента внесения паевого взноса ("Обзор судебной практики Верховного Суда Российской Федерации N 2 (2020)", утвержден Президиумом Верховного Суда РФ 22.07.2020). В соответствии с пунктом 4 статьи 218 Гражданского кодекса Российской Федерации выплата полной суммы паевого взноса членом гаражного или иного потребительского кооператива за гараж и иное помещение, предоставленное этому лицу, является особым основанием для приобретения права собственности на данное имущество. Согласно представленным в материалы дела справкам о выплате паевого взноса, гражданами ФИО7, ФИО8 ФИО9, ФИО10, ФИО11, ФИО12, ФИО13, ФИО14, ФИО15, ФИО16, ФИО17, ФИО18, ФИО19, ФИО20, ФИО21, ФИО22, ФИО23, ФИО24, ФИО25, ФИО26, ФИО27 полностью выплачены паевые взносы. За остальными гражданами в период с 2018 по 2025 годы признано право собственности на гаражные боксы решениями Калининского районного суда. Решения в установленным законом порядке Мэрией не обжалованы и вступили в законную силу. Кроме того, решениями Центрального районного суда по делам №№ 2а2510/2025; 2а-2513/2025; 2а2449-2025; 2а-4513/2023 (вступило в законную силу); 2а-2511/2025; 2а-2451/2025; 2а-2452/2025 Постановления Мэрии г. Новосибирска об отказе в предварительном согласовании предоставления в рамках «гаражной амнистии» земельных участков, занимаемых гаражами, признаны незаконными и на Департамент земельных и имущественных отношений г. Новосибирска возложена обязанность повторно рассмотреть заявления о предварительном согласовании предоставления участков. При этом, при исполнении решения Центрального районного суда по делу № 2а-4513/2023 вынесено Постановление Мэрии г. Новосибирска от 18.04.2024г. № 2750 «О предварительном согласовании предоставления земельного участка по ул. Макаренко в Калининском районе», по заявлению ФИО28. Указанным Постановлением утверждена схема расположения земельного участка с кадастровым номером 54:35:041160:899 на кадастровом плане территории площадью 3765 кв.м. Вид разрешенного использования участка – размещение гаражей для собственных нужд. При этом в рассматриваемом иске Мэрия заявляет о сносе строения переменной этажности (1-2 этажа), частично занимаемое гаражными боксами, которое расположено в границах земельного участка с кадастровым номером 54:35:041160:899, как объекта, расположенного на земельном участке, не предоставленном в установленном законом порядке. Снос зарегистрированных на праве собственности объектов недвижимости влечет прекращение права собственности. Основания принудительного прекращения права собственности перечислены в статье 235 Гражданского кодекса Российской Федерации. Возможность прекращения данного права вследствие удовлетворения негаторного иска указанной статьей не предусмотрена. Доказательств принудительного прекращения права собственности правообладателей в материалы дела не представлено. Таким образом, рассмотрев правовые позиции сторон, суд, исходя из оценки совокупности представленных доказательств, суд пришел к выводу об отказе в удовлетворении заявленных требований. Руководствуясь статьями 110 , 167 - 171 , 176 , 180 - 182 Арбитражного процессуального кодекса Российской Федерации, арбитражный суд РЕШИЛ: в удовлетворении исковых требований отказать. Решение, не вступившее в законную силу, может быть обжаловано в течение месяца после его принятия в Седьмой арбитражный апелляционный суд (г. Томск). Решение может быть обжаловано в срок, не превышающий двух месяцев со дня вступления в законную силу, в Арбитражный суд Западно-Сибирского округа (г. Тюмень)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Апелляционная и кассационная жалобы подаются через Арбитражный суд Новосибирской области. Судья О.В. Ануфриева Суд: АС Новосибирской области (подробнее) Истцы: Мэрия города Новосибирска (подробнее) Ответчики: Гаражно-строительный кооператив "Молния-1" (подробнее) Судьи дела: Ануфриева О.В.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