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Публичного акционерного общества «Россети центр и Приволжье» в лице филиала «Ивэнерго»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Судья Скобелева Е.Г. Суд: АС Ивановской области (подробнее) Истцы: ПАО "Россети Центр и Приволжье" (подробнее) Ответчики: Управление Федеральной антимонопольной службы по Ивановской области (подробнее) Судьи дела: Скобелева Е.Г.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