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должника ФИО1 ИНН &lt;***&gt;, дата рождения: 19.09.1986, место рождения: г. Ереван Армянская ССР, место регистрации/место жительства: ул. 10-й Армии, д. 6, г. Плавск, Тульская область несостоятельным (ой)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должника процедуру реализации имущества гражданина сроком на шесть месяцев.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Финансовым управляющим должника утвердить члена Ассоциация "Межрегиональная саморегулируемая организация арбитражных управляющих "СОДЕЙСТВИЕ" ФИО2 (ИНН &lt;***&gt;, регистрационный номер в сводном государственном реестре арбитражных управляющих 19618, адрес: 620026, г. Екатеринбург, а/я 8) с фиксированной суммой вознаграждения в размере 25 000 (двадцати пяти тысяч) рублей единовременно за проведение процедуры реализации имущества гражданина.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Разъяснить лицам, участвующим в деле о банкротстве, что в соответствии с пунктом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лицам, участвующим в деле о банкротстве, что в соответствии с пунктом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Обязать должника в срок не позднее одного рабочего дня, следующего за днем принятия решения о признании банкротом, передать финансовому управляющему все имеющиеся у него банковские карты.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Обязать должника в течение трех дней с даты утверждения финансового управляющего обеспечить передачу материальных и иных ценностей финансовому управляющему.</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Разъяснить должнику его обязанность передать финансовому управляющему для формирования конкурсной массы, денежные средства в размере, превышающем установленную величину прожиточного минимума самого гражданина - должника и лиц, находящихся на его иждивении, получаемые в процедуре реализации имущества гражданина (пункт 1 статьи 213.25 Закона о банкротстве).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Обязать финансового управляющего в срок не позднее одного рабочего дня, следующего за днем получения банковских карт должника, принять меры по блокированию операций с полученными им банковскими картами, а также по перечислению денежных средств с использованием банковских карт на основной счет должника.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Обязать финансового управляющего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Обязать финансового управляющего в срок не мене чем за пять дней до завершения процедуры реализации имущества гражданина представить в суд отчет финансового управляющего (о результатах проведения реализации имущества гражданина), заключение о наличии или об отсутствии признаков фиктивного или преднамеренного банкротства, заключение о наличии (отсутствии) оснований для оспаривания сделок должника, анализ финансового состояния должника, реестр требований кредиторов должника, сведения о финансовом состоянии гражданина и его супруги/супруга (при наличии) (в том числе ответы на запросы финансового управляющего, документы от должника, документы супруги/супруга), опись имущества должника, акт осмотра места проживания с фотоматериалами, документы, подтверждающие публикацию сведений на ЕФРСБ и в газете "Коммерсантъ", документы, подтверждающие доходы должника и супруги/супруга должника (в том числе справки по форме 2НДФЛ), подробный расчет выделенных должнику денежных средств в процедуре реализации имущества должника (при наличии), выписки со всех счетов должника и супруга/супруги должника с даты введения процедуры реализации имущества, документы по реализации имущества должника (при наличии), отчет об использовании денежных средств, документы, подтверждающие погашение требований кредиторов, документы, подтверждающие расходы финансового управляющего в процедуре реализации имущества, документы, подтверждающие направление отчета финансового управляющего (о результатах проведения реализации имущества гражданина) с приложением документов в адрес конкурсных кредиторов должника и уполномоченного органа.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Финансовому управляющему по итогам проведения процедуры реализации имущества гражданина провести собрание кредиторов по вопросу о возможности завершения процедуры реализации и освобождения должника от дальнейшего исполнения взятых на себя обязательств, протокол собрания кредиторов представить суду.</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Истребовать в отношении должника, супруга/супруги должника, близких родственников должника (определенных статьей 14 Семейного кодекса Российской Федерации) следующие сведения: у отдела записи актов гражданского состояния Министерства труда и социальной защиты Тульской области сведения с приложением подтверждающих документов: о государственной регистрации актов гражданского состояния; о государственной регистрации заключения (расторжения) брака, перемены имени, рождения детей, усыновления (удочерения), регистрации отцовства, внесения исправлений в записи актов гражданского состояния. Истребованные документы в течение семи дней с даты получения настоящего решения подлежат направлению в Арбитражный суд Тульской области.</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Копию решения суда направить должнику, финансовому управляющему, саморегулируемой организации, отделу судебных приставов по месту регистрации должника, районному суду по месту регистрации должника, управлению Росреестра по Тульской области, управлению Федеральной налоговой службы по Тульской области, органу опеки и попечительства.</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Выплатить ФИО2 с депозитного счета Арбитражного суда Тульской области денежные средства в размере 25 000 рублей, поступившие на основании платежного поручения от 01.02.2024 №368036, на выплату вознаграждения финансовому управляющему за процедуру банкротства гражданина, по реквизитам, указанным в заявлении/ходатайстве.</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Судебные расходы по уплате государственной пошлины в размере 6 000 рублей отнести на должника.</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Решение подлежит немедленному исполнению.</w:t>
      </w:r>
    </w:p>
    <w:p>
      <w:pPr>
        <w:pStyle w:val="Heading3"/>
      </w:pPr>
      <w:r>
        <w:rPr>
          <w:rFonts w:ascii="Times New Roman" w:hAnsi="Times New Roman" w:eastAsia="Times New Roman" w:cs="Times New Roman"/>
          <w:b/>
          <w:i w:val="0"/>
          <w:sz w:val="22"/>
        </w:rPr>
        <w:t>Пункт 18. Выводы</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Решение может быть обжаловано в Двадцатый арбитражный апелляционный суд через Арбитражный суд Тульской области в течение месяца со дня его принятия. Судья Д.М. Лукинова Суд: АС Тульской области (подробнее) Истцы: ООО "Фаэтон" (подробнее) ПАО Банк ВТБ (подробнее) ПАО "Сбербанк России" (подробнее) Управление Федеральной налоговой службы по Тульской области (подробнее) Иные лица: АССОЦИАЦИЯ "МЕЖРЕГИОНАЛЬНАЯ САМОРЕГУЛИРУЕМАЯ ОРГАНИЗАЦИЯ АРБИТРАЖНЫХ УПРАВЛЯЮЩИХ "СОДЕЙСТВИЕ" (подробнее) Судьи дела: Лукинова Д.М.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