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&lt;...&gt; украина, зарегистрирована по адресу: 295034, &lt;...&gt;, ИНН &lt;***&gt;, СНИЛС &lt;***&gt;) несостоятельным (банкротом) и ввести в отношении нее процедуру реализации имущества гражданина сроком на шесть месяцев, до 18.05.2026.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ААУ «Эверест», адрес для корреспонденции: 454128, &lt;...&gt;, а/я 10783)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А83-20554/2025.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13.05.2026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ее супруга (бывшего супруга),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№ А83-20554/2025 о признании ФИО1 несостоятельным (банкротом) Администрацию города Симферополя Республики Крым (295000, &lt;...&gt;).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Иные лица: ААУ "ЭВЕРЕСТ"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