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(ИНН: &lt;***&gt; СНИЛС: &lt;***&gt;, дата рождения 05.02.1980, место жительства: Кировская область) несостоятельной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ФИО2 (ИНН &lt;***&gt;, члена Ассоциации арбитражных управляющих «Сириус», регистрационный номер в реестре арбитражных управляющих 23227; адрес для направления корреспонденции арбитражному управляющему: 440000, &lt;...&gt; д 88 Б, 1 этаж, 2 подъезд)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30 апреля 2026 годапредставить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 обязать органы МВД России предоставить персональные данные в отношении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ААУ "СИРИУС" (подробнее) ООО КБ "Ренессанс Кредит" (подробнее) Отдел учета и хранения документов (архив ЗАГС) Министерства юстиции Кировской области (подробнее) ПАО "Сбербанк"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 Последние документы по делу: Решение от 17 ноября 2025 г. по делу № А28-6991/2025 Резолютивная часть решения от 29 октября 2025 г. по делу № А28-6991/2025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