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Договор-заявка № 473 от 21 мая 2024 года на перевозку груза фреш, маршрутом следования Краснодарский край, г. Новороссийск, &lt;...&gt; - Мурманск, Кольский р-н, Зверосовхоз нп, участок с.х.н. "Основной"; Погрузка 22.05.2024 выгрузка 27.05.2024 (водитель ФИО1, а/м Р4 11ТУ193, п/п МТ855023). Согласно условиям заявки стоимость услуг перевозки составляет 230 000,00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04.06.2024, что подтверждается сведениями с официального интернет-сайта АО «Почта России» по идентификационному номеру отслеживания 80081797026257.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Договор-заявка № 484 от 25 мая 2024 года на перевозку груза Фреш, маршрутом следования Краснодарский край, ФИО2; Новороссийск г, ФИО2 с, Борисовская ул, дом № 6 - Новосибирск, Садовый п, Пасечная ул, дом № 11 РЦ Новосибирск Садовый (новый); Погрузка 26.05.2024, Выгрузка 01.06.2024 (водитель ФИО3, а/м Т140НО193, п/п МО813523). Согласно условиям заявки стоимость услуг перевозки составляет 315 000,00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19.06.2024, что подтверждается сведениями с официального интернет-сайта АО «Почта России» по идентификационному номеру отслеживания 67896096012103.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Договор-заявка № 505 от 9 июня 2024 года на перевозку груза: Фреш, маршрутом следования Краснодарский край, Новороссийск, &lt;...&gt; - &lt;...&gt;; Погрузка 10.06.2024, Выгрузка 16.06.2024 (водитель ФИО4, а/м Мерседес Е507УТ18, п/п АР273218). Согласно условиям заявки стоимость услуг перевозки составляет 320 000,00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28.06.2025, что подтверждается сведениями с официального интернет-сайта АО «Почта России» по идентификационному номеру отслеживания 80102297589841.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Договор-заявка № 514 от 11 июня 2024 года на перевозку груза, маршрутом следования Мурманск, ул. Три ручья д.29 к 1 - Свердловская область, Арамиль, ул. Гарнизон, д.7, строение 1; Свердловская область, Екатеринбург, ул. Монтажников стр. 18/3; Тюменская область, Луговое, ул. Фуфаево, д.1; Тюмень, ул. Тополинская д. 6; Погрузка 13.06.2024, Выгрузка 17.06.2024 (водитель ФИО5, а/м М 628 ЕВ (35), п/п АР 9806 (35)). Согласно условиям заявки стоимость услуг перевозки составляет 410 000,00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02.07.2024, что подтверждается сведениями с официального интернет-сайта АО «Почта России» по идентификационному номеру отслеживания 80080898012893.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Договор-заявка № 520 от 13 июня 2024 года на перевозку груза автотранспортом на перевозку груза, маршрутом следования Иваново, ул. Станкостроителей, дом № 1 - Астраханская область, Солянка с. (Наримановский р-н), в 6 км северо-западнее &lt;...&gt; км северо-восточнее п. Тинаки; Погрузка 14.06.2024 Выгрузка 17.06.2024 (водитель ФИО6, а/м Х903НН30, п/п АМ440605). Согласно условиям заявки стоимость услуг перевозки составляет 125 000,00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20.06.2024, что подтверждается сведениями с официального интернет-сайта АО «Почта России» по идентификационному номеру отслеживания 80100797520630.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Договор-заявка № 515 от 11 июня 2024 года на перевозку груза автотранспортом на перевозку груза, маршрутом следования Краснодарский край, ФИО2, ул. Борисовская, дом № 6 - Ставропольский край, ФИО7, I западная промышленная зона; Астраханская область, Солянка с. (Наримановский р-н), в 6 км северо-западнее &lt;...&gt; км северо-восточнее п. Тинаки; Погрузка 12.06.2024, Выгрузка 15.06.2024 (водитель ФИО8, а/м К750НЕ30, п/п АК774530). Согласно условиям заявки стоимость услуг перевозки составляет 120 000,00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18.06.2024, что подтверждается сведениями с официального интернет-сайта АО «Почта России» по идентификационному номеру отслеживания 80100097303896.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Договор-заявка № 518 от 13 июня 2024 года на перевозку груза автотранспортом на перевозку груза, маршрутом следования: Московская область, с. Парфентьево, промышленная зона строение 1 - &lt;...&gt; 4А; Ростовская область, Батайск, ул. 1-я пятилетки, дом 75, корпус Б; Погрузка 14.06.2024, Выгрузка 16.06.2024 (водитель ФИО9, а/м К467РУ18, п/п АЕ919918). Согласно условиям заявки стоимость услуг перевозки составляет 140 000,00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25.06.2024, что подтверждается сведениями с официального интернет-сайта АО «Почта России» по идентификационному номеру отслеживания 80103697674885.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Договор – заявка № 526 от 19 июня 2024 года на перевозку груза автотранспортом, маршрутом следования Санкт-Петербург, Порт Спб, Канонерский остров, д.41/ Санкт-Петербург, Дорога на Турухтанные острова д.26 корп.4/Санкт- Петербург, Гладкий остров 1./ Са - Краснодар, РЦ Краснодар Индустриальный, Калининский сельский округ, участок № 20; Погрузка 20.06.2024, Выгрузка 23.06.2024 (водитель ФИО10, а/м Р346КК07, п/п АВ518407). Согласно условиям заявки стоимость услуг перевозки составляет 120 000,00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28.06.2024, что подтверждается сведениями с официального интернет-сайта АО «Почта России» по идентификационному номеру отслеживания 80107297945574.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Договор-заявка № 527 от 19 июня 2024 года на перевозку груза Фреш, маршрутом следования Санкт-Петербург, Порт Спб, Санкт-Петербург, Канонерский остров, д.41/ Санкт-Петербург, Дорога на Турухтанные острова д.26 корп.4/Санкт- Петербург, Гладкий остров 1./ Са - Волгоградская область, Ерзовка, Городищенский р-н, Ерзовка рп, ул. Промышленная, дом № 10, РЦ Ерзовка; Погрузка 21.06.2024, Выгрузка 23.06.2024 (ФИО11 Шарапудинович, а/м Т836КВ797, п/п МР816424). Согласно условиям заявки стоимость услуг перевозки составляет 118 000,00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26.06.2024, что подтверждается сведениями с официального интернет-сайта АО «Почта России» по идентификационному номеру отслеживания 80104897017045.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Договор-заявка № 531 от 21 июня 2024 года на перевозку груза автотранспортом на перевозку груза, маршрутом следования Краснодарский край, Новороссийск, &lt;...&gt; - Республика Башкортостан, Стерлитамак, ул. Совхозная, дом № 32, 1 этаж, пом. 59; Погрузка 21.06.2024, Выгрузка 24.06.2024 (водитель ФИО12, а/м ДАФ О467Е Р797, п/п УУ979477). Согласно условиям заявки стоимость услуг перевозки составляет 185 000,00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26.06.2024, что подтверждается сведениями с официального интернет-сайта АО «Почта России» по идентификационному номеру отслеживания 42601195020444.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Договор – заявка № 576 от 23 июля 2024 года на перевозку груза автотранспортом на перевозку груза, маршрутом следования Мурманск, ул. Три ручья д.29 к 1 - Пермь, ул. Василия Васильева д.33; Пермь, ул. Борцов Революции д. 8а; Пермь, Героев Хасана, д.110; Свердловская область, Екатеринбург, ул. Ангарская, д. 75; Тюмень, ул. 30 лет Победы д. 25; Погрузка 25.07.2024, Выгрузка 30.07.2024 (водитель ФИО13, а/м M392РХ21, п/п АЕ956821). Согласно условиям заявки стоимость услуг перевозки составляет 410 000,00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12.08.2024, что подтверждается сведениями с официального интернет-сайта АО «Почта России» по идентификационному номеру отслеживания 80089899381069.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Договор – заявка № 579 от 26 июля 2024 года на перевозку груза, маршрутом следования Оренбургская область, г. Соль-Илецк, Новоилецкое ВАЛ/ ТРАНЗИТ - Свердловская область, Екатеринбург, Логопарк ФИО14 тер стр.13/1; Погрузка 28.07.2024, Выгрузка 30.07.2024 (водитель ФИО15, а/м Х003ЕС56, п/п АН5097 56). Согласно условиям заявки стоимость услуг перевозки составляет 100 000,00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16.08.2024, что подтверждается сведениями с официального интернет-сайта АО «Почта России» по идентификационному номеру отслеживания 80097499409861.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Договор-заявка № 586 от 30 июля 2024 года на перевозку груза маршрутом следования Мурманск, ул. Три ручья д.29 к 1 - Омск, ул. Вавилова д. 242/3; Омск, ул. 10 Лет Октября д. 207; Новосибирск, ул. Сибиряков-Гвардейцев д. 54; &lt;...&gt;; Погрузка 31.07.2024, Выгрузка 07.08.2024 (водитель ФИО16, а/м ВОЛЬВО Р679КУ51, п/п АМ608851). Согласно условиям заявки стоимость услуг перевозки составляет 530 000,00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08.08.2024, что подтверждается сведениями с официального интернет-сайта АО «Почта России» по идентификационному номеру отслеживания 66012593180508.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Договор – заявка № 587 от 30 июля 2024 года на перевозку груза маршрутом следования Мурманск, ул. Три ручья д.29 к 1 - Свердловская область, г. Арамиль (Южный управленческий округ, Арамильский г.о.), ул. Гарнизон, д.7, строение 1; Погрузка 01.08.2024, Выгрузка 05.08.2024 (водитель ФИО17, а/м С483СО69, п/п АО103869). Согласно условиям заявки стоимость услуг перевозки составляет 350 000,00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08.08.2024, что подтверждается сведениями с официального интернет-сайта АО «Почта России» по идентификационному номеру отслеживания 17003298010614.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Договор-заявка № 619 от 3 сентября 2024 года на перевозку груза маршрутом следования Мурманск, ул. Три ручья д.29 к 1 - Пермь, Героев Хасана, д.110; Свердловская область, Екатеринбург, ул. Ангарская, д.75; Тюмень, ул. 30 лет Победы д. 25; Погрузка 05.09.2024, Выгрузка 10.09.2024 (водитель ФИО18, а/м В263МК69, п/п А0137769). Согласно условиям заявки стоимость услуг перевозки составляет 368 000,00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16.09.2024, что подтверждается сведениями с официального интернет-сайта АО «Почта России» по идентификационному номеру отслеживания 80110601702893. Вместе с тем, истец отмечает, что оплата за оказанные услуги перевозки по данной заявке ответчиком не произведена.</w:t>
      </w:r>
    </w:p>
    <w:p>
      <w:pPr>
        <w:pStyle w:val="Heading3"/>
      </w:pPr>
      <w:r>
        <w:rPr>
          <w:rFonts w:ascii="Times New Roman" w:hAnsi="Times New Roman" w:eastAsia="Times New Roman" w:cs="Times New Roman"/>
          <w:b/>
          <w:i w:val="0"/>
          <w:sz w:val="22"/>
        </w:rPr>
        <w:t>Пункт 16. Выводы</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Договор-заявка № 620 от 3 сентября 2024 года на перевозку груза, маршрутом следования Мурманск, ул. Три ручья д. 29, к 1 - Свердловская область, г. Арамиль (Южный управленческий округ, Арамильский г.о.), ул. Гарнизон, д.7, строение 1; Погрузка 05.09.2024, Выгрузка 10.09.2024 (водитель ФИО19, а/м H091МК116, п/п АН185716). Согласно условиям заявки стоимость услуг перевозки составляет 326 000,00 рублей, оплата в течении в течение 20 банковских дней после получения оригиналов ТТН и бухгалтерских документов. Истец указывает, что услуги были оказаны надлежащим образом, груз доставлен и сдан грузополучателю без замечаний, что подтверждается отметками грузополучателя о получении груза в транспортной накладной. Оригиналы документов, подтверждающих осуществление перевозки, направлены в адрес ответчика 19.09.2024, что подтверждается сведениями с официального интернет-сайта АО «Почта России» по идентификационному номеру отслеживания 42009497527379. Вместе с тем, истец отмечает, что оплата за оказанные услуги перевозки по данной заявке ответчиком не произведена. В целях принятия мер к досудебному урегулированию спора истцом в адрес ответчика направлены претензии с требованиями об оплате оказанных услуг перевозки в соответствии с вышеназванными договорами-заявками. Однако претензионные требования оставлены ответчиком без финансового удовлетворения. Указанные обстоятельства послужили основанием для обращения в арбитражный суд с настоящим исковым заявлением. Оценив представленные в материалы дела доказательства в порядке статьи 71 Арбитражного процессуального кодекса Российской Федерации, суд пришел к следующим выводам.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оказать услуги, уплатить деньги и т.д. (пункт 1 статьи 307 Гражданского кодекса Российской Федерации). В соответствии со статьей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Как указано в статье 310 Гражданского кодекса Российской Федерации, односторонний отказ от исполнения обязательств не допускается. В соответствии с положениями пункта 1 статьи 784 Гражданского кодекса Российской Федерации перевозка грузов, пассажиров и багажа осуществляется на основании договора перевозки. Согласно пункту 2 статьи 784 Гражданского кодекса Российской Федерации общие условия перевозки определяются транспортными уставами и кодексами, иными законами и издаваемыми в соответствии с ними правилами. 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Кодексом, транспортными уставами и кодексами, иными законами и издаваемыми в соответствии с ними правилами не установлено иное. Согласно пункту 1 статьи 785 Гражданского кодекса Российской Федерации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(пункт 2 статьи 785 Гражданского кодекса Российской Федерации). В соответствии с положениями пункта 1 статьи 790 Гражданского кодекса Российской Федерации,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 В соответствии со статьей 792 Гражданского кодекса Российской Федерации 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 Согласно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Факт надлежащего исполнения истцом обязательств по перевозке груза подтверждается отметками грузополучателя о получении груза в транспортных накладных от 22.05.2024, 27.05.2024, 10.06.2024, 13.06.2024, 14.06.2024, 12.06.2024, 15.06.2024, 20.06.2024, 21.06.2024, 27.07.2024, 29.07.2024, 31.07.2024, 01.08.2024, 07.09.2024, 06.09.2024. Однако судом установлено, что доказательства оплаты оказанных услуг в материалах дела отсутствуют. Согласно части 1 статьи 131 Арбитражного процессуального кодекса Российской Федерации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 Согласно части 4 указанной статьи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Определениями от 21.04.2025, 18.06.2025 судом было предложено ответчику представить отзыв на исковое заявление. Ответчик, извещенный надлежащим образом о рассмотрении данного дела, указанные судебные акты не исполнил.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Нежелание стороны представить доказательства, подтверждающие ее возражения и опровергающие доводы ее процессуального оппонента, представившего доказательства, должно быть квалифицировано исключительно как отказ от опровержения того факта, на наличие которого аргументированно указывает процессуальный оппонент (постановления Президиума Высшего Арбитражного Суда Российской Федерации от 06.03.2012 N 12505/11, от 08.10.2013 N 12857/12, от 13.05.2014 N 1446/14, определения Верховного Суда Российской Федерации от 15.12.2014 N 309-ЭС14-923, от 09.10.2015 N 305-КГ15-5805). Негативные последствия, наступление которых законодатель связывает с неосуществлением лицом, участвующим в деле своих процессуальных прав и обязанностей (статья 41 , статья 65 Арбитражного процессуального кодекса Российской Федерации), для ответчика в данном случае следуют в виде рассмотрения судом спора по существу на основании имеющихся в материалах дела доказательств. Ответчик таким правом не воспользовался, не проявил какой-либо инициативы по сбору и представлению суду доказательств для надлежащего обоснования занимаемой по делу правовой позиции (статьи 9 , 41 , 65 , 66 Арбитражного процессуального кодекса Российской Федерации). На основании изложенного, суд находит обоснованным и подлежащим удовлетворению требование о взыскании с ответчика суммы задолженности 4 167 000 руб. Кроме того, истцом заявлено требование о взыскании с ответчика процентов за пользование чужими денежными средствами. Пунктом 1 статьи 395 Гражданского кодекса Российской Федерации предусмотрена ответственность за неисполнение денежного обязательства, согласно которой в редакции, действовавшей с 01.06.2015,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существующими в месте жительства кредитора или, если кредитором является юридическое лицо, в месте его нахождения, опубликованными Банком России и имевшими место в соответствующие периоды средними ставками банковского процента по вкладам физических лиц. Эти правила применяются, если иной размер процентов не установлен законом или договором. С 01.08.2016 вступили в силу изменения в Гражданский кодекс Российской Федерации, в связи с чем, с 01.08.2016 статья 395 Гражданского кодекса Российской Федерации действует в новой редакции, в соответствии с которой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силу пункта 39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согласно пункту 1 статьи 395 ГК РФ в редакции, действовавшей до 01.08.2016, размер процентов за пользование чужими денежными средствами, начисляемых за периоды просрочки исполнения денежного обязательства, имевшие место с 01.06.2015 по 31.07.2016 включительно, если иной размер процентов не был установлен законом или договором, определяется в соответствии с существовавшими в месте жительства кредитора - физического лица или в месте нахождения кредитора - юридического лица опубликованными Банком России и имевшими место в соответствующие периоды средними ставками банковского процента по вкладам физических лиц. Если иной размер процентов не установлен законом или договором, размер процентов за пользование чужими денежными средствами, начисляемых за периоды просрочки, имевшие место после 31.07.2016, определяется на основании ключевой ставки Банка России, действовавшей в соответствующие периоды (пункт 1 статьи 395 ГК РФ в редакции Федерального закона от 03.07.2016 N 315-ФЗ "О внесении изменений в часть первую Гражданского кодекса Российской Федерации и отдельные законодательные акты Российской Федерации"). В связи с нарушением ответчиком обязательств по оплате оказанных услуг перевозки истцом начислены проценты за пользование чужими денежными средствами за период с 09.07.2024 по 02.04.2025 в размере 507 331,87 руб. Представленный расчет судом проверен и признан арифметически верным, ответчиком не оспорен, в связи с чем требование в данной части подлежит удовлетворению. Истцом также заявлено требование о взыскании с ответчика процентов за пользование чужими денежными средствами за период с 03.04.2025 по день фактического исполнения обязательства. В пункте 48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сумма процентов, подлежащих взысканию по правилам статьи 395 Гражданского кодекса Российской Федерации,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Гражданского кодекса Российской Федерации). При этом день фактического исполнения обязательства, в частности уплаты задолженности кредитору, включается в период расчета процентов. При таких обстоятельствах требование о взыскании процентов за пользование чужими денежными средствами за период с 03.04.2025 по день фактического исполнения обязательства также подлежит удовлетворению. В силу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подаче искового заявления истцом была оплачена государственная пошлина в размере 165 230 руб. (платежное поручение № 249 от 10.04.2025). В связи с тем, что исковые требования удовлетворены в полном объеме, суд считает необходимым взыскать с ответчика в пользу истца расходы по уплате государственной пошлины в размере 165 230 руб. На основании изложенного, руководствуясь статьями 41 , 64 - 71 , 110 , 156 , 163 , 167 - 170 , 176 Арбитражного процессуального кодекса Российской Федерации, суд Р Е Ш И Л: Взыскать с ООО «ПРОФСНАБ-ЮГ» (ОГРН: &lt;***&gt;, ИНН: &lt;***&gt;) в пользу ООО «НОВЫЕ ТЕХНОЛОГИИ» (ОГРН: &lt;***&gt;, ИНН: &lt;***&gt;) задолженность в размере 4 167 000 руб., проценты за пользование чужими денежными средствами за период с 09.07.2024 по 02.04.2025 в размере 507 331,87 руб., проценты за пользование чужими денежными средствами, начисленные на сумму долга в 4 167 000 руб., за период с 03.04.2025 по день фактической оплаты задолженности, расходы по уплате государственной пошлины в размере 165 230 руб. Решение может быть обжаловано в порядке и сроки, предусмотренные Арбитражным процессуальным кодексом Российской Федерации. Судья И.Н. Бондаренко Суд: АС Краснодарского края (подробнее) Истцы: ООО "Новые технологии" (подробнее) Ответчики: ООО "ПрофСнаб-Юг" (подробнее) Судьи дела: Бондаренко И.Н. (судья) (подробнее) Последние документы по делу: Решение от 17 ноября 2025 г. по делу № А32-21732/2025 Резолютивная часть решения от 10 сентября 2025 г. по делу № А32-21732/2025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