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ФИО1 ИНН &lt;***&gt;, СНИЛС 13234651833, дата рождения: 21.02.2002, место рождения: г. Щекино Тульская обл. Россия, место регистрации/место жительства: ул. Рихарда Зорге, д. 19, кв. 1, г. Тула, Тульская область несостоятельным (ой)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Ходатайство должника о введении реализации имущества удовлетворить.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Ввести в отношении должника процедуру реализации имущества гражданина сроком на шесть месяцев.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Финансовым управляющим должника утвердить члена Ассоциация арбитражных управляющих "Современные банкротные решения" ФИО2 (ИНН &lt;***&gt;, регистрационный номер в сводном государственном реестре арбитражных управляющих 11/039712, адрес: 350000, &lt;...&gt;) с фиксированной суммой вознаграждения в размере 25 000 (двадцати пяти тысяч) рублей единовременно за проведение процедуры реализации имущества гражданина.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лицам, участвующим в деле о банкротстве, что в соответствии с пунктом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Обязать должника в срок не позднее одного рабочего дня, следующего за днем принятия решения о признании банкротом, передать финансовому управляющему все имеющиеся у него банковские карты.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Обязать должника в течение трех дней с даты утверждения финансового управляющего обеспечить передачу материальных и иных ценностей финансовому управляющему.</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Разъяснить должнику его обязанность передать финансовому управляющему для формирования конкурсной массы, денежные средства в размере, превышающем установленную величину прожиточного минимума самого гражданина - должника и лиц, находящихся на его иждивении, получаемые в процедуре реализации имущества гражданина (пункт 1 статьи 213.25 Закона о банкротстве).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Обязать финансового управляющего в срок не позднее одного рабочего дня, следующего за днем получения банковских карт должника, принять меры по блокированию операций с полученными им банковскими картами, а также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Обязать финансового управляющего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Обязать финансового управляющего в срок не мене чем за пять дней до завершения процедуры реализации имущества гражданина представить в суд отчет финансового управляющего (о результатах проведения реализации имущества гражданина), заключение о наличии или об отсутствии признаков фиктивного или преднамеренного банкротства, заключение о наличии (отсутствии) оснований для оспаривания сделок должника, анализ финансового состояния должника, реестр требований кредиторов должника, сведения о финансовом состоянии гражданина и его супруги/супруга (при наличии) (в том числе ответы на запросы финансового управляющего, документы от должника, документы супруги/супруга), опись имущества должника, акт осмотра места проживания с фотоматериалами, документы, подтверждающие публикацию сведений на ЕФРСБ и в газете "Коммерсантъ", документы, подтверждающие доходы должника и супруги/супруга должника (в том числе справки по форме 2НДФЛ), подробный расчет выделенных должнику денежных средств в процедуре реализации имущества должника (при наличии), выписки со всех счетов должника и супруга/супруги должника с даты введения процедуры реализации имущества, документы по реализации имущества должника (при наличии), отчет об использовании денежных средств, документы, подтверждающие погашение требований кредиторов, документы, подтверждающие расходы финансового управляющего в процедуре реализации имущества, документы, подтверждающие направление отчета финансового управляющего (о результатах проведения реализации имущества гражданина) с приложением документов в адрес конкурсных кредиторов должника и уполномоченного органа.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Финансовому управляющему по итогам проведения процедуры реализации имущества гражданина провести собрание кредиторов по вопросу о возможности завершения процедуры реализации и освобождения должника от дальнейшего исполнения взятых на себя обязательств, протокол собрания кредиторов представить суду.</w:t>
      </w:r>
    </w:p>
    <w:p>
      <w:pPr>
        <w:pStyle w:val="Heading3"/>
      </w:pPr>
      <w:r>
        <w:rPr>
          <w:rFonts w:ascii="Times New Roman" w:hAnsi="Times New Roman" w:eastAsia="Times New Roman" w:cs="Times New Roman"/>
          <w:b/>
          <w:i w:val="0"/>
          <w:sz w:val="22"/>
        </w:rPr>
        <w:t>Пункт 13. Выводы</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Истребовать в отношении должника, супруга/супруги должника, близких родственников должника (определенных статьей 14 Семейного кодекса Российской Федерации) следующие сведения: у отдела организации деятельности органов записи актов гражданского состояния министерства труда и социальной защиты Тульской области сведения с приложением подтверждающих документов: о государственной регистрации актов гражданского состояния;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12 Истребованные документы в течение семи дней с даты получения настоящего решения подлежат направлению в Арбитражный суд Тульской области. 13 Копию решения суда направить должнику, финансовому управляющему, саморегулируемой организации, отделу судебных приставов по месту регистрации должника, районному суду по месту регистрации должника, управлению Росреестра по Тульской области, управлению Федеральной налоговой службы по Тульской области. 14 Решение подлежит немедленному исполнению. 15 Решение может быть обжаловано в Двадцатый арбитражный апелляционный суд через Арбитражный суд Тульской области в течение месяца со дня его принятия. Судья Д.М.Лукинова Суд: АС Тульской области (подробнее) Иные лица: АССОЦИАЦИЯ АРБИТРАЖНЫХ УПРАВЛЯЮЩИХ "СОВРЕМЕННЫЕ БАНКРОТНЫЕ РЕШЕНИЯ" (подробнее) Судьи дела: Лукинова Д.М.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