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постановление заместителя начальника отдела - заместителя старшего судебного пристава ОСИ по Прикубанскому округу г. Краснодара ГУ ФССП России по Краснодарскому краю ФИО1 по результатам рассмотрения жалобы от 16.05.2025 N 23041/25/1154922.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постановление судебного пристава-исполнителя ОСП по Прикубанскому округу г. Краснодара ГУ ФССП России по Краснодарскому краю ФИО2 от 17.04.2025 N 23041/23/749365 об отказе в возбуждении • исполнительного производства.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 бездействие судебного пристава-исполнителя ОСП по Прикубанскому округу г. Краснодара ГУ ФССП России по Краснодарскому краю ФИО2, выразившееся в неполном и несвоевременном принятии всех мер, предусмотренных Федеральным законом от 02.10.2007 N 229-ФЗ «Об исполнительном производстве» для, своевременного, полного, правильного исполнения требований исполнительного документа - исполнительного листа серии ФС N 048766444, выданного Арбитражным судом Краснодарского края по делу N А32-53006/24 от 06.11.2024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незаконным бездействие судебного пристава-исполнителя ОСП ПО Прикубанскому округу г. Краснодара ГУ ФССП России по Краснодарскому краю ФИО2, выразившееся в неисполнение обязанности по принятию заявления о возбуждении исполнительного производства и вынесению по нему постановления в соответствии со ст. 30 Закона N 229-ФЗ, а также выразившееся в несвоевременном принятии решения об отказе в возбуждении исполнительного производства и в непредоставлении информации по запросу ФГБНУ ФНЦБЗР.</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судебного пристава-исполнителя ОСП по Прикубанскому округу г. Краснодара ГУ ФССП России по Краснодарскому краю ФИО2 устранить допущенные нарушения прав и законных интересов ФГБНУ ФНЦБЗР посредством совершения, принятия всех мер, предусмотренных Федеральным законом от 02.10.2007 N 229-Ф3 «Об исполнительном производстве» для правильного, полного исполнения требований исполнительного документа - исполнительного листа серии ФС N 048766444, выданного Арбитражным судом Краснодарского края по делу N А32-53006/24 от 06.11.2024 г. Заявитель пояснил – настаивал на удовлетворении заявленных требований. Заинтересованные лица, третье лицо в предварительном судебном заседании не присутствовали, о времени и месте проведения судебного заседания извещены надлежащим образом. Судом в порядке ст. 163 АПК РФ объявлен перерыв до 23.10.2025 в 17 час. 50 мин. После перерыва предварительное судебное заседание продолжено в отсутствие представителей сторон. В соответствии с абзацем 2 части 1 статьи 136 Арбитражного процессуального кодекса Российской Федерации (далее - АПК РФ), 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 Согласно части 4 статьи 137 АПК РФ ,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Кодексом требуется коллегиальное рассмотрение данного дела. Поскольку стороны возражений относительно окончания подготовки и назначения по делу судебного разбирательства не заявили, суд признал дело подготовленным, в связи с чем завершил подготовку дела к судебному разбирательству и открыл судебное заседание в первой инстанции. Согласно частям 1, 3 статьи 156 АПК РФ ,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При таких обстоятельствах дело рассматривается в соответствии со статьей 156 АПК РФ . Изучив материалы дела, и оценив в совокупности все представленные доказательства, суд считает заявленные требования подлежащими удовлетворению по следующим основаниям. Как следует из материалов дела, в ОСП по Прикубанскому округу г. Краснодара ГУ ФССП России по Краснодарскому краю на принудительное исполнение был направлен исполнительный лист серии ФС № 048766444, выданный на основании решения Арбитражного суда Краснодарского края по делу № А32-53006/24 от 06.11.2024 г., о взыскании задолженности в размере 21065,00 руб., почтовых расходов в размере 280,84 руб., расходов по уплате государственной пошлины в размере 2 528,00 руб. в отношении должника -индивидуального предпринимателя ФИО3, ИНН &lt;***&gt;, ОГРНИП &lt;***&gt; (номер ИП: 301675/25/23041-ИП, идентификатор ИП: 3411590228218). Исполнительный лист был получен отделом судебных приставов 17.02.2025 г. По истечении двух месяцев, в нарушение установленного законом срока для принятия решения, постановлением судебного пристава-исполнителя ФИО2 от 17.04.2025 отказано в возбуждении исполнительного производства на основании вышеуказанного исполнительного листа на основании п. 5 ч. 1 ст. 13 Федеральный закон от 2 октября 2007 г. № 229-ФЗ «Об исполнительном производстве» (далее - Закон № 229-ФЗ) по причине отсутствия в исполнительном листе даты и места рождения должника. 11 марта 2025 в адрес ОСП по Прикубанскому округу г. Краснодара ГУ ФССП России был направлен запрос о предоставлении информации о ходе исполнительного производства, ответ о рассмотрении которого в ФГБНУ ФНЦБЗР не поступил. Несвоевременное рассмотрение исполнительного документа, необоснованное принятие решения об отказе в возбуждении и производства, непредоставление информации о ходе исполнительного производства послужили основанием для обращения Заявителя с жалобой на постановление. По результатам рассмотрения жалобы ФГБНУ ФНЦБЗР заместителем начальника отдела - заместителем старшего судебного пристава ОСП по Прикубанскому округу г. Краснодара ГУ ФССП России по Краснодарскому краю ФИО1 действия судебного пристава-исполнителя ФИО2 признаны правомерными, в удовлетворении жалобы ФГБНУ ФНЦБЗР отказано (постановление от 16.05.2025 г. прилагается). Постановление по результатам рассмотрения жалобы от 16.05.2025 г., принятое заместителем начальника отдела - заместителем старшего судебного пристава ОСП по Прикубанскому округу г. Краснодара ГУ ФССП России по Краснодарскому краю ФИО1, заявитель считает незаконным и необоснованным, вынесенным формально, не содержащим основания, по которым отклонены доводы ФГБНУ ФНЦБЗР. Заявитель, не согласившись с вынесенными постановлениями, обратился в суд с настоящим заявлением. Принимая решение по делу, суд руководствовался следующим. В соответствии с частью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органов местного самоуправления, иных органов,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частью 4 статьи 200 Арбитражного процессуального кодекса Российской Федерации 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Согласно части 1 статьи 329 Арбитражного процессуального кодекса Российской Федерации постановления (действия) судебного пристава-исполнителя могут быть оспорены в арбитражном суде в случаях, предусмотренных настоящим Кодексом и другими федеральными законами. Постановления (действия) судебного пристава-исполнителя и других должностных лиц службы судебных приставов могут быть обжалованы сторонами исполнительного производства, иными лицами, чьи права и интересы нарушены таким постановлением (действиями), в порядке подчиненности и оспорены в суде (статья 121 Закона об исполнительном производстве). В соответствии со статьями 12 и 13 Федерального закона от 21.07.1997 № 118-ФЗ «Об органах принудительного исполнения Российской Федерации» судебный пристав в процессе принудительного исполнения судебных актов и актов других органов, предусмотренных федеральным законом об исполнительном производстве, обязан принимать меры по своевременному, полному и правильному исполнению исполнительных документов, используя при этом предоставленные ему права в соответствии с законом и не допуская в своей деятельности ущемления прав и законных интересов граждан и организаций. Согласно статье 13 Федерального закона от 21.07.1997 № 118-ФЗ «Об органах принудительного исполнения Российской Федерации»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Согласно пункту 1 части 1 статьи 12 Федерального закона от 21.07.1997 № 118-ФЗ «Об органах принудительного исполнения Российской Федерации» исполнительные листы, выдаваемые судами общей юрисдикции и арбитражными судами на основании принимаемых ими судебных актов являются исполнительными документами, направляемыми (предъявляемыми) судебному приставу-исполнителю. Требования к предъявляемым исполнительным документам установлены в статье 13 Федерального закона от 21.07.1997 № 118-ФЗ «Об органах принудительного исполнения Российской Федерации», согласно части 1 которой 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 1) наименование и адрес суда или другого органа, выдавшего исполнительный документ, фамилия и инициалы должностного лица; 2) наименование дела или материалов, на основании которых выдан исполнительный документ, и их номера; 3) дата принятия судебного акта, акта другого органа или должностного лица; 4) дата вступления в законную силу судебного акта, акта другого органа или должностного лица либо указание на немедленное исполнение; 5) сведения о должнике и взыскателе: а) для граждан - фамилия, имя, отчество (при наличии), место жительства или место пребывания, а для должника также - дата и место рождения, место работы (если они известны),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для должника, являющегося индивидуальным предпринимателем, также - идентификационный номер налогоплательщика, основной государственный регистрационный номер (если он известен); б) для организаций - наименование и адрес, указанный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 (если он известен); в) для Российской Федерации, субъекта Российской Федерации или муниципального образования - наименование и адрес органа, уполномоченного от их имени осуществлять права и исполнять обязанности в исполнительном производстве; г) для иностранного государства - помимо сведений, указанных в пунктах 1 - 4 настоящей части, также наименование и место нахождения соответствующих органа, учреждения или иного образования; 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 7) дата выдачи исполнительного документа. Статьей 16 Арбитражного процессуального кодекса Российской Федерации установлено, что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Пунктом 2 статьи 318 Арбитражного процессуального кодекса Российской Федерации предусмотрено, что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Согласно части 1 статьи 319 Арбитражного процессуального кодекса Российской Федерации исполнительный лист на основании судебного акта, принятого арбитражным судом первой инстанции, выдается этим арбитражным судом. В силу части 1 статьи 320 Арбитражного процессуального кодекса Российской Федерации в исполнительном листе должны быть указаны: наименование арбитражного суда, выдавшего исполнительный лист; дело, по которому выдан исполнительный лист, и номер дела; дата принятия судебного акта, подлежащего исполнению; наименование взыскателя-организации и должника-организации, их место нахождения; фамилия, имя, отчество взыскателя-гражданина и должника-гражданина, их место жительства, дата, место рождения; место работы должника-гражданина или дата и место его государственной регистрации в качестве индивидуального предпринимателя; резолютивная часть судебного акта; дата вступления судебного акта в законную силу либо требование о его немедленном исполнении; дата выдачи исполнительного листа и срок предъявления его к исполнению; реквизиты банковского счета взыскателя, на который должны быть перечислены средства, подлежащие взысканию. В соответствии с пунктами 17.2, 17.11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ВАС РФ от 25.12.2013 № 100, исполнительные листы выдаются арбитражным судом на основании судебных актов, принимаемых судами; бланк исполнительного листа состоит из четырех листов формата А4, текст резолютивной части судебного акта вносится в бланк с первой по четвертую страницу. На пятой и шестой страницах бланка размещается информация о должнике и взыскателе, пятая страница подписывается судьей. Постановлением Правительства РФ от 31.07.2008 № 579 «О бланках исполнительных листов» утверждена форма бланка исполнительного листа, используемого в работе федеральных арбитражных судов, федеральных судов общей юрисдикции и мировых судей субъектов Российской Федерации. Согласно пункту 17.36 Постановления Пленума Высшего Арбитражного Суда Российской Федерации от 25.12.2013 № 100, при описках, арифметических ошибках, процессуальном правопреемстве, смене наименования и т.д. действует ранее выданный исполнительный лист с учетом соответствующего судебного акта арбитражного суда о внесенных изменениях. Новый исполнительный лист не выдается. При этом судебный акт, содержащий изменения, вносимые в исполнительный лист, подписывается судьей, председательствующим в судебном заседании, и заверяется гербовой печатью суда. Выдача исполнительных листов на основании судебных актов является исключительной прерогативой суда. Согласно части 1 статьи 30 Федерального закона от 21.07.1997 № 118-ФЗ «Об органах принудительного исполнения Российской Федерации» судебный пристав-исполнитель возбуждает исполнительное производство на основании исполнительного документа по заявлению взыскателя, если иное не установлено настоящим Федеральным законом. Статьей 31 указанного Закона предусмотрен закрытый перечень случаев, когда судебный пристав-исполнитель отказывает в возбуждении исполнительного производства. Согласно подпункту "а" пункта 5 части 1 статьи 13 Закона об исполнительном производстве 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 сведения о должнике и взыскателе: для граждан - фамилия, имя, отчество, место жительства или место пребывания, а для должника также - дата и место рождения, место работы (если оно известно)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 Согласно материалам дела постановлением от 17.04.2025 судебного пристава-исполнителя ОСП по Прикубанскому округу г. Краснодара ГУ ФССП России по Краснодарскому краю ФИО2 в возбуждении исполнительного производства отказано, так как в исполнительном документе не указаны сведения о должнике, а именно дата и место рождения должника. Вместе с тем судом установлено и материалами дела подтверждается, что в исполнительном листе от 29.01.2025 серии ФС № 048766444 указаны все необходимые сведения о должнике, предусмотренные пунктом 5 части 1 статьи 13 Федерального закона № 229-ФЗ, в том числе: ФИО должника, ИНН, ОГРНИП, адрес. В соответствии со статьей 12 Закона о судебных приставах, судебный пристав-исполнитель имеет право получать при совершении исполнительных действий необходимую информацию, в том числе персональные данные, объяснения. Таким образом, у судебного пристава-исполнителя имеются полномочия на запрос расширенной выписки из органов МВД, где будут указаны паспортные данные, в том числе место рождения должника, и другие идентифицирующие признаки должника. Судебный пристав ФИО2 не обосновал невозможность идентификации должника и по формальному основанию отказал в возбуждении исполнительного производства, что противоречит принципу обязательности исполнения судебных актов. В нарушение положений ст. 65 АПК РФ пристав не доказал, что им предприняты все попытки для возбуждения исполнительного производства по листу серии ФС № 048766444. Вынесение постановления об отказе в возбуждении исполнительного производства по формальным основаниям нарушает права и законные интересы взыскателя, что выражается в затягивании исполнения судебного акта и несвоевременном получении с должника имущества. При таких обстоятельствах суд пришел к выводу о том, что у судебного пристава-исполнителя отсутствовали основания для отказа заявителю в возбуждении исполнительного производства на основании предъявленного им исполнительного листа. Аналогичная правовая позиция изложена в Постановлении Пятнадцатого арбитражного апелляционного суда от 21.06.2024 N 15АП-8072/2024 по делу N А32-11/2024. Учитывая вышеизложенное, суд признает незаконным действие судебного пристава-исполнителя ОСП по Прикубанскому округу г. Краснодара ГУ ФССП России по Краснодарскому краю ФИО2, выразившееся в вынесении постановления об отказе в возбуждении исполнительного производства от 17.04.2025. Исходя из установленных по делу обстоятельств и приведенных норм, постановление об отказе в удовлетворении жалобы от 16.05.2025, принятое в порядке подчиненности, также противоречит требованиям Закона об исполнительном производстве и нарушило гарантированные права и законные интересы взыскателя в исполнительном производстве. Вместе с тем как подтверждается материалами дела, исполнительный лист направлен в адрес ОСП по Прикубанскому округу г. Краснодара 14.02.2025 номер РПО 35003904021184, получен отделом 17.02.2025 г. Постановлением пристава ФИО2 от 17.04.2025 отказано в возбуждении исполнительного производства. Постановление об отказе в возбуждении исполнительного производства вынесено 17.04.2025, т.е. с существенным нарушением трёхдневного срока. Таким образом, суд удовлетворяет заявленные требования в части признания незаконным бездействия судебного пристава-исполнителя ОСП по Прикубанскому округу г. Краснодара ГУ ФССП России по Краснодарскому краю ФИО2, выразившегося в несвоевременно вынесении постановления об отказе в возбуждении исполнительного производства. 11.03.2025 в адрес ОСП по Прикубанскому округу г. Краснодара ГУ ФССП России был направлен запрос Исх. № 183/01 о предоставлении информации о ходе исполнительного производства. Согласно представленному в материалы дела отчету об отслеживании отправления с почтовым идентификатором 35003904006891 заявление общества получено исполнительным органом 19.03.2025. Согласно части 1 статьи 64.1 Закона об исполнительном производстве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 На основании части 5.1 статьи 64.1 Закона об исполнительном производстве в случае поступления заявления, ходатайства, не содержащих просьб о совершении конкретных исполнительных действий, применении мер принудительного исполнения в рамках исполнительного производства, должностное лицо службы судебных приставов рассматривает их в соответствии с Федеральным законом от 02.05.2006 N 59-ФЗ "О порядке рассмотрения обращений граждан Российской Федерации". В соответствии с частью 1 статьи 9 Федерального закона от 02.05.2006 N 59-ФЗ "О порядке рассмотрения обращений граждан Российской Федерации"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 Согласно части 1 статьи 10 Федерального закона от 02.05.2006 N 59-ФЗ "О порядке рассмотрения обращений граждан Российской Федерации" государственный орган, орган местного самоуправления или должностное лицо: 1) обеспечивает объективное, всестороннее и своевременное рассмотрение обращения, в случае необходимости - с участием гражданина, направившего обращение; 2)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3) принимает меры, направленные на восстановление или защиту нарушенных прав, свобод и законных интересов гражданина; 4) дает письменный ответ по существу поставленных в обращении вопросов, за исключением случаев, указанных в статье 11 настоящего Федерального закона; 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 На основании части 1 статьи 12 Федерального закона от 02.05.2006 N 59-ФЗ "О порядке рассмотрения обращений граждан Российской Федерации"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за исключением случая, указанного в части 1.1 настоящей статьи. 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 (часть 2 статьи 12 Федерального закона от 02.05.2006 N 59-ФЗ "О порядке рассмотрения обращений граждан Российской Федерации"). Следовательно, поскольку заявление общества не содержало просьб о совершении конкретных исполнительных действий, применении мер принудительного исполнения в рамках исполнительного производства, оно подлежало рассмотрению исполнительным органом в соответствии с порядком, установленным Федеральным законом от 02.05.2006 N 59-ФЗ "О порядке рассмотрения обращений граждан Российской Федерации" в течение 30 дней со дня его регистрации. В нарушение ст. 65 АПК РФ доказательств предоставления ответа на обращение Общества от 11.03.2025 заинтересованным лицом в материалы дела не представлено, равно как и результатов рассмотрения обращения Общества от 11.03.2025. Указанные обстоятельства свидетельствуют о допущенных заинтересованным лицом нарушениях требований закона. Согласно пункту 3 части 4 статьи 201 АПК РФ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должно содержаться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 Таким образом, суд приходит к выводу о необходимости возложить обязанность по устранению допущенных нарушений прав и законных интересов заявителя, на судебного пристава-исполнителя ОСП по Прикубанскому округу г. Краснодара ГУ ФССП России по Краснодарскому краю ФИО2, путем возбуждения исполнительного производства на основании исполнительного листа серии ФС № 048766444, выданного Арбитражным судом Краснодарского края по делу № А32-53006/2024. В соответствии с ч. 2 ст. 329 Арбитражного процессуального кодекса Российской Федерации заявление об оспаривании решений и действий (бездействия) судебного пристава - исполнителя государственной пошлиной не облагается. Руководствуясь статьями 110 , 167 - 170 Арбитражного процессуального кодекса Российской Федерации, арбитражный суд РЕШИЛ: Признать незаконным действие судебного пристава-исполнителя ОСП по Прикубанскому округу г. Краснодара ГУ ФССП России по Краснодарскому краю ФИО2, выразившееся в вынесении постановления об отказе в возбуждении исполнительного производства от 17.04.2025. Признать незаконным бездействие судебного пристава-исполнителя ОСП по Прикубанскому округу г. Краснодара ГУ ФССП России по Краснодарскому краю ФИО2, выразившееся в несвоевременном вынесении постановления об отказе в возбуждении исполнительного производства от 17.04.2025 на основании исполнительного листа серии ФС № 048766444, выданного Арбитражным судом Краснодарского края по делу № А32-53006/2024. Признать незаконным бездействие судебного пристава-исполнителя ОСП ПО Прикубанскому округу г. Краснодара ГУ ФССП России по Краснодарскому краю ФИО2, выразившееся в непредоставлении информации по запросу ФГБНУ ФНЦБЗР. Постановление судебного пристава-исполнителя ОСП по Прикубанскому округу г. Краснодара ГУ ФССП России по Краснодарскому краю ФИО2 от 17.04.2025 об отказе в возбуждении исполнительного производства на основании исполнительного листа серии ФС № 048766444, выданного Арбитражным судом Краснодарского края по делу № А32-53006/2024, и постановление заместителя начальника отдела - заместителя старшего судебного пристава ОСП по Прикубанскому округу г. Краснодара ГУ ФССП России по Краснодарскому краю ФИО1, вынесенного по результатам рассмотрения жалобы от 16.05.2025 № 23041/25/1154922 - признать недействительными. Обязать судебного пристава-исполнителя ОСП по Прикубанскому округу г. Краснодара ГУ ФССП России по Краснодарскому краю ФИО2, устранить допущенные нарушения прав и законных интересов заявителя, путем возбуждения исполнительного производства на основании исполнительного листа серии ФС № 048766444, выданного Арбитражным судом Краснодарского края по делу № А32-53006/2024. Решение может быть обжаловано в месячный срок с даты его принятия в Пятнадцатый арбитражный апелляционный суд через Арбитражный суд Краснодарского края. Судья В.Е. Евсюкова Суд: АС Краснодарского края (подробнее) Истцы: ФГБНУ "Федеральный научный центр биологической защиты растений" (подробнее) Иные лица: ГУ заместителю начальника отдела ФССП России по Краснодарскому краю Савицкой Л.Э. (подробнее) Судьи дела: Евсюкова В.Е. (судья) (подробнее) Последние документы по делу: Резолютивная часть решения от 22 октября 2025 г. по делу № А32-29030/2025 Решение от 18 ноября 2025 г. по делу № А32-29030/2025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