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(ДД.ММ.ГГГГ года рождения; уроженки г. Мелитополь, Запорожской области, Украинской Советской Социалистической Республики; адрес регистрации: с. Ровное, Генический район, Херсонская область, 275530; ИНН – &lt;***&gt;) несостоятельной (банкротом) и ввести в отношении гражданина процедуру реализации имущества гражданина сроком на пять месяцев, до 27.04.2026.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 Союза «Саморегулируемая организация «Гильдия арбитражных управляющих», ОГРН &lt;***&gt;, ИНН &lt;***&gt;; 420034, Респ Татарстан, &lt;...&gt;). Утвердить финансовому управляющему фиксированную сумму вознаграждения в размере 25 000,00 руб.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27.04.2026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рассмотрении дела № А88-617/2025 о признании ФИО1 несостоятельной (банкротом) государственное казенное учреждение Херсонской области «Управление труда и социальной защиты Нижнесерогозского муниципального округа» (ОГРН: &lt;***&gt;, ИНН: &lt;***&gt;). Решение подлежит немедленному исполнению и может быть обжаловано в порядке апелляционного производства в Двадцать первый арбитражный апелляционный суд (299011, &lt;...&gt;) в течение месяца со дня его вынесения. Судья В.В. Крутько Иные лица: СОЮЗ "САМОРЕГУЛИРУЕМАЯ ОРГАНИЗАЦИЯ "ГИЛЬДИЯ АРБИТРАЖНЫХ УПРАВЛЯЮЩИХ" (подробнее) Судьи дела: Крутько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