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Заявленные требования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незаконным решение Государственного комитета по государственной регистрации и кадастру Республики Крым, изложенное в уведомлении об отказе государственной регистрации прав от 03.11.2023 № КУВД-001/2023-32962722/10.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Государственный комитет по государственной регистрации и кадастру Республики Крым устранить допущенные нарушения прав и законных интересов Государственного казенного учреждения Республики Крым «Служба автомобильных дорог Республики Крым» и осуществить государственную регистрацию права постоянного (бессрочного) пользования на земельный участок с кадастровым номером 90:15:060401:195, расположенный по адресу: Республика Крым, г.Алушта, с. Солнечногорское.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его принятия (изготовления его в полном объеме). Участвующим в деле лицам разъясняется, что решение выполнено в форме электронного документа, подписанного усиленной электронно-цифровой подписью. В связи с этим на основании части 1 статьи 177 Арбитражного процессуального кодекса Российской Федерации решение будет направлено лицам, участвующим в деле, посредством его размещения на официальном сайте арбитражного суда в информационно-телекоммуникационной сети "Интернет" в режиме ограниченного доступа не позднее следующего дня после дня его принятия. Судья М.П. Авдеев Суд: АС Республики Крым (подробнее) Истцы: Государственное казенное учреждение Республики Крым "Служба автомобильных дорог Республики Крым" (подробнее) Ответчики: Государственный комитет по государственной регистрации и кадастру Республики Крым (подробнее) Судьи дела: Авдеев М.П.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