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требования об уплате налога, сбора, пени, штрафа;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решения о взыскании недоимки за счет денежных средств должника. Статьей 69 Налогового кодекса Российской Федерации установлено, что требование об уплате налога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Вышеуказанное требование направлено налогоплательщику по телекоммуникационным каналам связи. Исходя из периода образования задолженности, срок исковой давности для взыскания задолженности не истек. В соответствии со ст. 69 Налогового кодекса Российской Федерации в связи с наличием задолженности уполномоченным органом направлено требование об уплате налога, сбора, пени, штрафа № 22473 05.04.2025 В соответствии со ст. 46 Налогового кодекса Российской Федерации налоговым органом принято решение о взыскании задолженности за счет денежных средств на счетах налогоплательщика № 1 9398 от 13.05.2025. В силу пункта 2 статьи 3 Закона о банкротстве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два миллиона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(п. 2 ст. 33 Закона о банкротстве). Таким образом, в соответствии со ст. 3, 4, 6 Федерального закона от 26.10.2002 № 127-ФЗ «О несостоятельности (банкротстве)» (далее – Закон о банкротстве) у должника имеются признаки банкротства: 1) Размер требования к должнику составляет более 2 млн. руб. (в ред. закона от 29.05.2024 № 107-ФЗ); 2) Должником не исполнены соответствующие обязанности по уплате налогов в течение трех месяцев с даты, когда они должны быть исполнены. Согласно сведениям, полученным из банковских учреждений и кредитных организаций, у Должника имеется 4 открытых счета. Упрощенная бухгалтерская (финансовая) отчетность за 2024 отсутствует Согласно ст. 227 Закона о банкротстве в случаях, если гражданин - должник или руководитель должника - юридического лица, фактически прекратившего свою деятельность, отсутствует или установить место их нахождения не представляется возможным, заявление о признании отсутствующего должника банкротом может быть подано конкурсным кредитором, уполномоченным органом независимо от размера кредиторской задолженности. Таким образом, к признакам отсутствующего должника относятся: отсутствие руководителя должника - юридического лица; фактическое прекращение деятельности должника; невозможность установления места нахождения юридического лица или отсутствие его по месту нахождения. Кроме того, статья 230 Закона о банкротстве предусматривает дополнительные самостоятельные условия для признания организации банкротом по упрощенной процедуре отсутствующего должника, а именно: - если имущество должника юридического лица заведомо не позволяет покрыть судебные расходы в связи с делом о банкротстве; - если в течение последних двенадцати месяцев до даты подачи заявления о признании должника банкротом не проводились операции по банковским счетам должника; - а также при наличии иных признаков, свидетельствующих об отсутствии предпринимательской или иной деятельности должника. Таким образом, при обращении с заявлением о признании должника банкротом по упрощенной процедуре как отсутствующего должника конкурсный кредитор или уполномоченный орган должны представить доказательства, подтверждающие факт отсутствия должника применительно к пункту 1 статьи 227 Закона либо наличие иных оснований, позволяющих в соответствии со статьей 230 этого же Закона рассмотреть дело о банкротстве по правилам для отсутствующего должника. Таким образом, для применения упрощенной процедуры банкротства отсутствующего должника должны быть установлены либо факт прекращения должником своей деятельности и отсутствие руководителя должника (или невозможность установления места его нахождения), или факт отсутствия у должника имущества, достаточного для погашения судебных расходов в связи с делом о банкротстве, факт отсутствия в течение последних двенадцати месяцев до даты подачи заявления о признании должника банкротом операций по банковским счетам должника. Исходя из правовой позиции Высшего Арбитражного Суда Российской Федерации, изложенной в пункте 4 Постановление № 67, одновременно с заявлением о признании банкротом отсутствующего должника уполномоченный орган должен представлять доказательства, обосновывающие вероятность обнаружения в достаточном объеме имущества, за счёт которого могут быть покрыты расходы по делу о банкротстве, а также полностью или частично может быть погашена задолженность по обязательным платежам и денежным обязательствам перед публично-правовым образованием, от имени которого выступает уполномоченный орган; в качестве доказательств, в частности, могут рассматриваться ответы компетентных органов, осуществляющих учет транспортных средств, регистрацию прав на недвижимое имущество по месту нахождения должника, на соответствующие запросы; иные документы, полученные в ходе проведения налоговым органом или службой судебных приставов-исполнителей действий по поиску имущества должника, на которое может быть обращено взыскание. В соответствии со статьей 55 Закона о банкротстве решение арбитражного суда об отказе в признании должника банкротом принимается в случае отсутствия признаков банкротства, предусмотренных статьей 3 названного Закона, а также в иных предусмотренных Законом о банкротстве случаях. В заявлении о банкротстве уполномоченный орган сослался на наличие у общества задолженности по обязательным платежам, образовавшейся ранее чем за три месяца до обращения в арбитражный суд с данным заявлением. Сумма задолженности 4 088 639,15 руб., из нее: налог – 3 434 264,00 руб.; пени – 654 375,15 руб. Факт наличия задолженности должником не оспорен, как и представленный расчет. В связи с чем, суд признает требование в заявленном объеме обоснованным. В подтверждение доводов о возможности применения упрощенной процедуры банкротства уполномоченный орган представил доказательства, что имущество должника заведомо не позволяет покрыть судебные расходы в связи с делом о банкротстве в рамках обычной (не упрощенной) процедуры. Указывают, что должник не имеет в собственности недвижимое имущество, при наличии движимого имущества в количестве 1 транспортных средств, из них 1единица в лизинге. Ввиду отсутствия сведений о фактическом наличии и техническом состоянии транспортных средств, принадлежащих должнику, уполномоченный орган просит признать ООО «Полисип строй» банкротом и ввести процедуру конкурсного производства отсутствующего должника в соответствии со статьей 230 ФЗ «О несостоятельности (банкротстве)» от 26.10.2002 № 127-ФЗ. В отзыве, поступившем в суд 20.10.2025, должник указывает о наличие дебиторской задолженности в размере 3 215 089,00 руб. к ФИО4 и ФИО5 Однако, указанный должником факт свидетельствует только о возможном поступлении денежных средств в погашение дебиторской задолженности, т.е. не доказывает, что денежные средства действительно поступят. Доказательств реальности взыскания денежных средств должником не представлено. На основании изложенного, ООО «Полисип строй» отвечает критериям отсутствующего должника применительно к ст. 230 Закона о банкротстве, у должника имеются признаки, названные в статьях 227 , 230 Закона о банкротстве, позволяющие применить положения о банкротстве отсутствующего должника, а именно, установлен факт отсутствия у должника имущества, достаточного для погашения судебных расходов в связи с делом о банкротстве, что подтверждает возможность признания должника банкротом и введения процедуры конкурсного производства отсутствующего должника в соответствии со статьей 230 ФЗ «О несостоятельности (банкротстве)» от 26.10.2002 № 127-ФЗ. Условия, позволяющие сделать вывод об отсутствии у должника признаков банкротства, предусмотренных ст. 3 Закона о банкротстве, судом не установлены, иные предусмотренные Законом о банкротстве основания для принятия решения об отказе в признании должника банкротом не выявлены. Введение в отношении должника процедуры конкурсного производства по упрощенной процедуре банкротства при отсутствии денежных средств и имущества в размере, достаточном для полного погашения судебных расходов в деле о несостоятельности (банкротстве), предельно минимизирует текущие расходы должника, способствует максимальному направлению денежных средств на удовлетворение требований кредиторов, включенных в реестр требований. В силу пункта 1 статьи 228 Закона о банкротстве наблюдение, финансовое оздоровление, внешнее управление и реструктуризация долгов гражданина при банкротстве отсутствующего должника не применяются. Согласно пункту 64 Постановления Пленума ВАС РФ от 15.12.2004 N 29 "О некоторых вопросах практики применения Федерального закона "О несостоятельности (банкротстве)" правила о банкротстве отсутствующего должника являются специальными по отношению к общим правилам Закона о банкротстве, касающимся возбуждения производства по делу о несостоятельности, в частности в отношении заявления конкурсного кредитора или уполномоченного органа. Уполномоченным органом предоставило согласие на финансирование процедуры банкротства в порядке, установленном постановлением Правительства Российской Федерации от 21.10.2004 N 573 "О порядке и условиях финансирования процедур банкротства отсутствующих должников", а также информация о движении денежных средств по счетам должника, о сделках, которые могут быть признаны недействительными на основании Главы III.1 Федерального Закона от 26.10.2002 г. №127-ФЗ «О несостоятельности (банкротстве) Суд исходит из того, что на данной стадии не может быть установлено, что имущества должника недостаточно для осуществления расходов по делу о банкротстве в рамке упрощенной процедуры. Применительно к конкретным обстоятельствам дела, только после проведения финансового анализа, установления признаков преднамеренного и фиктивного банкротства, наличия оспариваемых сделок у должника, что является обязанностью конкурсного управляющего, может разрешаться вопрос о наличии оснований для прекращения производства по делу. Учитывая наличие возможности финансирования процедуры банкротства отсутствующего должника, у суда отсутствуют основания для прекращения производства по делу. При таких обстоятельствах отсутствуют основания для прекращения производства по делу по приводимым должником доводам. Исследовав представленные в дело доказательства согласно требованиям ст. 162 Арбитражного процессуального кодекса Российской Федерации и оценив их в совокупности и взаимосвязи с учетом положений ст. 71 Арбитражного процессуального кодекса Российской Федерации, ввиду того, что у должника имеются признаки банкротства, предусмотренные ст. 3 Закона о банкротстве, должник отвечает критериям ст. ст. 227 , 230 Закона о банкротстве, а также при наличии возможности финансирования процедуры банкротства отсутствующего должника, суд приходит к выводу о принятия решения о признании ООО «Полисип строй» банкротом и открытии в отношении него конкурсного производства по упрощенной процедуре банкротства отсутствующего должника. В соответствии с пунктом 1 статьи 124 Федерального закона "О несостоятельности (банкротстве)" принятие арбитражным судом решения о признании должника банкротом влечет за собой открытие конкурсного производства. С даты принятия арбитражным судом решения о признании должника банкротом и об открытии конкурсного производства наступают последствия, установленные статьей 126 Федерального закона "О несостоятельности (банкротстве)", в том числе 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 иных органов управления должника. Руководитель должника в течение трех дней с даты утверждения конкурсного управляющего обязан обеспечить передачу бухгалтерской и иной документации должника, печатей, штампов, материальных и иных ценностей конкурсному управляющему. Согласно статье 127 Федерального закона "О несостоятельности (банкротстве)" при принятии решения о признании должника банкротом и открытии конкурсного производства арбитражный суд утверждает конкурсного управляющего в порядке, предусмотренном статьей 45 настоящего Федерального закона, и размер вознаграждения конкурсного управляющего. Заявителем в качестве конкурсного управляющего предложена кандидатура члена Ассоциации арбитражных управляющих саморегулируемая организация «Центральное агентство арбитражных управляющих» (адрес: 119017, г. Москва, &lt;...&gt;) ФИО2. Указанной саморегулируемой организацией в соответствии со ст. 45 Закона о банкротстве в арбитражный суд представлена кандидатура арбитражного управляющего ФИО2, давшей согласие быть утвержденным арбитражным судом в деле о банкротстве, а также информация о соответствии указанной кандидатуры требованиям, предусмотренным ст. 20 и 20.2 Закона о банкротстве. По результатам рассмотрения информации о соответствии кандидатуры арбитражного управляющего требованиям, предусмотренным ст. 20 и 20.2 Федерального закона от 26.10.2002 № 127-ФЗ «О несостоятельности (банкротстве)», арбитражный суд утверждает арбитражного управляющего, соответствующего таким требованиям. Таким образом, арбитражный управляющий ФИО2 подлежит утверждению конкурсным управляющим должника. Согласно пункту 3 статьи 24 Федерального закона "О несостоятельности (банкротстве)" арбитражный управляющий, утвержденный арбитражным судом, имеет право получать вознаграждение в размерах и в порядке, которые установлены настоящим Федеральным законом. В пункте 2 статьи 227 Федерального закона "О несостоятельности (банкротстве)" предусмотрено, что порядок и условия финансирования процедур банкротства в отношении отсутствующих должников, в том числе размер вознаграждения конкурсного управляющего, определяются Правительством Российской Федерации. По рассматриваемому делу с заявлением о признании должника несостоятельным (банкротом) обратился уполномоченный орган. Постановлением Правительства РФ от 21.10.2004 №573 "О порядке и условиях финансирования процедур банкротства отсутствующих должников" утверждено Положение о порядке и условиях финансирования процедур банкротства отсутствующих должников. Согласно п. 2 Положения установлено, что размер единовременного вознаграждения конкурсного управляющего за проведение процедуры банкротства отсутствующего должника составляет 10 тысяч рублей. С учетом изложенного суд устанавливает вознаграждение конкурсного управляющего в размере 10 000 руб. По истечении срока конкурсного производства, конкурсному управляющему необходимо представить в суд отчет о результатах проведения конкурсного производства с приложением документов, предусмотренных частью 2 статьи 147 Федерального закона 26.10.2002 № 127-ФЗ «О несостоятельности (банкротстве)». Требование Федеральной налоговой службы России в лице Управления Федеральной налоговой службы по Калужской области в сумме 4 088 639,15 руб., подлежит включению в реестр требований кредиторов должника, из которых, налог – 3 434 264,00 руб.; пени – 654 375,15 руб., третья очередь. Руководствуясь статьями 20, 20.2, 20.6, 45, 52, 53, 59, 227-230, Федерального закона от 26.10.2002 № 127-ФЗ «О несостоятельности (банкротстве)», статьями 110 , 167 - 170 , 223 Арбитражного процессуального кодекса Российской Федерации, Р Е Ш И Л: Признать общество с ограниченной ответственностью «Полисип строй» (ИНН &lt;***&gt;, ОГРН &lt;***&gt;, 248025, &lt;...&gt;) несостоятельным (банкротом) по упрощенной процедуре банкротства отсутствующего должника. Открыть в отношении общества с ограниченной ответственностью «Полисип строй» конкурсное производство сроком на шесть месяцев до 22 мая 2026 года. Конкурсным управляющим общества с ограниченной ответственностью «Полисип строй» утвердить ФИО2 (ИНН &lt;***&gt;, регистрационный номер в реестре арбитражных управляющих - 16440, адрес для направления корреспонденции: 394030, &lt;...&gt;) члена Ассоциации арбитражных управляющих саморегулируемая организация «Центральное агентство арбитражных управляющих». Установить фиксированное вознаграждение конкурсного управляющего в размере 10 000 рублей за процедуру. Включить требование Федеральной налоговой службы России в лице Управления Федеральной налоговой службы по Калужской области в третью очередь реестра требований кредиторов должника ООО «Полисип строй» в размере 4 088 639,15 руб., из которых: налог – 3 434 264,00 руб.; пени – 654 375,15 руб. Взыскать с ООО «Полисип строй» в доход федерального бюджета государственную пошлину в сумме 100 000 рублей. Обязать органы управления общества с ограниченной ответственностью «Полисип строй», в течение трех дней с даты утверждения конкурсного управляющего передать конкурсному управляющему бухгалтерскую и иную документацию должника, печати и штампы, материальные и иные ценности должника. Согласно пункту 3 статьи 124 Закона о банкротстве вопросы о продлении сроков конкурсного производства рассматриваются арбитражным судом по правилам документарного обособленного спора. Соответствующее определение, принимаемое посредством подписания резолютивной части, выносится до окончания срока, предусмотренного судебным актом об открытии процедуры банкротства. Конкурсному управляющему в срок до 22.05.2026 представить в суд и основным участника дела о банкротстве отчет о результатах проведения конкурсного производства и иные документы, предусмотренные статьями 143, 147 либо 149 Федерального закона от 26.10.2002 № 127-ФЗ «О несостоятельности (банкротстве)». В отсутствие ходатайства от конкурсного управляющего арбитражный суд вправе продлить срок конкурсного производства по собственной инициативе, если не завершены мероприятия, выполняемые в ходе конкурсного производства, либо назначить судебное заседание по рассмотрению вопроса о завершении процедуры (пункт 3 статьи 143 и абзац второй пункта 1 статьи 149 Закона о банкротстве). Решение подлежит немедленному исполнению и может быть обжаловано в месячный срок со дня его принятия в Двадцатый арбитражный апелляционный суд путем подачи апелляционной жалобы через Арбитражный суд Калужской области. Судья О.А. Сидорова Суд: АС Калужской области (подробнее) Истцы: Управление Федеральной налоговой службы по Калужской области (подробнее) Ответчики: ООО Полисип Строй (подробнее) Иные лица: Ассоциация "Межрегиональная саморегулируемая организация арбитражных управляющих "Центральное агентство арбитражных управляющих" (подробнее) Судьи дела: Сидорова О.А.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