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Пикалево, Ленинградской обл.; ИНН: &lt;***&gt;; СНИЛС: &lt;***&gt;; зарегистрированная по адресу: &lt;...&gt;) о признании её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23713, ИНН &lt;***&gt;, адрес: 194100, г. Санкт- Петербург, а/я 123).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 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 в срок до 10.03.2026.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Истцы: ГУ УВМ МВД по Санкт-Петербургу и Ленинградской области (подробнее) ПАО "Сбербанк России" (подробнее) Управление ЗАГС (подробнее) Иные лица: ГУ Управление по вопросам миграции МВД России по Санкт-Петербургу и Ленинградской области (подробнее) Союз Арбитражных Управляющих "Национальный Центр Реструктуризации и Банкротства" (подробнее) Управление Федеральной налоговой службы по Ленинградской области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