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Заявление должника – гражданина ФИО1 (ИНН &lt;***&gt;) признать обоснованным.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гражданина ФИО1 (ДД.ММ.ГГГГ года рождения, место рождения: ст. Зеленчукская Зеленчукского района Ставропольского края, СНИЛС &lt;***&gt;, ИНН &lt;***&gt;, адрес регистрации: 369173, Карачаево- Черкесская Республика, Зеленчукский район, х. Ново-Исправненский, пер. Горный, д. 13) несостоятельным (банкротом).</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Ввести в отношении должника – гражданина ФИО1 (ИНН &lt;***&gt;) процедуру реализации имущества гражданина сроком до 24.02.2026.</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Утвердить финансовым управляющим гражданина ФИО1 (ИНН &lt;***&gt;) ФИО8 (регистрационный номер в сводном государственном реестре арбитражных управляющих № 22309, ИНН &lt;***&gt;, адрес для направления корреспонденции – 390044, Рязанская область, г. Рязань, а/я 4), члена Ассоциации арбитражных управляющих саморегулируемая организация «Центральное агентство арбитражных управляющих» (119017, &lt;...&gt;, ОГРН &lt;***&gt;, ИНН &lt;***&gt;).</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Назначить судебное заседание арбитражного суда первой инстанции по рассмотрению отчета финансового управляющего о результатах процедуры реализации имущества гражданина на 24 февраля 2026 года на 12 часов 45 минут в помещении Арбитражного суда КЧР по адресу: 369000, &lt;...&gt; этаж, каб. № 305.</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 даты вынесения настоящего решения наступают последствия признания гражданина банкротом, установленные статьей 213.30 Федерального закона от 26.10.2002 № 127-ФЗ «О несостоятельности (банкротстве)».</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Обязать финансового управляющего: - опубликовать сообщение о признании обоснованным заявления о признании гражданина банкротом в порядке, установленном статьей 213.7 Федерального закона «О несостоятельности (банкротстве)»; - после истечения срока предъявления требований и закрытия реестра кредиторов провести анализ финансового состояния гражданина и представить его в суд и собранию кредиторов; - в предусмотренном статьей 213.8 Федерального закона «О несостоятельности (банкротстве)» порядке провести первое собрание кредиторов, на рассмотрение которого представить результаты анализа финансового состояния должника, в полном объеме собранные финансовым управляющим документы и сведения регистрирующих и иных государственных органов о семейном, имущественном состоянии должника; - представить в суд заключение о наличии (отсутствии) оснований к оспариванию сделок, заключенных должником в трехлетний период, предшествующий обращению в арбитражный суд с заявлением о банкротстве; - провести опись и оценку имущества (в том числе движимого), о результатах описи и оценки имущества проинформировать гражданина, конкурсных кредиторов, уполномоченный орган, а также собрание кредиторов; - утвердить в установленном порядке положение о порядке, об условиях и о сроках реализации имущества гражданина; - в срок не позднее 23.02.2026 представить в арбитражный суд отчет о своей деятельности, заключение по наличию признаков преднамеренного и фиктивного банкротства, документы об организации и проведении первого собрания кредиторов, отчет о результатах реализации имущества гражданина с приложением копий документов, подтверждающих продажу имущества гражданина и погашение требований кредиторов, а также реестр требований кредиторов с указанием размера погашенных требований кредиторов.</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ФИО1 обязан не позднее одного рабочего дня, следующего за днем принятия решения о признании его банкротом, передать финансовому управляющему все имеющиеся у него банковские карты. Не позднее одного рабочего дня, следующего за днем их получения, финансовый управляющий обязан принять меры по блокированию операций с полученными им банковскими картами, перечислению находящихся на них денежных средств на основной счет должника.</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Для целей включения в реестр требований кредиторов и участия в первом собрании кредиторов конкурсные кредиторы и уполномоченный орган вправе предъявить свои требования к гражданину в течение двух месяцев с даты опубликования сообщения о признании обоснованным заявления о признании гражданина банкротом в порядке, установленном статьей 213.7 Федерального закона от 26.10.2002 № 127-ФЗ «О несостоятельности (банкротстве)».</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Направить копию настоящего решения гражданину, признанному банкротом; финансовому управляющему; в суд общей юрисдикции по месту регистрации должника; судебному приставу по месту нахождения должника; в уполномоченный орган.</w:t>
      </w:r>
    </w:p>
    <w:p>
      <w:pPr>
        <w:pStyle w:val="Heading3"/>
      </w:pPr>
      <w:r>
        <w:rPr>
          <w:rFonts w:ascii="Times New Roman" w:hAnsi="Times New Roman" w:eastAsia="Times New Roman" w:cs="Times New Roman"/>
          <w:b/>
          <w:i w:val="0"/>
          <w:sz w:val="22"/>
        </w:rPr>
        <w:t>Пункт 11. Выводы</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В судебное заседание пригласить: должника, финансового управляющего, представителей установленных судом конкурсных кредиторов, органа по контролю (надзору). Решение подлежит немедленному исполнению и может быть обжаловано в Шестнадцатый арбитражный апелляционный суд (Вокзальная ул., д.2, г. Ессентуки. Ставропольский край, 357600) в течение месяца со дня его изготовления в полном объеме через Арбитражный суд Карачаево-Черкесской Республики (Ленина пр-т, д. 9, г. Черкесск, Карачаево-Черкесская Республика, 369000). Судья Д.Г. Шишканов Суд: АС Карачаево-Черкесской Республики (подробнее) Истцы: АО "ОТП Банк" (подробнее) ПАО "СБЕРБАНК РОССИИ" (подробнее) Иные лица: Ассоциация арбитражных управляющих саморегулируемая организация "Центральное агентство арбитражных управляющих" (подробнее) АССОЦИАЦИЯ АРБИТРАЖНЫХ УПРАВЛЯЮЩИХ "ЦЕНТР ФИНАНСОВОГО ОЗДОРОВЛЕНИЯ ПРЕДПРИЯТИЙ АГРОПРОМЫШЛЕННОГО КОМПЛЕКСА" (подробнее) Управление Росреестра по КЧР (подробнее) Управление Федеральной налоговой службы России по Карачаево-Черкесской республике (подробнее) Судьи дела: Шишканов Д.Г.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