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гражданку Российской Федерации ФИО1 (ДД.ММ.ГГГГ года рождения, место рождения: г. Грязи Липецкой области, СНИЛС: &lt;***&gt;, ИНН: &lt;***&gt;, место жительства: &lt;...&gt;) несостоятельным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Открыть в отношении ФИО1 процедуру банкротства - реализация имущества гражданина сроком на шесть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Привлечь к участию в рассмотрении дела № А36-7862/2025, возбужденного по заявлению гражданки Российской Федерации ФИО1 (ДД.ММ.ГГГГ года рождения, место рождения: г. Грязи Липецкой области, СНИЛС: &lt;***&gt;, ИНН: &lt;***&gt;, место жительства: &lt;...&gt;) о признании несостоятельным (банкротом) – Управление опеки (попечительства) и охраны прав детства администрации г. Липецка. С даты принятия решения о признании должника-гражданина банкротом и введении процедуры реализации имущества гражданина все имущество гражданина, имеющееся на дату принятия такого решения и выявленное или приобретенное после даты принятия указанного решения, составляет конкурсную массу, за исключением имущества, определенного пунктом 3 статьи 213.25 Федерального закона «О несостоятельности (банкротстве)». Кроме того,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сделки, совершенные гражданином лично (без участия финансового управляющего) в отношении имущества, составляющего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 регистрация перехода или обременения прав гражданина на имущество, в том числе на недвижимое имущество и бездокументарные ценные бумаги, осуществляется только на основании заявления финансового управляющего. Поданные до этой даты заявления гражданина не подлежат исполнению; исполнение третьими лицами обязательств перед гражданином по передаче ему имущества, в том числе по уплате денежных средств, возможно только в отношении финансового управляющего и запрещается в отношении гражданина лично; должник не вправе лично открывать банковские счета и вклады в кредитных организациях и получать по ним денежные средства.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Утвердить финансовым управляющим гражданки Российской Федерации ФИО1 (ДД.ММ.ГГГГ года рождения, место рождения: г. Грязи Липецкой области, СНИЛС: &lt;***&gt;, ИНН: &lt;***&gt;, место жительства: &lt;...&gt;) арбитражного управляющего ФИО2, являющуюся членом Некоммерческого Партнерства Союза «Межрегиональная саморегулируемая организация профессиональных арбитражных управляющих «Альянс управляющих», с выплатой денежного вознаграждения в сумме 25 000 руб. единовременно за проведение процедуры, применяемой в деле о банкротстве, за счет имущества должника. Перечислить финансовому управляющему ФИО2 с депозитного счета Арбитражного суда Липецкой области 15 000 руб., внесенных должником на финансирование расходов по делу о банкротстве. Финансовому управляющему в пятидневный срок с момента получения определения представить суду реквизиты для перечисления денежных средств с депозитного счета Арбитражного суда Липецкой области, в судебное заседание представить отчет о расходовании денежных средств должника. Обязать должника предоставить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 При неисполнении гражданином указанной обязанности финансовый управляющий вправе обратиться в арбитражный суд, рассматривающий дело о банкротстве, с ходатайством об истребовании доказательств у третьих лиц (абзац второй пункта 9 статьи 213.9 Закона о банкротстве). Данное ходатайство предъявляется финансовым управляющим и рассматривается судом по правилам статьи 66 Арбитражного процессуального кодекса Российской Федерации, по результатам его рассмотрения суд может выдать финансовому управляющему запросы с правом получения ответов на руки. Суд разъясняет, что 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При этом, сведения, составляющие личную, коммерческую, служебную, банковскую, иную охраняемую законом тайну, предоставляются финансовому управляющему в соответствии с требованиями, установленными федеральными законами.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В соответствии с абзацем пятым пункта семь статьи 213.9 Закона о банкротстве финансовый управляющий вправе получать информацию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В соответствии с ч. 5 ст. 3 , ч. 7 ст. 66 АПК РФ обязать органы записи актов гражданского состояния предоставить по запросу финансового управляющего (по почте в суд или на руки)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супруга должника (о рождении, смерти). Указанная информация требуется финансовому (арбитражному) управляющему в целях проверки достоверности и полноты уже представленных гражданином сведений в соответствии с п. 9 ст. 213.9 Закона о банкротстве с целью предотвращения злоупотреблений. Обязать финансового управляющего направить сведения о признании гражданина банкротом и введении реализации имущества гражданина, а также сведения об утверждении финансового управляющего в Единый федеральный реестр сведений о банкротстве и в официальное издание (опубликование сведений в ходе процедур, применяемых в деле о банкротстве гражданина, осуществляется за счет гражданина. Плата за включение сведений, подлежащих опубликованию в соответствии с настоящей главой, в Единый федеральный реестр сведений о банкротстве должна составлять не более половины платы, предусмотренной за включение сведений, подлежащих опубликованию в соответствии с настоящим Федеральным законом в ходе процедур, применяемых в деле о банкротстве должника - юридического лица.).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 Арбитражный суд вправе по своей инициативе назначить судебное заседание по рассмотрению вопроса о завершении реализации имущества гражданина. Решение подлежит немедленному исполнению и может быть обжаловано в течение месяца со дня его принятия в Девятнадцатый арбитражный апелляционный суд, расположенный по адресу: 394018, &lt;...&gt;. Судья А.Г. Крылов Суд: АС Липецкой области (подробнее) Истцы: АО ПКО "Центр долгового управления" (подробнее) ООО ПКО "Айди Коллект" (подробнее) ООО ПКО "Нэйва" (подробнее) Судьи дела: Крылов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