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2223187346021412539214365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