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него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г.Караганда Республика Казахстан, место жительства: Тамбовская область, Тамбовский район, п.Строитель, мкр. Центральный, д.24, кв.29 ИНН &lt;***&gt;, СНИЛС &lt;***&gt;) банкротом и ввести в отношении него процедуру реализации имущества гражданина до 18.05.2026. 26 ноября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Союза «Межрегиональный центр арбитражных управляющих» ФИО2 (ИНН &lt;***&gt;, регистрационный номер в сводном государственном реестре арбитражных управляющих - 19267, почтовый адрес: 410000, г. Саратов, Главпочтамт, а/я 52).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процедуру реализации имущества гражданина в размере 25 000 (двадцать пять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без проведения судебного заседания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Д.А. Любавин Суд: АС Тамбовской области (подробнее) Судьи дела: Любавин Д.А.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