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(административный корпус), назначение: нежилое, общая площадь 622,2 кв.м., кадастровый номер: 40:27:02 04 01:0057:1761/27:1000/3/А;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помещение склада, расположенное на 1 этаже 1-этажного здания, общей площадью 250,9 кв.м., кадастровый номер: 40:27:0402 01:0057:1766/27:1002/1/А;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помещение (склад), расположенное на 1 этаже 1-этажного здания, общей площадью 135,7 кв.м., кадастровый номер 40:27:0402 01:0057:1766/27:1002/1/А;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помещение общей площадью 30,8 кв.м., кадастровый номер: 40:27:0402 01:0057:1767/27:1001/А;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здание (склад ГСМ и сварочный цех), общей площадью 64,1 кв.м., кадастровый номер: 40:27:04 02 01:0057:1765/27:1001-2/А;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Нежилое помещение (склад), общей площадью 24,7 кв.м., кадастровый номер: 40:27:04 02 01:0057:1764/27:1001-2а/А;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проходной, назначение: нежилое, общая площадь 167,8 кв.м., кадастровый номер: 40-40-27/044/2007-395;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5, категория земель: земли населенных пунктов, разрешенное использование: под автобазу, общая площадь 10173 кв.м., кадастровый номер: 40:27:040201:123;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1, категория земель: земли населенных пунктов, разрешенное использование: под автобазу, общая площадь 172 кв.м., кадастровый номер:40:27:040201:120;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2, категория земель: земли населенных пунктов, разрешенное использование под автобазу, общая площадь 317 кв.м., кадастровый номер: 40:27:040201:122. Постановлением Двадцатого апелляционного Арбитражного суда от 13.12.2016 и постановлением Арбитражного суда Центрального округа от 29.03.2017, решение суда первой инстанции от 29.06.2016 по делу №А23-2820/2014 оставлено без изменения. Определением Арбитражного суда Калужской области от 11.07.2018 по делу №А23-2820/2014 суд определил выдать исполнительный лист на основании решения Арбитражного суда Калужской области по делу №А23-2820/2014 от 29.06.2016 в отношении возврата имущества по недействительной сделки в пользу ООО «Спихтаренко Холдинг», в котором в качестве взыскателя указать ФИО7, в качестве лица, в пользу которого производится взыскание - ООО «Спихтаренко Холдинг», а в качестве должника - ФИО2. Отозвать у Обнинского ГОСП УФССП России по Калужской области исполнительный лист ФС №015264218, выданный 31.01.2017 на основании решения Арбитражного суда Калужской области по делу №А23-2820/2014 от 29.06.2016. В определении Арбитражного суда Калужской области от 11.07.2018 по делу №А23-2820/2014 указано, что 31.01.2017 был выдан исполнительный лист ФС №015264218 о возврате имущества по спорной сделке, взыскателем по которому является ФИО7, а должником - ООО «Спихтаренко Холдинг». Судебным приставом-исполнителем Обнинского ГОСП УФССП России по Калужской области постановлением от 07.04.2017 на основании исполнительного листа ФС №015264218 возбуждено исполнительное производство №100365/17-40040-ИП. Арбитражным судом Калужской области 14.09.2018 выдан исполнительный лист серии ФС №026881373, в котором в качестве взыскателя указана ФИО7, лица, в пользу которого производится взыскание - ООО «Спихтаренко Холдинг», должника – ФИО2. Постановлением судебного пристава-исполнителя Обнинского ГОСП от 09.11.2018 возбуждено исполнительное производство №1771801/18/40040-ИП, в котором указано, что исполнительное производство возбуждено на основании исполнительного листа от 14.09.2016, выданного Арбитражным судом Калужской области по делу №А23-2820/2014, взыскатель - ООО «Спихтаренко Холдинг», должник - ФИО2. Постановлением судебного пристава-исполнителя Обнинского ГОСП от 30.09.2022 исполнительное производство №1771801/18/40040-ИП окончено на основании заявления взыскателя об окончании исполнительного производства. Постановлением начальника отделения – старшего судебного пристава Обнинского ГОСП ФИО1 от 14.02.2025 №4040/25/928685492637 постановлено: - отменить постановление исполнительного производства №1771801/18/40040-ИП от 30.09.2022; - возобновить исполнительное производство №1771801/18/40040-ИП от 30.09.2022; - судебному приставу-исполнителю принять меры, направленные на исполнение требований исполнительного документа; - исполнительное производство зарегистрировать с номером 305199/25/40040-ИП. Не согласившись с указанным постановлением ООО «Спихтаренко Холдинг» обратилось в Арбитражный суд Калужской области с настоящим заявлением. В соответствии с частью 1 статьи 329 Арбитражного процессуального кодекса Российской Федерации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настоящего Кодекса. В силу части 1 статьи 198 Арбитражного процессуального кодекса Российской Федерации 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 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 (часть 4 статьи 200 АПК РФ ). Таким образом, для признания ненормативного акта недействительным, решения и действия (бездействия) незаконными необходимо наличие одновременно двух условий: несоответствие их закону или иному нормативному правовому акту, нарушение прав и законных интересов заявителя в сфере предпринимательской или иной экономической деятельности. Задачи и принципы исполнительного производства, а также условия и порядок принудительного исполнения судебных актов определены положениями Федерального закона от 02.10.2007 №229-ФЗ «Об исполнительном производстве» (далее - Закон об исполнительном производстве). В соответствии со статьей 122 Закона об исполнительном производстве жалоба на постановление Федеральной службы судебных приставов, а также на постановление должностного лица службы судебных приставов, его действия (бездействие) подается в течение десяти дней со дня вынесения Федеральной службой судебных приставов,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Лицом, не извещенным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 ООО «Спихтаренко Холдинг» заявлено ходатайство о восстановлении пропущенного срока для подачи заявления о признании незаконным постановления от 14.02.2025. В обоснование ходатайства указано, что о вынесенном постановлении от 14.02.2025 директор общества узнал только 10.04.2025 при ознакомлении с материалами дела №А23-10991/2024. В подтверждение представлена копия заявления о назначении даты и времени ознакомления с делом. Настоящее заявление подано в суд 18.04.2025, то есть в пределах десятидневного срока, когда директору общества стало известно о вынесении оспариваемого постановления. В соответствии с частью 5 статьи 14 Закона об исполнительном производстве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пристава-исполнителя или иного должностного лица службы судебных приставов. Исчерпывающий перечень оснований для окончания исполнительного производства перечислен в части 1 статьи 47 Закона об исполнительном производстве. Согласно пункту 10 части 1 статьи 47 Закона об исполнительном производстве исполнительное производство оканчивается в случае подачи взыскателем заявления об окончании исполнительного производства. В части 9 статьи 47 Закона об исполнительном производстве установлено, что в течение срока предъявления исполнительного документа к исполнению постановление судебного пристава-исполнителя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применения, в том числе повторного, мер принудительного исполнения. Из материалов дела следует, что взыскателем по исполнительному производству №1771801/18/40040-ИП являлась – ФИО7. В постановлении судебного пристава-исполнителя Обнинского ГОСП от 30.09.2022 об окончании исполнительного производства №1771801/18/40040-ИП указано, что в ходе исполнения данного исполнительного производства установлено, что подано заявление об окончании исполнительного производства. В материалы дела представлены заявления генерального директора ООО «Спихтаренко Холдинг» ФИО8 и ФИО2, в которых они просили прекратить исполнительное производство от 09.11.2018 №1771801/18/40040-ИП по заявлению взыскателя. Однако, ФИО8 и ФИО2 взыскателями по исполнительному производству №1771801/18/40040-ИП не являлись. На основании изложенного, суд приходит к выводу, что постановление от 14.02.2025 об отмене постановления от 30.09.2022 и возобновлении исполнительного производства №1771801/18/40040-ИП, является законным. Кроме того, суд приходит к выводу, что оспариваемое постановление не нарушает прав и законных интересов заявителя. В определении Арбитражного суда Калужской области от 11.07.2018 по делу №А23-2820/2014 указано, что прямым выгодоприобретателем по принудительному исполнению судебного акта является ООО «Спихтаренко Холдинг», так как присужденное имущество должно поступить в его собственность. В отзыве на заявление представитель ФИО3 указала, что ФИО3 состоял в зарегистрированном браке со ФИО7, которая скончалась 11.11.2020, она являлась истцом по делу №А23-2820/2014. Поле смерти взыскателя – ФИО7 между наследниками долгое время шли судебные споры о разделе наследства, 05.02.2024 ФИО3 было выдано свидетельство о праве на наследство. Доводы заявителя о том, что оспариваемое постановление вынесено за пределами срока предъявления исполнительного листа, отклоняются на основании следующего. В соответствии с частью 1 статьи 21 Закона об исполнительном производстве исполнительные листы, выдаваемые на основании судебных актов, за исключением исполнительных листов, указанных в частях 2, 4 и 7 настоящей статьи, могут быть предъявлены к исполнению в течение трех лет со дня вступления судебного акта в законную силу. В соответствии с пунктом 1 части 1 статьи 21 Закона об исполнительном производстве срок предъявления исполнительного документа к исполнению прерывается предъявлением исполнительного документа к исполнению. Согласно части 2 статьи 21 Закона об исполнительном производстве после перерыва течение срока предъявления исполнительного документа к исполнению возобновляется. Время, истекшее до прерывания срока, в новый срок не засчитывается. В рассматриваемом случае срок предъявления исполнительного документа к исполнению прерывался предъявлением исполнительного документа к исполнению. На основании изложенного, заявленные требования ООО «Спихтаренко Холдинг» удовлетворению не подлежат. В соответствии с частью 2 статьи 329 Арбитражного процессуального кодекса Российской Федерации заявление об оспаривании решений и действий (бездействия) судебного пристава-исполнителя государственной пошлиной не облагается, ввиду чего вопрос о распределении расходов по государственной пошлине не рассматривается. Руководствуясь статьями 167 - 170 , 176 , 197 - 201 Арбитражного процессуального кодекса Российской Федерации, Р Е Ш И Л: Отказать обществу с ограниченной ответственностью «Спихтаренко Холдинг» в удовлетворении заявленных требований в полном объеме. Решение может быть обжаловано в течение месяца со дня его принятия в Двадцатый арбитражный апелляционный суд путём подачи апелляционной жалобы через Арбитражный суд Калужской области. Судья Е.В. Шумкина Суд: АС Калужской области (подробнее) Истцы: ООО Спихтаренко-холдинг (подробнее) Ответчики: Обнинский городской отдел судебных приставов УФССП по Калужской области (подробнее) Управление ФССП России по Калужской области (подробнее) Судьи дела: Шумкина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