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601015,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601023,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ФИО3 600000, &lt;...&gt;;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ФИО4 601023, &lt;...&gt;;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ФИО5 601010, &lt;...&gt;;</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ФИО6 600000, &lt;...&gt;;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ФИО7 601010, &lt;...&gt;;</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ФИО8 601024, &lt;...&gt;;</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ФИО9 600000, &lt;...&gt;;</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ФИО10 600000, &lt;...&gt;;</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ФИО11 600000, &lt;...&gt;;</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ФИО12 115580, &lt;...&gt;;</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ФИО13 600000, &lt;...&gt;;</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ФИО14 600000, &lt;...&gt;;</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ФИО15 600000, &lt;...&gt;;</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ФИО16 601020, &lt;...&gt;;</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ФИО17 600000, &lt;...&gt;;</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ФИО18 ФИО19 номер — 33:02:021122:303 Владимирская область, Киржачский район, д. Василево. В судебном заседании приняли участие: от общества с ограниченной ответственностью "Энергосбыт Волга" – ФИО20 (по доверенности от 01.01.2025 № 5 сроком по 31.12.2025). Общество с ограниченной ответственностью "Энергосбыт Волга" (далее - ООО "ЭСВ") обратилось в Арбитражный суд Владимирской области с исковым заявлением, в котором просит обязать сетевую организацию публичное акционерное общество "Россети Центр и Приволжье" в лице филиала "Владимирэнерго" (далее -ПАО "Россети Центр и Приволжье") в течение одного месяца с момента вступления решения суда в законную силу возобновить качественное энергоснабжение по адресам: &lt;...&gt; д. Бережки, Киржачский район, Владимирская область, ул. Нужная, д. 40, д. Финеево, Киржачский района, Владимирская область, ул. Дубовая, д. 5, д. Храпки, Киржачский район, Владимирская область, ул. Дубовая, д. 9, д. Храпки, Киржачский район, Владимирская область, ул. Малая, д. 1, д. Бережки, Киржачский район, Владимирская область, ул. Ясеневая, д. 5, Киржачский район, Владимирская область, ул. Лесная, д. 2, д. Бережки, Киржачский район, Владимирская область, ул. Покровка, д. 7, д. Бережки, Киржачский район, Владимирская область, ул. Центральная, д. 53 А, с. Заречье, Киржачский район, Владимирская область, ул. Офицерская, д. 34, Киржачский район, Владимирская область, ул. Лесная, д. 9, д. Новоселово, Киржачский район, Владимирская область, ул. Дубовая, д. 18, д. Бережки, Киржачский район, Владимирская область, ул. Дубовая, д. 2, д. Бережки, Киржачский район, Владимирская область, ул. Дубовая, д. 4, д. Бережки. Киржачский район, Владимирская область, кад. № 33:02:021122:303, д. Василево, Киржачский район, Владимирская область, ул. Заречная, д. 21 в, д. Финеево, Киржачский район, Владимирская область, ул. Нужная, д.23, д. Финеево, Киржачский район, Владимирская область, ул. Березовая, д. 17, д. Дубки, Киржачский район, Владимирская область, ул. Садовая, д. 11, д. Юрцово, Киржачский район, Владимирская область в соответствии требованиями, установленными ГОСТ 32144-2013; взыскать с ПАО "Россети Центр и Приволжье" в пользу ООО "ЭСВ" судебную неустойку на случай неисполнения решения суда по настоящему делу в размере 1000 рублей в день в отношении каждой вышеуказанной точки поставки электроэнергии до момента фактического исполнения судебного акта. ООО "ЭСВ" представило в материалы дела уточнение, в котором просит обязать сетевую организацию ПАО "Россети Центр и Приволжье" в течение одного месяца с момента вступления решения суда в законную силу возобновить качественное энергоснабжение по адресам: &lt;...&gt;, &lt;...&gt;, &lt;...&gt;, &lt;...&gt;, &lt;...&gt;, &lt;...&gt;, &lt;...&gt;, &lt;...&gt;, &lt;...&gt;, &lt;...&gt;, &lt;...&gt;, &lt;...&gt;, &lt;...&gt;, &lt;...&gt;, Владимирская область, Киржачский район, д. Василево, кад. № 33:02:021122:303, &lt;...&gt;, &lt;...&gt;, &lt;...&gt;, в соответствии с требованиями, установленными ГОСТ 32144-2013; взыскать с ПАО "Россети Центр и Приволжье" в пользу ООО "ЭСВ" судебную неустойку на случай неисполнения решения суда по настоящему делу в размере 1000 рублей в день в отношении каждой вышеуказанной точки поставки электроэнергии до момента фактического исполнения судебного акта. В судебном заседании представитель ООО "ЭСВ" поддержал заявленное требование с учетом уточнения. ПАО "Россети Центр и Приволжье" представило в материалы дела отзыв, в котором указывает на необоснованность заявленного ООО "ЭСВ" требования. К участию в рассмотрении дела в качестве третьих лиц, не заявляющих самостоятельных требований относительно предмета спора, привлечены ФИО1, ФИО2, ФИО3, ФИО4, ФИО5 , ФИО6, ФИО7, ФИО8, ФИО9, ФИО10, ФИО11,ФИО12 , ФИО13, ФИО14, ФИО15, ФИО16, ФИО17, ФИО18. Проанализировав доводы участвующих в деле лиц, а также представленные в материалы дела документы, арбитражный суд установил следующее. Как следует из материалов дела, между ООО "ЭСВ" (заказчик) и ПАО "Россети Центр и Приволжье" (исполнитель) заключен договор оказания услуг по передаче электрической энергии от 30.03.2018 № 3310006455. Данный договор заключен в интересах потребителей, присоединенных (в том числе опосредованно) к электрическим сетям исполнителя и иным ТСО и условиями заключенных договоров энергоснабжения, с которыми предусмотрено обеспечение оказания услуг по передаче электрической энергии; в интересах потребителей, с которыми заключены договоры о технологическом присоединении их энергопринимающих устройств к электрическим сетям исполнителя и иным ТСО и условиями заключенных договоров энергоснабжения, с которыми предусмотрено обеспечение оказания услуг по передаче электрической энергии; собственных объектов заказчика (потребление для хозяйственных нужд) (пункт 1.2 договора). Согласно пункту 2.1 договора исполнитель обязуется оказывать заказчику услуги по передаче электрической энергии посредством осуществления комплекса организационно- и технологически связанных действий, обеспечивающих передачу электроэнергии через технические устройства электрических сетей, принадлежащих исполнителю на праве собственности или ином установленном федеральным законном основании, а также через технические устройства электрических сетей, принадлежащих организации по управлению единой национальной (общероссийской) электрической сетью и ТСО на праве собственности или ином установленном федеральным законом основании, а заказчик обязуется оплачивать услуги исполнителя в порядке, установленном договором. В целях обеспечения своих обязательств перед заказчиком исполнитель заключает договоры возмездного оказания услуг по передаче электрической энергии с организацией по управлению единой национальной (общероссийской) электрической сетью и ТСО. В силу пункта 3.4.1 договора исполнитель обязуется обеспечить передачу электрической энергии в точки поставки потребителей, в интересах которых заключен договор, качество и параметры которой должны соответствовать требованиям законодательства Российской Федерации о техническом регулировании с соблюдением величин аварийной и технологической брони, в пределах максимальной мощности (приложение № 3 к договору). 21.11.2023 в адрес ООО "ЭСВ" поступило обращение от потребителя ФИО14 о поставке электрической энергии с нарушением качества и низким напряжением в сети по адресу: &lt;...&gt; д. Бережки, Киржачский район, Владимирская область. 22.11.2023 письмом № ЭВ/02/01/2091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Ответом от 04.12.2023, 08.12.2023 №№ МР7-ВлЭ/02-01/11994, МР7-ВлЭ/02-01/11560 сетевая организация проинформировала о проведении запланированных мероприятий по улучшению качества в срок до 19.04.2024, однако информация о результатах исполнения до настоящего времени не поступила. Выходом сотрудника ООО "ЭСВ" 27.11.2023 по вышеуказанному адресу была осуществлена проверка качества поставляемой электрической энергии и установлено, уровень напряжения не соответствует ГОСТ 32144-2013 "Нормы качества электрической энергии в системах электроснабжения общего назначения" (далее - ГОСТ 32144-2013), о чем составлен соответствующий акт. 21.11.2023 в адрес ООО "ЭСВ" поступило два обращения от потребителя ФИО5 о факте поставки электрической энергии с нарушением качества по адресу: ул. Нужная, д. 40, д. Финеево, Киржачский район, Владимирская область. 28.11.2023 письмом № ЭВ/02/01/2156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Ответами от 08.12.2023, 26.01.2024 № МР7-ВлЭ/02-01/11566, МР7-ВлЭ/02-01/11566 сетевая организация проинформировала о проведении запланированных мероприятий по улучшению качества во втором квартале 2024. 27.11.2023 сотрудником ООО "ЭСВ" самостоятельно проведена проверка качества поставляемой электрической энергии в жилой дом потребителя. В результате проведенных замеров был составлен Акт проверки качества поставляемой электрической энергии от 27.11.2023, согласно которого качество электрической энергии, по адресу: ул. Нужная, д. 40, д. Финеево, Киржачский района, Владимирская область, не соответствует ГОСТ 32144-2013. 24.11.2023 в адрес ООО "ЭСВ" поступило обращение от потребителя ФИО4 о факте поставки электрической энергии с нарушением качества по адресу: ул. Дубовая, д. 5, д. Храпки, Киржачский район, Владимирская область. 27.11.2023 письмом № ЭВ/02/01/1839, ЭВ/02/04/06/368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Ответом от 08.12.2023 № МР7-ВлЭ/02-01/11580 сетевая организация проинформировала о проведении запланированных мероприятий по улучшению качества в срок до 05.01.2024, однако информация о результатах исполнения до настоящего времени не поступила. 29.11.2023 сотрудником ООО "ЭСВ" самостоятельно проведена проверка качества поставляемой электрической энергии в жилой дом потребителя ФИО4, по результатам которой было установлено, что качество электрической энергии, по адресу: ул. Дубовая, д. 5, д. Храпки, Киржачский район. Владимирская область не соответствует ГОСТ 32144-2013, о чем составлен Акт проверки. 21.11.2023 в адрес ООО "ЭСВ" поступило обращение от потребителя ФИО2 о факте поставки электрической энергии с нарушением качества по адресу: ул. Дубовая, д. 9, д. Храпки, Киржачский район, Владимирская область. 27.11.2023 письмом № ЭВ/02/01/2119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ответа на обращение не последовало. 29.11.2023 сотрудником ООО "ЭСВ" самостоятельно проведена проверка качества поставляемой электрической энергии в жилой дом потребителя, по результатам которой было установлено, что качество электрической энергии, по адресу: ул. Дубовая, д. 9, д. Храпки, Киржачский район, Владимирская область не соответствует ГОСТ 32144-2013, о чем составлен Акт проверки. 27.11.2023 в адрес ООО "ЭСВ" поступило обращение от потребителя ФИО3 о факте поставки электрической энергии с нарушением качества по адресу: ул. Малая, д. 1, д. Бережки, Киржачский район, Владимирская область. 28.11.2023 письмом № ЭВ/02/01/2149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ответа на обращение от сетевой организации не поступило. 29.11.2023 сотрудником ООО "ЭСВ" самостоятельно проведена проверка качества поставляемой электрической энергии в жилой дом потребителя. В результате проведенных замеров был составлен Акт проверки качества поставляемой электрической энергии от 31.10.2023, согласно которого качество электрической энергии, по адресу: ул. Малая, д. 1, д. Бережки, Киржачский район, Владимирская область не соответствует ГОСТ 32144-2013. 24.11.2023 в адрес ООО "ЭСВ" поступило обращение от потребителя ФИО17 о факте поставки электрической энергии с нарушением качества по адресу: ул. Ясеневая, д. 5, Киржачский район, Владимирская область. 27.11.2023 письмом № ЭВ/02/01/2122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 не поступил. 29.11.2023 выходом по адресу сотрудником ООО "ЭСВ" была проведена проверка качества поставляемой электрической энергии в жилой дом потребителя, по итогам которой установлено, что качество электрической энергии по адресу: ул. Ясеневая, д. 5, Киржачский район, Владимирская область, не соответствует ГОСТ 32144-2013, о чем отражено в Акте проверки. 14.10.2023, 21.11.2023 в адрес ООО "ЭСВ" поступило обращение от потребителя ФИО10 о факте поставки электрической энергии с нарушением качества по адресу: ул. Лесная, д. 2, д. Бережки, Киржачский район, Владимирская область. 16.10.2023, 23.11.2023 письмами № ЭВ/02/01/1829, ЭВ/02/01/2101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Ответы на обращения не поступили. ООО "ЭСВ" 23.10.2023 самостоятельно провело проверку качества поставляемой электроэнергии по адресу: ул. Лесная, д. 2, д. Бережки. Киржачский район, Владимирская область. В результате проведенных замеров был составлен Акт проверки качества поставляемой электрической энергии от 23.10.2023, согласно которому качество электрической энергии соответствует ГОСТ 32144-2013. Повторно, 29.11.2023 при проведении проверки по данному адресу было установлено, качество электрической энергии не соответствует ГОСТ 32144-2013. 23.11.2023 в адрес ООО "ЭСВ" поступило обращение от потребителя ФИО13 о факте поставки электрической энергии с нарушением качества по адресу: ул. Покровка, д. 7, д. Бережки, Киржачский район. Владимирская область. 23.11.2023 письмом № ЭВ/02/01/2115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Ответом от 08.12.2023 № МР7-ВлЭ/02-01/11580 сетевая организация проинформировала о проведении запланированных мероприятий по улучшению качества в срок до 30.03.2024, однако информация о результатах исполнения до настоящего времени не поступила. 29.11.2023 ООО "ЭСВ" самостоятельно провело проверку качества поставляемой электроэнергии по адресу: ул. Покровка, д. 7, д. Бережки, Киржачский район, Владимирская область. В результате проведенных замеров был составлен Акт проверки качества поставляемой электрической энергии, согласно которому качество электрической энергии не соответствует ГОСТ 32144-2013. 18.11.2023 в адрес ООО "ЭСВ" поступило обращение от потребителя ФИО1 о факте поставки электрической энергии с нарушением качества, по адресу: ул. Центральная, д. 53 А, с. Заречье, Киржачский райн, Владимирская область. 21.11.2023 письмом № ЭВ/02/1379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Ответом от 30.11.2023 № МР7-ВлЭ/02-01/11217 сетевая организация проинформировала о проведении проверки и измерении показателей качества элекгроэнергии в срок до 12.12.2023, однако информация о результатах исполнения до настоящего времени не поступила. 29.11.2023 сотрудником ООО "ЭСВ" самостоятельно проведена проверка качества поставляемой электрической энергии потребителю. В результате проведенных замеров был составлен Акт проверки качества поставляемой электрической энергии, согласно которого качество электрической энергии по адресу: ул. Центральная, д. 53 А, с. Заречье, Киржачский райн, Владимирская область, не соответствует ГОСТ 32144-2013. 06.12.2023 в адрес ООО "ЭСВ" поступило обращение от потребителя ФИО8 о факте поставки электрической энергии с нарушением качества, по адресу: ул. Офицерская, д. 34, Киржачский район, Владимирская область. 08.12.2023 письмом № ЭВ/02/01/2252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Ответом от 08.12.2023 № МР7-ВлЭ/02-01/11569 сетевая организация проинформировала о проведении запланированных мероприятий по улучшению качества в срок до 06.01.2024, однако информация о результатах исполнения до настоящего времени не поступила. 29.11.2023 при проведении проверки качества поставляемой электрической энергии было установлено, что качество электрической энергии по адресу ул. Офицерская, д. 34, Киржачский район, Владимирская область, не соответствует ГОСТ 32144-2013. 24.11.2023 в адрес ООО "ЭСВ" поступило обращение от потребителя ФИО6 о факте поставки электрической энергии с нарушением качества, по адресу: ул. Лесная, д. 9. д. Новоселове Киржачский район, Владимирская область. 28.11.2023 письмом № ЭВ/02/01/2140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ответа от сетевой организации не поступило. 30.11.2023 сотрудником ООО "ЭСВ" самостоятельно проведена проверка качества поставляемой электрической энергии потребителю ФИО6 В результате проведенных замеров был составлен Акт проверки качества поставляемой электрической энергии, согласно которого качество электрической энергии по адресу: ул. Лесная, д. 9, д. Новоселово, Киржачский район, Владимирская область не соответствует ГОСТ 32144-2013. 30.11.2023 в адрес ООО "ЭСВ" поступило обращение от потребителя ФИО15 о фактах систематической поставки электрической энергии с нарушением качества по адресу: ул. Дубовая, д. 18, д. Бережки, Киржачский район, Владимирская область. 01.11.2023 письмом № ЭВ/02/01/2200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Ответом от 11.12.2023 № МР7-ВлЭ/02-01/11692 сетевая организация проинформировала о проведении запланированных мероприятий по улучшению качества в срок до 30.03.2024. однако информация о результатах исполнения до настоящего времени не поступила. 04.12.2023 при проведении проверки сотрудником ООО "ЭСВ" по адресу: ул. Дубовая, д. 18, д. Бережки, Киржачский район, Владимирская область установлено, что качество электроэнергии не соответствует ГОСТ 32144-2013. 29.11.2023 в адрес ООО "ЭСВ" поступило обращение от потребителя ФИО11 о факте поставки электрической энергии с нарушением качества по адресу: ул. Дубовая, д. 2, д. Бережки, Киржачский район, Владимирская область. 01.12.2023 письмом № ЭВ/02/04/03/2194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 на обращение не поступил. Вместе с тем, ООО "ЭСВ" 04.12.2023 самостоятельно провело проверку качества поставляемой электрической энергии с участием потребителя, по итогам которой сделан вывод о том, что поступающая электроэнергия в жилой дом по адресу ул. Дубовая, д. 2, д. Бережки, Киржачский район, Владимирская область не соответствует показателям качества, установленным ГОСТ 32144-2013. 29.11.2023 в адрес ООО "ЭСВ" поступило обращение от потребителя ФИО12 о факте поставки электрической энергии с нарушением качества по адресу: ул. Дубовая, д. 4, д. Бережки, Киржачский район, Владимирская область. 30.11.2023 письмом № ЭВ/02/04/03/2183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Письмом от 11.12.2023 № МР7-ВлЭ/02-01/11619 ПАО "Россети Центр и Приволжье" филиала "Владимирэнерго" уведомило ООО "ЭСВ" о том, что запланировано проведение технических мероприятий с целью улучшения качества (в целях улучшения качества поставляемой электрической энергии). Информация об исполнении в адрес гарантирующего поставщика не поступала. Вместе с тем, ООО "ЭСВ" 04.12.2023 самостоятельно провело проверку качества поставляемой электрической энергии с участием потребителя, по итогам которой сделан вывод о том, что поступающая электроэнергия в жилой дом по адресу: ул. Дубовая, д. 4, д. Бережки, Киржачский район, Владимирская область не соответствует показателям качества, установленным ГОСТ 32144-2013. 24.11.2023 в адрес ООО "ЭСВ" поступило обращение от потребителя ФИО18 о факте поставки электрической энергии с нарушением качества по адресу: кад. № 33:02:021122:303, д. Василево, Киржачский район, Владимирская область. 28.11.2023 письмом № ЭВ/02/01/2141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Ответа на обращение гарантирующего поставщика не последовало. 05.12.2023 при проведении проверки сотрудником ООО "ЭСВ" было установлено, что качество поставляемой электрической энергии по адресу: кад. № 33:02:021122:303, д. Василево, Киржачский район. Владимирская область не соответствует ГОСТ 32144-2013, о чем составлен соответствующий Акт. 28.11.2023 в адрес ООО "ЭСВ" обратился Потребитель ФИО21 о факте поставки электрической энергии с нарушением качества по адресу: ул. Заречная, д. 21 в, д. Финеево, Киржачский район, Владимирская область. 30.11.2023 письмом № ЭВ/02/2187 ООО "ЭСВ" обращалось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28.12.2023 в адрес ООО "ЭСВ" с актом документарной проверки № 791-01-02 поступило предписание ИГЖН Владимирской области № 552-01-02 об устранении нарушений в качестве энергоснабжения и выполнении определенных мероприятий. 10.01.2023 ООО "ЭСВ" повторно направило запрос в адрес сетевой организации (№ ЭВ/02/01/28). Письмом от 26.01.2024 № МР7-ВлЭ/02-01/677 ПАО "Россети Центр и Приволжье" филиала "Владимирэнерго" уведомило ООО "ЭСВ" о том, что запланировано проведение технических мероприятий с целью улучшения качества во II квартале 2024 года (в целях улучшения качества поставляемой электрической энергии). Информация об исполнении в адрес гарантирующего поставщика не поступала. 06.12.2023 при проведении проверки сотрудником ООО "ЭСВ" было установлено, что качество поставляемой электрической энергии по адресу: ул. Заречная, д. 21в, д. Финеево, Киржачский район, Владимирская область не соответствует ГОСТ 32144-2013, о чем составлен соответствующий Акт. 29.11.2023 в адрес ООО "ЭСВ" поступила жалоба от потребителя ФИО7 по вопросу некачественной поставки электроэнергии и проведении проверки по адресу: ул. Нужная, д. 23, д. Финеево, Киржачский район, Владимирская область. 01.12.2023 письмом № ЭВ/02/01/2193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Письмом от 08.12.2023 № МР7-ВлЭ/02-01/11565 ПАО "Россети Центр и Приволжье" филиала "Владимирэнерго" уведомило ООО "ЭСВ" о том, что запланировано проведение технических мероприятий с целью улучшения качества во II квартале 2024 года (в целях улучшения качества поставляемой электрической энергии). Информация об исполнении в адрес гарантирующего поставщика не поступала. 06.12.2023 при проведении проверки качества поставляемой электрической энергии в жилой дом потребителя сотрудником ООО "ЭСВ" было установлено, что качество поставляемой электрической энергии по адресу: ул. Нужная, д. 23, д. Финеево, Киржачский район, Владимирская область не соответствует ГОСТ 32144-2013, о чем составлен соответствующий Акт. 30.11.2023 в адрес ООО "ЭСВ" поступило обращение от потребителя ФИО16. о факте поставки электрической энергии с нарушением качества по адресу: ул. Березовая, д. 17, д. Дубки, Киржачский район, Владимирская область. 04.12.2023 письмом № ЭВ/02/01/2214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Ответа от сетевой организации не получено. 06.12.2023 при проведении проверки качества поставляемой электрической энергии в жилой дом потребителя сотрудником ООО "ЭСВ" было установлено, что качество поставляемой электрической энергии по адресу: ул. Березовая, д. 17, д. Дубки, Киржачский район, Владимирская область не соответствует ГОСТ 32144-2013, о чем составлен соответствующий Акт. 01.12.2023 в адрес ООО "ЭСВ" поступило обращение от потребителя ФИО9 о факте поставки электрической энергии с нарушением качества по адресу: ул. Садовая, д. 11, д. Юрцово, Киржачский район, Владимирская область. 04.12.2023 письмом № ЭВ/0201/2217 ООО "ЭСВ" обратилось в адрес ПАО "Россети Центр и Приволжье" филиала "Владимирэнерго с просьбой провести проверку по обращению потребителя и предоставить протокол замеров качества электрической энергии. Ответа на обращение гарантирующего поставщика от сетевой организации не поступило. 06.12.2023 сотрудником ООО "ЭСВ" самостоятельно проведена проверка качества поставляемой электрической энергии в жилой дом потребителя. В результате проведенных замеров был составлен Акт проверки качества поставляемой электрической энергии, согласно которого качество электрической энергии, по адресу: ул. Садовая, д. 11, д. Юрцово, Киржачский район, Владимирская область не соответствует ГОСТ 32144-2013. Поскольку ПАО "Россети Центр и Приволжье" не приняло мер по восстановлению качественного энергоснабжения, ООО "ЭСВ" обратилось в арбитражный суд с исковым заявлением. Оценив в совокупности, имеющиеся в материалах дела документы, арбитражный суд установил следующее. В силу статьи 12 Гражданского кодекса Российской Федерации защита гражданских прав осуществляется, в том числе путем присуждения к исполнению обязанности в натуре. Требование о восстановлении защиты нарушенного права может быть применено только при наличии у ответчика соответствующей обязанности, предусмотренной законом, договором или иным соглашением сторон, а также реальной возможности выполнения данной обязанности. В соответствии со статьей 539 Гражданского кодекса Российской Федерации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Правовые основы экономических отношений, возникающих в связи с передачей, потреблением электроэнергии с использованием систем электроснабжения, права и обязанности потребителей электроэнергии, энергоснабжающих организаций, сетевых организаций регулируются Федеральным законом от 26.03.2003 № 35-ФЗ "Об электроэнергетике" (далее – Федеральный закон № 35-ФЗ), Основными положениями функционирования розничных рынков электрической энергии, утвержденных постановлением Правительства Российской Федерации от 04.05.2012 № 442 (далее – Основные положения № 442), Правилами недискриминационного доступа к услугам по передаче электрической энергии, утвержденными постановлением Правительства Российской Федерации от 27.12.2004 № 861 (далее – Правила № 861), требованиями ГОСТ 32144-2013. Согласно статье 38 Федерального закона № 35-ФЗ субъекты электроэнергетики, обеспечивающие поставки электрической энергии потребителям электрической энергии, в том числе энергосбытовые организации, гарантирующие поставщики и территориальные сетевые организации (в пределах своей ответственности), отвечают перед потребителями электрической энергии за надежность обеспечения их электрической энергией и ее качество в соответствии с требованиями технических регламентов и иными обязательными требованиями. В силу пункта 1 статьи 542 Гражданского кодекса Российской Федерации, качество подаваемой энергии должно соответствовать требованиям, установленным государственными стандартами и иными обязательными правилами или предусмотренным договором энергоснабжения. Пунктом 7 Основных положений № 442 предусмотрено, что субъекты электроэнергетики, обеспечивающие снабжение электрической энергией потребителей, в том числе гарантирующие поставщики, энергосбытовые (энергоснабжающие) организации, сетевые организации, системный оператор и субъекты оперативно-диспетчерского управления в технологически изолированных территориальных электроэнергетических системах, а также производители электрической энергии (мощности), в ходе исполнения своих обязательств по заключаемым ими на оптовом рынке и розничных рынках договорам совместными действиями обеспечивают на розничных рынках надежность снабжения потребителей и качество электрической энергии. Требования к надежности энергоснабжения и качеству электрической энергии устанавливаются в соответствии с законодательством Российской Федерации. Пункт 28 Основных положений № 442 предусматривает, что договор энергоснабжения, заключаемый с гарантирующим поставщиком, является публичным, а также закрепляет обязанность гарантирующего поставщика в ходе исполнения указанного договора урегулировать отношения, связанные с передачей электрической энергии, путем заключения договора оказания услуг по передаче электрической энергии с сетевой организацией. В соответствии с подпунктом "а" пункта 15 Правил № 861 сетевая организация обязана обеспечить передачу электроэнергии в точке поставки потребителя услуг (потребителя электроэнергии, в интересах которого заключается договор), качество и параметры которой должны соответствовать техническим регламентам с соблюдением величин аварийной и технической брони. Согласно пункту 12 Правил № 861 в рамках договора сетевая организация обязуется осуществить комплекс организационно и технологически связанных действий, обеспечивающих передачу электрической энергии через технические устройства электрических сетей, а потребитель услуг - оплатить их. ГОСТ 32144-2013 (раздел 1) устанавливает показатели и нормы качества электрической энергии в точках передачи электрической энергии пользователям электрических сетей низкого, среднего и высокого напряжения систем электроснабжения общего назначения переменного тока частотой 50 Гц. Требования настоящего стандарта применяются во всех режимах работы систем электроснабжения общего назначения. Система электроснабжения общего назначения: совокупность электроустановок и электрических устройств, предназначенных для обеспечения электрической энергией различных потребителей электрических сетей (пункт 3.1.1 ГОСТ 32144-2013). Производство, передача и продажа электрической энергии взаимосвязаны и являются элементами единого процесса. Организации, осуществляющие деятельность в сфере электроэнергетики, в том числе сетевые организации, обеспечивающие передачу электрической энергии, обязаны поставить (передать) потребителю электроэнергию, качество которой должно соответствовать требованиям технических регламентов. В рассматриваемом случае, по условиям договора от 30.03.2018 № 331006455 исполнитель (ПАО "Россети Центр и Приволжье") принял на себя обязательства по передаче электрической энергии в точки поставки потребителей, в интересах которых заключен договор, качество и параметры которой должны соответствовать требованиям законодательства Российской Федерации о техническом регулировании с соблюдением величин аварийной и технологической брони, в пределах максимальной мощности (пункт 3.4.1 договора). Пунктом 30 Основных положений определено, что в рамках договора энергоснабжения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сетевой организации, привлеченной для оказания услуг по передаче электрической энергии, а также других лиц, привлеченных для оказания услуг, которые являются неотъемлемой частью процесса поставки электрической энергии потребителям. Из вышеуказанных норм права и условий заключенного между сторонами договора следует обязанность ответчика обеспечить передачу электроэнергии, параметры которой должны соответствовать техническим регламентам и иным установленным требованиям в точки поставки потребителя. Качество электрической энергии обеспечивается, в том числе путем контроля и периодического мониторинга в соответствии с положениями ГОСТ 33073-2014, в рамках которых проводятся испытания электрической энергии с оформлением результатов протоколом испытаний по установленной форме (пункт 5.11). В соответствии с пунктом 5.2.1 ГОСТ 33073-2014 при проведении контроля КЭ в целях проверки соответствия ЭЭ нормам КЭ, установленным в ГОСТ 32144, в том числе при проведении арбитражных и сертификационных испытаний ЭЭ, а также испытаний при инспекционном контроле сертифицированной ЭЭ проводят непрерывные измерения значений ПКЭ по ГОСТ 30804.4.30, класс измерений А, в течение не менее одной недели (семи суток). В силу пункта 5.2.2 ГОСТ 33073-2014, при проведении контроля качества энергии в целях проверки выполнения требований к качеству энергии, установленных в договорах услуг по передаче и договорах купли/продажи электрической энергии, проводят непрерывные измерения по ГОСТ 30804.4.30, класс измерений А, значений ПКЭ, установленных в договорах, в течение времени и в условиях, предусмотренных в указанных договорах, но не менее одной недели (семи суток). Пунктом 5.3.1 ГОСТ 33073-2014 установлены требования к средствам измерения, применяемым при контроле качества электрической энергии: при выполнении измерений при контроле КЭ применяют СИ, соответствующие требованиям ГОСТ 30804.4.30, класс измерений А, и ГОСТ 30804.4.7, класс I, при интервалах усреднения результатов измерений, установленных в ГОСТ 32144, имеющие свидетельство(сертификат) об утверждения тина и свидетельство о поверке СИ ПКЭ. Требования к оформлению результатов контроля качества электрической энергии устанавливаются в пункте 5.11 ГОСТ 33073-2014. Исходя из пункта 5.11.1 ГОСТ 33073-2014, результаты испытаний оформляют протоколом испытаний электрической энергии. Рекомендуемая форма протокола при испытаниях электрической энергии в точках ее передачи в целях проверки соответствия электрической энергии нормам, установленным в ГОСТ 32144-2013, приведена в В.1 Приложения В. В силу вышеуказанных норм и положений договора, ответственность за качество электрической энергии потребителям несет сетевая организация -ответчик, поскольку договор на оказание услуг по передаче электрической энергии заключен у истца именно с ответчиком, и истец вправе на основании договора обратиться с требованием о восстановлении качества к стороне по договору. В пункте 22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Верховного Суда Российской Федерации от 24.03.2016 № 7) разъяснено, что согласно пункту 1 статьи 308.3 , статье 396 Гражданского кодекса Российской Федерации, в случае неисполнения должником обязательства кредитор вправе требовать по суду исполнения обязательства в натуре, если иное не предусмотрено Гражданским кодексом Российской Федерации, иными законами или договором либо не вытекает из существа обязательства. При этом следует учитывать, что в соответствии со статьями 309 и 310 Гражданского кодекса Российской Федерации должник не вправе произвольно отказаться от надлежащего исполнения обязательства. При предъявлении кредитором иска об исполнении должником обязательства в натуре суд, исходя из конкретных обстоятельств дела, определяет, является ли такое исполнение объективно возможным. Разрешая вопрос о допустимости понуждения должника исполнить обязанность в натуре, суд учитывает не только положения Гражданского кодекса Российской Федерации, иного закона или договора, но и существо соответствующего обязательства. В соответствии с частью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В силу пункта 2 статьи 401 Гражданского кодекса Российской Федерации, отсутствие вины доказывается лицом, нарушившим обязательство, бремя доказывания невозможности надлежащего исполнения обязательств вследствие непреодолимой силы лежит на должнике. Если должник несет ответственность за нарушение обязательства или за причинение вреда независимо от вины, то на него возлагается бремя доказывания обстоятельств, являющихся основанием для освобождения от такой ответственности, например, обстоятельств непреодолимой силы (пункт 3 статьи 401 Гражданского кодекса Российской Федерации). Факт передачи электрической энергии, не отвечающей требованиям ГОСТа 32144-2013 "Межгосударственный стандарт.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 по вышеуказанным адресам подтвержден документально (актами проверки качества поставляемой электрической энергии), которые признаны допустимыми и относимыми доказательством по делу, и ответчиком в нарушение статьи 65 Арбитражного процессуального кодекса Российской Федерации надлежащими доказательствами не опровергнут. Надлежащих доказательств возобновления поставки электрической энергии в точки поставки спорных потребителей, соответствующей стандартам качества, в нарушение статьи 65 Арбитражного процессуального кодекса Российской Федерации ответчиком в материалы дела не представлено. О проводимых мероприятиях по восстановлению качественного энергоснабжения потребителей суду не сообщено и доказательств тому не представлено. Обстоятельств, освобождающих ПАО "Россети Центр и Приволжье" от обязанности исполнить положения заключенного договора, не установлено. Доказательств их наличия, равно как принятия всех возможных мер, в том числе по взаимоотношениям с третьими лицами, для подачи электрической энергии надлежащего качества, ответчиком в нарушение положений статей 9 , 65 Арбитражного процессуального кодекса Российской Федерации не представлено. Оценив представленные в материалы дела доказательства, арбитражный суд приходит к выводу о наличии оснований для обязания ответчика в течение 30 дней с момента вступления настоящего решения в законную силу возобновить качественное энергоснабжение по адресам: &lt;...&gt;, &lt;...&gt;, &lt;...&gt;, &lt;...&gt;, &lt;...&gt;, &lt;...&gt;, &lt;...&gt;, &lt;...&gt;, &lt;...&gt;, &lt;...&gt;, &lt;...&gt;, &lt;...&gt;, &lt;...&gt;, &lt;...&gt;, Владимирская область, Киржачский район, д. Василево, кад. № 33:02:021122:303, &lt;...&gt;, &lt;...&gt;, &lt;...&gt;, начиная со дня, следующего за днем истечения срока, предусмотренного для добровольного исполнения судебного акта, и до дня фактического исполнения решения суда. Довод ответчика об отличии в части представленных актов проверки качества поставляемой электрической энергии подписей потребителей или подписании их иным лицом, нежели обратившимся к гарантирующему поставщику потребителем, подлежит отклонению судом, поскольку о фальсификации данных доказательств ответчик в ходе судебного процесса не заявлял, при этом ПАО "Россети Центра и Приволжья" не обладает специальными познаниями в области почерковедения. Довод ответчика о нарушении потребителями параметра максимальной мощности энергопринимающих устройств, которое, по мнению ПАО "Россети Центра и Приволжья", может послужить причиной неправильной работы электросетевого комплекса, признан судом несостоятельным, поскольку основан на предположениях и не подтвержден документально. Истцом также заявлено требование о взыскании с ПАО "Россети Центр и Приволжье" в пользу ООО "ЭСВ" судебной неустойки на случай неисполнения решения суда по настоящему делу в размере 1000 рублей в день в отношении каждой точки поставки электроэнергии до момента фактического исполнения судебного акта. Согласно статье 308.3 Гражданского кодекса Российской Федерации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Кодекса)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статья 1 названного Кодекса). В силу пункта 28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В силу пункта 31 Постановления № 7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(часть 4 статьи 1 ГПК РФ , части 1 и 2.1 статьи 324 АПК РФ ). В соответствии пунктом 32 Постановления № 7, удовлетворяя требования истца о присуждении судебной неустойки, суд указывает ее размер и/или порядок определения.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 В результате присуждения судебной неустойки исполнение судебного акта должно оказаться для ответчика явно более выгодным, чем его неисполнение. Определяя размер присуждения денежных средств на случай неисполнения судебного акта, суд учитывает степень затруднительности исполнения судебного акта, возможности ответчика по добровольному исполнению судебного акта, его имущественное положение, в частности размер его финансового оборота, а также иные заслуживающие внимания обстоятельства. Денежные средства, присуждаемые истцу на случай неисполнения судебного акта, определяются в твердой денежной сумме, взыскиваемой единовременно, либо денежной сумме, начисляемой периодически; возможно также установление прогрессивной шкалы (например, за первую неделю неисполнения одна сумма, за вторую - сумма в большем размере и т.д.). Суд определяет момент, с которого соответствующие денежные средства подлежат начислению. Так, возможно начисление денежных средств с момента вступления решения в законную силу либо по истечении определенного судом срока, который необходим для добровольного исполнения судебного акта (часть 2 статья 174 АПК РФ ). В соответствии с толкованием пункта 1 статьи 308.3 Гражданского кодекса Российской Федерации, приведенном в определении Верховного Суда Российской Федерации от 15.03.2018 по делу № 305-ЭС17-17260, и разъяснениями в пункте 28 Постановления № 7 суд может присудить денежные средства на случай неисполнения соответствующего судебного акта в пользу кредитора-взыскателя (судебную неустойку) в целях побуждения должника к своевременному исполнению обязательства в натуре. Судебная неустойка является дополнительной мерой воздействия на должника, мерой стимулирования и косвенного принуждения. Как разъяснено в пунктах 31 и 32 Постановления № 7,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удовлетворяя требования истца о присуждении судебной неустойки, суд указывает ее размер и/или порядок определения. Исследовав и оценив представленные в материалы дела доказательства и установленные по делу обстоятельства, суд пришел к выводу о наличии оснований для удовлетворения требования истца о взыскании с ответчика судебной неустойки в размере 1000 руб. за каждый день просрочки неисполнения настоящего решения в отношении каждой спорной точки поставки. При этом суд исходит из того, что исполнение настоящего судебного акта должно оказаться для ответчика более выгодным, чем его неисполнение. В то же время, определяя вышеуказанный размер присуждения денежных средств на случай неисполнения решения, суд принимает во внимание степень затруднительности исполнения судебного акта (значительное количество потребителей, обеспечение доступа к точкам поставки в целях проведения необходимых мероприятий для восстановления качественного энергоснабжения, трудозатраты и финансовые затраты на проведение данных мероприятий), возможность ответчика по его добровольному исполнению. В данном случае суд определил размер судебной неустойки исходя из общих принципов справедливости, соразмерности и недопустимости извлечения выгоды из недобросовестного поведения с учетом необходимости соблюдения баланса интересов сторон, а также конкретных обстоятельств дела. ПАО "Россети Центр и Приволжье" указывает, что заявленный истцом размер санкций несоразмерен стоимости потребляемого энергоресурса, что ведет к несоблюдению баланса интересов сторон. Согласно разъяснениям, данным в пункте 69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333 Гражданского кодекса Российской Федерации). На основании пункта 73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бремя доказывания несоразмерности неустойки и необоснованности выгоды кредитора возлагается на ответчика. Соразмерность неустойки последствиям нарушения обязательства предполагается. Ответчик должен обосновать явную несоразмерность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Согласно правовой позиции Конституционного Суда Российской Федерации, изложенной в определении от 21.12.2000 № 263-О, суд обязан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Явная несоразмерность заявленной неустойки последствиям нарушения обязательства является оценочной категорией, четких критериев ее определения применительно к тем или иным категориям дел законодательством не предусмотрено, в силу чего только суд вправе дать оценку указанному критерию, учитывая обстоятельства дела. Критериями для установления несоразмерности могут быть: чрезмерно высокий процент неустойки; значительное превышение суммы неустойки суммы возможных убытков, вызванных нарушением обязательств; длительность неисполнения обязательств и другие. Учитывая компенсационный характер гражданско-правовой ответственности, под соразмерностью суммы неустойки последствиям нарушения обязательства предполагается выплата кредитору такой компенсации его потерь, которая будет адекватна и соизмерима с нарушенным интересом. К выводу о наличии или отсутствии оснований для снижения суммы неустойки арбитражный суд приходит в каждом конкретном случае при оценке имеющихся в деле доказательств по своему внутреннему убеждению, основанному на всестороннем, полном, объективном и непосредственном их исследовании (пункт 1 статьи 71 Арбитражного процессуального кодекса Российской Федерации). По смыслу пункта 28 Постановления № 7 судебная неустойка является дополнительной мерой воздействия на должника, мерой стимулирования и косвенного принуждения. Установление более щадящего размера ответственности может позволить должнику длительное время избегать исполнения решения, что противоречит самому смыслу нормы о присуждении неустойки. Довод ответчика связанный с отсутствием обоснования установления месячного срока для восстановления показателей качества электрической энергии и неразумности, недостаточности данного срока, подлежит отклонению арбитражным судом. При этом суд учитывает, что ответчик с ноября 2023 года (момента направления ООО "ЭСВ" писем о необходимости проведения проверки качества поставляемой электроэнергии по конкретным потребителям) до вынесения настоящего решения в 2025 году мог в добровольном порядке осуществить необходимые мероприятия по восстановлению качественного энергоснабжения или представить истцу и суду доказательства отсутствия фактов нарушений требований ГОСТ 32144-2013. В соответствии с частью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Каких-либо правовых обоснований и объективных причин невозможности восстановить качественное энергоснабжение потребителей в месячный срок со стороны ответчика не приведено. В соответствии со статьей 110 Арбитражного процессуального кодекса Российской Федерации государственная пошлина в размере 6 000 руб. подлежит взысканию с ПАО "Россети Центр и Приволжье" в пользу ООО "ЭСВ" в связи с ее уплатой последним в доход федерального бюджета по платежному поручению от 23.04.2024 № 9128. Выдача исполнительного листа осуществляется по правилам статьи 319 Арбитражного процессуального кодекса Российской Федерации. Руководствуясь статьями 110 , 167 - 170 Арбитражного процессуального кодекса Российской Федерации,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публичное акционерное общество "Россети Центр и Приволжье" в течение 30 дней с момента вступления настоящего решения в законную силу возобновить качественное энергоснабжение по адресам: &lt;...&gt;, &lt;...&gt;, &lt;...&gt;, &lt;...&gt;, &lt;...&gt;, &lt;...&gt;, &lt;...&gt;, &lt;...&gt;, &lt;...&gt;, &lt;...&gt;, &lt;...&gt;, &lt;...&gt;, &lt;...&gt;, &lt;...&gt;, Владимирская область, Киржачский район, д. Василево, кад. № 33:02:021122:303, &lt;...&gt;, &lt;...&gt;, &lt;...&gt;, в соответствии с ГОСТ 32144-2013 "Межгосударственный стандарт.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публичного акционерного общества "Россети Центр и Приволжье" (603001, &lt;...&gt;; ОГРН &lt;***&gt;, ИНН &lt;***&gt;) в лице филиала "Владимирэнерго" (600016, Владимирская область, &lt;...&gt;) в пользу общества с ограниченной ответственностью "Энергосбыт Волга" (600000, Владимирская область, &lt;...&gt;, этаж 3, помещение 3-2; ОГРН &lt;***&gt;, ИНН &lt;***&gt;) денежную сумму на случай неисполнения в установленный срок судебного акта в размере 1000 руб. за каждый день просрочки неисполнения настоящего решения в отношении каждой точки поставки по адресам: &lt;...&gt;, &lt;...&gt;, &lt;...&gt;, &lt;...&gt;, &lt;...&gt;, &lt;...&gt;, &lt;...&gt;, &lt;...&gt;, &lt;...&gt;, &lt;...&gt;, &lt;...&gt;, &lt;...&gt;, &lt;...&gt;, &lt;...&gt;, Владимирская область, Киржачский район, д. Василево, кад. № 33:02:021122:303, &lt;...&gt;, &lt;...&gt;, &lt;...&gt;, начиная со дня, следующего за днем истечения срока, предусмотренного для добровольного исполнения судебного акта, и до дня фактического исполнения решения суда.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публичного акционерного общества "Россети Центр и Приволжье" в пользу общества с ограниченной ответственностью "Энергосбыт Волга" расходы по уплате государственной пошлины в размере 6 000 руб. Решение может быть обжаловано в Первый арбитражный апелляционный суд через Арбитражный суд Владимирской области в течение месяца со дня его принятия. В таком же порядке решение может быть обжаловано в Арбитражный суд Волго-Вятского округа в срок, не превышающий двух месяцев со дня вступления в законную силу обжалуемого судебного акта, при условии, что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Судья Р.К. Степанова Суд: АС Владимирской области (подробнее) Истцы: ООО "Энергосбыт Волга" (подробнее) Ответчики: ПАО ФИЛИАЛ "ВЛАДИМИРЭНЕРГО" "РОССЕТИ ЦЕНТР И ПРИВОЛЖЬЕ" (подробнее) Судьи дела: Степанова Р.К.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