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01312000010220043220001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