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Единого государственного реестра недвижимости сведения об ограничении прав и обременении в виде аренды объекта недвижимого имущества: противооползневых и берегоукрепительных сооружений г. Алушты на участке от очистных сооружений до Черновских камней, расположенных по адресу: Республика Крым, г. Алушта, кадастровый номер 90:00:000000:2315.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Судья Д.М. Борисенко Суд: АС Республики Крым (подробнее) Истцы: ФЕДЕРАЛЬНОЕ КАЗЕННОЕ УЧРЕЖДЕНИЕ ЗДРАВООХРАНЕНИЯ "САНАТОРИЙ "АЛУПКА" МИНИСТЕРСТВА ВНУТРЕННИХ ДЕЛ РОССИЙСКОЙ ФЕДЕРАЦИИ" (подробнее) Ответчики: АДМИНИСТРАЦИЯ ГОРОДА АЛУШТЫ РЕСПУБЛИКИ КРЫМ (подробнее) Государственный комитет по государственной регистрации и кадастру Республики Крым (подробнее) Судьи дела: Борисенко Д.М.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