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Письменные объяснения по обстоятельствам, указанным в предписании, с нормативно-правовым обоснованием действий (бездействий) Общества и приложением копий подтверждающих документов.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Копии редакций устава Общества со всеми внесенными изменениями и дополнениями, действовавших в период с 01.04.2025 по дату получения предписания (далее – период).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Копии внутренних документов, регламентирующих порядок предоставления информации акционерам в соответствии со ст. 91 Закона № 208-ФЗ, в редакции, действовавшей в период.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Копию требования со всеми приложениями с указанием сведений о дате получения Обществом требования с приложением копий документов, подтверждающих получение требования в соответствующую дату.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Сведения об исполнении Обществом требования с приложением копий документов, подтверждающих предоставление запрашиваемых документов в соответствующую дату и соответствующим способом, а также всех писем (уведомлений), направленных/врученных Обществом в связи с получением требования, включая копии документов, подтверждающих соответствующее направление/вручение.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случае если документы, запрошенные требованием, не были предоставлены, - объяснения по данному факту с приложением копий подтверждающих документов.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случае отказа в доступе к документам (информации), запрошенным требованием, - копии документов, подтверждающих факт отказа и наличие соответствующих оснований отказа в доступе к документам (информации).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Сведения об отнесении информации, содержащейся в документах, запрошенных требованием, к конфиденциальной информации, в том числе к информации, составляющей коммерческую тайну, иную охраняемую законом тайну, с приложением копий подтверждающих документов, в том числе внутренних документов Общества, определяющих перечень информации, составляющей коммерческую тайну, действовавших в период.</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случае отнесения информации, содержащейся в документах, запрошенных требованием, к конфиденциальной информации, - сведения о принятии Обществом мер по охране конфиденциальной информации, содержащейся в документах, запрошенных требованием, в соответствии с каждым подпунктом п. 1 ст. 10 Федерального закона от 29.07.2004 № 98-ФЗ «О коммерческой тайне» на дату поступления и исполнения Обществом требования, с приложением копий подтверждающих документов.</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случае отнесения информации, содержащейся в документах, запрошенных требованием, к конфиденциальной информации, - сведения о заключении между Обществом и ФИО1 договора о нераспространении конфиденциальной информации (соглашения о конфиденциальности), запрошенной требованием (далее - соглашение), с приложением копий подтверждающих документов.</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Сведения об исполнении Обществом положений п. 29 Указания № 5182-У, в том числе о направлении Обществом соглашения с приложением копий подтверждающих документов.</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Сведения о наличии (отсутствии) у Общества обязанности по хранению документов, запрошенных требованием, а также о наличии (отсутствии) на хранении в Обществе каждого из документов, запрошенных требованием, по состоянию на дату поступления требования в Общество, а в случае отсутствия в Обществе таких документов на дату поступления требования, - сведения о причинах их отсутствия.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Сведения о наличии судебных споров по вопросам, относящимся к предмету проверки, с приложением копий подтверждающих документов, в том числе копий исковых заявлений.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случае непредставления Обществом каких-либо документов (информации), затребованных Предписанием, - объяснения по данному факту с приложением копий подтверждающих документов.</w:t>
      </w:r>
    </w:p>
    <w:p>
      <w:pPr>
        <w:pStyle w:val="Heading3"/>
      </w:pPr>
      <w:r>
        <w:rPr>
          <w:rFonts w:ascii="Times New Roman" w:hAnsi="Times New Roman" w:eastAsia="Times New Roman" w:cs="Times New Roman"/>
          <w:b/>
          <w:i w:val="0"/>
          <w:sz w:val="22"/>
        </w:rPr>
        <w:t>Пункт 15. Выводы</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Сведения о том, какие меры, предусмотренные законодательством Российской Федерации, были приняты Обществом для соблюдения правил и норм, за нарушение которых предусмотрена административная ответственность (с приложением подтверждающих документов) либо о непринятии таких мер. Предписанием определены форма и способ представления затребованных документов и объяснений. Согласно условиям предписания в случае размещения на официальном сайте Общества / опубликования на странице, предоставляемой аккредитованным агентством, в сети Интернет сведений и документов, возможно предоставление ссылки на расположение указанных документов. В случае предоставления затребованных документов ранее надлежало сообщить дату и номер предписания Банка России, во исполнение которого сведения и документы были представлены. Предписание направлено по адресу Общества: 450029, &lt;...&gt; заказным почтовым отправлением (почтовый идентификатор 62010808305627). Предписание получено Обществом 29.05.2025. Общество обязано было выполнить предписание в срок не позднее 10.06.2025. В установленный предписанием срок затребованные документы и объяснения от Общества в Банк России не поступили. Таким образом, Предписание в установленный срок Обществом не исполнено. Изложенное свидетельствует о наличии в деянии Общества события административного правонарушения, ответственность за совершение которого предусмотрена ч. 9 ст. 19.5 КоАП РФ. Доводы ЗАО НПП «Биомедхим» об установленном в отношении Общества, являющегося субъектом малого предпринимательства, режиме непроведения контрольно-надзорных мероприятий не имеет правовой основы. Установленные Постановлением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ограничения не применяются к организации и осуществлению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 (п. 10 ч. 4 Федерального закона от 31.07.2020 № 248-ФЗ «О государственном контроле (надзоре) и муниципальном контроле в Российской Федерации»). Доводы Общества о том, что административным органом необоснованно не было прекращено производство по делу об административном правонарушении № ТУ-80-ЮЛ-25-10249 как ввиду отсутствия события, так и ввиду отсутствия в действиях (бездействии) ЗАО НПП «Биомедхим» состава вменяемого административного правонарушения опровергаются материалами дела. Банк России в силу п. п. 10.1, 10.2 ст. 4, ст. 76.2 Закона № 86-ФЗ осуществляет регулирование, контроль и надзор за соблюдением эмитентами требований законодательства Российской Федерации об акционерных обществах и ценных бумагах и вправе проводить проверки деятельности эмитентов и участников корпоративных отношений, направлять им обязательные для исполнения предписания. Согласно п. 7 ст. 44 Федерального закона от 22.04.1996 № 39-ФЗ «О рынке ценных бумаг» Банк России вправе направлять эмитентам предписания, обязательные для исполнения, а также требовать от них представления документов по вопросам, находящимся в компетенции Банка России. В установленный предписанием срок Общество предписание не исполнило. Банком России, в рамках возложенных законодательством Российской Федерации полномочий по регулированию, контролю и надзору в сфере корпоративных отношений в акционерных обществах, предписанием затребованы у ЗАО НПП «Биомедхим» объяснения и документы в целях рассмотрения обращения ФИО1 и последующей оценки правомерности действий сторон. Предписание не содержит выводов в отношении Общества либо ФИО1 Ответственность за неисполнение предписания в установленный срок установлена ч. 9 ст. 19.5 КоАП РФ. Довод Общества об отсутствии обязанности по выполнению предписания в связи с неподтверждением лицом, его подписавшим, своих полномочий, также является несостоятельным. Предписание Банка России – это письменный официальный документ, властно-распорядительного характера, направляемый Банком России в пределах его компетенции поднадзорным субъектам по вопросам, находящимся в компетенции Банка России. Полномочия должностного лица на подписание предписания Банка России определены внутренними организационно-распорядительными документами Банка России. Предписание Банка России является ненормативным актом индивидуального характера, обязательным для исполнения поднадзорным субъектом, которому оно адресовано. Доводы Общества о направлении возражений на ранее направленное в адрес Общества предписание от 18.07.2024 № С59-2/46349, а также приведенные объяснения о сложившемся в Обществе корпоративном конфликте судом отклоняются как не имеющие правового значения и не влияющие на исход рассмотрения настоящего дела. Из изложенного следует, что Банк России обоснованно и в рамках компетенции направил в адрес ЗАО НПП «Биомедхим» предписание о предоставлении документов, содержащее требования, обязательные для исполнения в указанный в нем срок. Объективная сторона вменяемого Обществу административного правонарушения заключается в факте невыполнения законного предписания Банка России о предоставлении в Банк России документов. Согласно ч. 2 ст. 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В соответствии с ч. 4 ст. 2.1 КоАП РФ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ч. 5 ст. 2.1 КоАП РФ. Следовательно, возможность прекращения производства по делу в отношении юридического лица допускается при наличии совокупности всех обстоятельств, указанных в ч. 4 ст. 2.1 КоАП РФ. В ходе рассмотрения дела было установлено, что Общество имело возможность исполнить предписание в установленный срок, но данным лицом не были приняты все зависящие от него меры, направленные на исполнение названной обязанности. Доказательств наличия объективных причин, препятствующих соблюдению Обществом требований действующего законодательства, невозможности исполнения данных требований в силу чрезвычайных событий и обстоятельств, которые Общество не могло предвидеть и предотвратить при соблюдении той степени заботливости и осмотрительности, какая от него требовалась, в материалы дела не представлены. Кроме того, должностное лицо или иной работник Общества либо его единоличный исполнительный орган применительно к рассматриваемому в данном деле правонарушению к административной ответственности не привлекались. На основании изложенного, в силу ч. 2 ст. 2.1 КоАП РФ должностным лицом, рассмотревшим дело, Общество признано виновным в совершении правонарушения, предусмотренного ч. 9 ст. 19.5 КоАП РФ. Событие и состав вменяемого Обществу административного правонарушения административным органом установлены, подтверждаются материалам дела. Законность предписания по состоянию на дату рассмотрения дела об административном правонарушении Обществом в установленном порядке обжалована не была (не обжалована на дату вынесения настоящего решения). Следует отметить, что состав правонарушения, ответственность за которое предусмотрена ч. 9 ст. 19.5 КоАП РФ, является формальным, следовательно, по указанному правонарушению существенная угроза охраняемым общественным отношениям заключается не в наступлении каких-либо негативных материальных последствий, а в пренебрежительном отношении ЗАО НПП «Биомедхим» к исполнению законодательно установленных обязанностей по выполнению требования государственного органа, осуществляющего контрольно-надзорные функции по отношению к акционерному обществу. Должностным лицом, рассматривавшим дело, исследованы материалы дела на предмет наличия обстоятельств, указывающих на малозначительность совершенного правонарушения (ст. 2.9 КоАП РФ), им дана оценка, выводы об отсутствии оснований для признания правонарушения малозначительным в постановлении отражены. Санкция ч. 9 ст. 19.5 КоАП РФ предусматривает наказание за рассматриваемое правонарушение для юридических лиц в виде наложения административного штрафа в размере от пятисот тысяч до семисот тысяч рублей.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(ч. 3 ст. 4.1 КоАП РФ). Административным органом материалы дела исследованы на наличие обстоятельств, смягчающих административную ответственность (ст. 4.2 КоАП РФ), обстоятельств, отягчающих административную ответственность (ст. 4.3 КоАП РФ) и установлено их отсутствие. Учтено отсутствие оснований для замены ЗАО НПП «Биомедхим» административного наказания в виде административного штрафа на предупреждение в порядке ст. 4.1.1 КоАП РФ, поскольку согласно ч. 2 ст. 4.1.1 КоАП РФ административное наказание в виде административного штрафа в случае совершения административного правонарушения, предусмотренного ст. 19.5 КоАП РФ, замене на предупреждение не подлежит. С учетом включения ЗАО НПП «Биомедхим» в Единый реестр субъектов малого и среднего предпринимательства (категория субъекта – малое предприятие), руководствуясь ч. 2 ст. 4.1.2 КоАП РФ, административным органом за совершенное административное правонарушение, заключающееся в невыполнении законного предписания Банка России от 21.05.2025 № С59-2/32453, оспариваемым постановлением Обществу назначено наказание в виде административного штрафа в размере половины минимального размера административного штрафа, предусмотренного ч. 9 ст. 19.5 КоАП РФ - 250 000 (Двести пятьдесят тысяч) рублей. Обстоятельства, исключающие производство по делу об административном правонарушении, перечень которых определен ст. 24.5 КоАП РФ, не установлены. Учитывая изложенное, суд считает, что избранная административным органом мера наказания соответствует тяжести совершенного правонарушения. Процессуальных нарушений при производстве по делу об административном правонарушении со сторона административного органа не установлено. Согласно ч. 3 ст. 211 АПК РФ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требований заявителя. Таким образом, у суда не имеется оснований для признания оспариваемого постановления незаконным. Руководствуясь статьями 167 - 170 , 211 Арбитражного процессуального кодекса Российской Федерации, суд РЕШИЛ: В удовлетворении заявленных требований Закрытого акционерного общества Научно-производственное предприятие «Биомедхим» отказать. Решение арбитражного суда вступает в законную силу по истечении десяти дней со дня его принятия, если не подана апелляционная жалоба. 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главой 35 Арбитражного процессуального кодекса Российской Федерации, и рассматриваются им с учетом особенностей, установленных статьей 288.2 Арбитражного процессуального кодекса Российской Федерации. 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статьей 181 Арбитражного процессуального кодекса Российской Федерации. Информацию о времени, месте и результатах рассмотрения апелляционной или кассационной жалобы можно получить соответственно на Интернет-сайтах Восемнадцатого арбитражного апелляционного суда www.18aas.arbitr.ru или Арбитражного суда Уральского округа www.fasuo.arbitr.ru. Судья Г.А. Давлеткулова Суд: АС Республики Башкортостан (подробнее) Истцы: ЗАО Научно-производственное предприятие "Биомедхим" (подробнее) Ответчики: Центральный банк РФ в лице Национального банка РБ Уральского главного управления Центрального банка РФ (подробнее) Судьи дела: Давлеткулова Г.А.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