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18900973860250006109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