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Отчет финансового управляющего (вопрос не ставится на голосование).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места проведения последующих собраний кредиторов ФИО2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Обращение в арбитражный суд с ходатайством о признании ФИО2 банкротом и введении реализации имущества.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Выбор арбитражного управляющего или саморегулируемой организации, из членов которой арбитражный суд утверждает арбитражного управляющего.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Заключение мирового соглашения. Назначенное на 08.12.2025 собрание кредиторов гражданина ФИО2 не состоялось, ввиду не поступления бюллетеней от кредиторов в адрес финансового управляющего. В соответствии с пунктом 4 статьи 12 Федерального закона от 26.10.2002 № 127-ФЗ «О несостоятельности (банкротстве)» собрание кредиторов было признано неправомочным, в связи с отсутствием кворума. Согласно пункту 12 статьи 213.8 ФЗ «О несостоятельности (банкротстве)» к исключительной компетенции собрания кредиторов относится принятие решения об обращении в арбитражный суд с ходатайством о признании гражданина банкротом и введении реализации имущества гражданина. При этом в соответствии с пунктом 1 статьи 213.24 Федерального закона «О несостоятельности (банкротстве)», арбитражный суд принимает решение о признании гражданина банкротом в случае, если гражданином, конкурсными кредиторами и (или) уполномоченным органом не представлен план реструктуризации долгов гражданина в течение срока, установленного настоящим Федеральным законом. Ни должником, ни конкурсными кредиторами, план реструктуризации долгов гражданина ФИО2 не представлен. При этом судом установлено, что обязательства должником не исполнены перед кредиторами в течение трех месяцев с момента наступления даты их исполнения, сумма кредиторской задолженности в совокупности превышает пятьсот тысяч рублей, гражданином, конкурсными кредиторами и (или) уполномоченным органом не представлен план реструктуризации долгов гражданина в течение срока, установленного настоящим Федеральным законом, что в соответствии со статьями 6 , пунктом 2 статьи 213.3 , пунктом 1 статьи 213.24 ФЗ «О несостоятельности (банкротстве)» является основанием для признания гражданина несостоятельным (банкротом) и введения процедуры реализации имущества должника. Согласно пункту 3 статьи 213.6 ФЗ «О несостоятельности (банкротстве)» под неплатежеспособностью гражданина понимается его неспособность удовлетворить в полном объеме требования кредиторов по денежным обязательствам и (или) исполнить обязанность по уплате обязательных платежей. Если не доказано иного, гражданин предполагается неплатежеспособным при условии, что имеет место хотя бы одно из следующих обстоятельств: гражданин прекратил расчеты с кредиторами, то есть перестал исполнять денежные обязательства и (или) обязанность по уплате обязательных платежей, срок исполнения которых наступил; более чем десять процентов совокупного размера денежных обязательств и (или) обязанности по уплате обязательных платежей, которые имеются у гражданина и срок исполнения которых наступил, не исполнены им в течение более чем одного месяца со дня, когда такие обязательства и (или) обязанность должны быть исполнены; размер задолженности гражданина превышает стоимость его имущества, в том числе права требования; наличие постановления об окончании исполнительного производства в связи с тем, что у гражданина отсутствует имущество, на которое может быть обращено взыскание. В случае, если по результатам рассмотрения обоснованности заявления о признании гражданина банкротом будет установлено не соответствие гражданина требованиям для утверждения плана реструктуризации долгов, предусмотренным пунктом 1 статьи 213.13 Закона о банкротстве, арбитражный суд вправе на основании ходатайства гражданина вынести решение о признании его банкротом и о введении процедуры реализации имущества, под которой понимается реабилитационная процедура, применяемая в деле о банкротстве к признанному банкротом гражданину в целях соразмерного удовлетворения требований кредиторов (абзац восемнадцатый статьи 2 , пункт 8 статьи 213.6 Закона о банкротстве). Арбитражный суд, рассмотрев материалы дела, представленный отчет финансового управляющего гражданина ФИО2, считает ходатайство о введении в отношении гражданина ФИО2 процедуры реализации имущества обоснованным. При принятии решения о признании гражданина банкротом арбитражный суд утверждает в качестве финансового управляющего для участия в процедуре реализации имущества гражданина лицо, исполнявшее обязанности финансового управляющего и участвовавшее в процедуре реструктуризации долгов гражданина, если иная кандидатура к моменту признания гражданина банкротом не будет предложена собранием кредиторов (абзац второй пункта 2 статьи 213.24 Федерального закона «О несостоятельности (банкротстве)»). Иная кандидатура финансового управляющего гражданина ФИО2 собранием кредиторов не предложена. В соответствии с положениями пункта 2 статьи 213.9 Федерального закона «О несостоятельности (банкротстве)» финансовый управляющий, утверждаемый арбитражным судом в деле о банкротстве гражданина, должен соответствовать требованиям, установленным настоящим Федеральным законом к арбитражному управляющему в целях утверждения его в деле о банкротстве гражданина. Арбитражный суд утверждает финансового управляющего в порядке, установленном статьей 45 Федерального закона «О несостоятельности (банкротстве)», с учетом положений статьи 213.4 настоящего Федерального закона и настоящей статьи. Согласно статье 213.9 Федерального закона «О несостоятельности (банкротстве)» вознаграждение финансовому управляющему выплачивается в размере фиксированной суммы и суммы процентов, установленных статьей 20.6 указанного Закона, с учетом особенностей, предусмотренных данной статьей. Фиксированное вознаграждение финансового управляющего составляет двадцать пять тысяч рублей единовременно за проведение процедуры, применяемой в деле о банкротстве. Суд полагает возможным утвердить финансовым управляющим должника ФИО1., утвердить финансовому управляющему ФИО1 фиксированную сумму вознаграждения в размере 25 000 руб. единовременно за счет средств гражданина ФИО2 В соответствии с требованиями статьи 213.9 Федерального закона «О несостоятельности (банкротстве)» вознаграждение финансовому управляющему выплачивается в размере фиксированной суммы и суммы процентов, установленных статьей 20.6 указанного Закона, с учетом особенностей, предусмотренных данной статьей. В силу пункта 3 статьи 20.6 ФЗ «О несостоятельности (банкротстве)» (в ред. Федерального закона от 03.07.2016 № 360-ФЗ) размер фиксированной суммы вознаграждения, выплачиваемого финансовому управляющему в деле о банкротстве, составляет 25 000 рублей единовременно за проведение процедуры, применяемой в деле о банкротстве. Должником в депозит арбитражного суда внесены денежные средства в размере 25 000 руб. на выплату вознаграждения финансовому управляющему, что подтверждается платежным поручением № 675640 от 06.05.2025 Указанные денежные средства подлежат перечислению с депозитного счета Арбитражного суда Иркутской области арбитражному управляющему ФИО1 за исполнение обязанностей финансового управляющего гражданина ФИО2 в процедуре реструктуризации долгов гражданина. С даты принятия настоящего решения наступают последствия, установленные пунктами 5, 7 статьи 213.25 Федерального закона «О несостоятельности (банкротстве)»: - все права в отношении имущества, составляющего конкурсную массу, в том числе на распоряжение им, осуществляются только финансовым управляющим от имени гражданина и не могут осуществляться гражданином лично; - сделки, совершенные гражданином лично (без участия финансового управляющего) в отношении имущества, составляющего конкурсную массу, ничтожны. - требования кредиторов по сделкам гражданина, совершенным им лично (без участия финансового управляющего), не подлежат удовлетворению за счет конкурсной массы. - регистрация перехода или обременения прав гражданина на имущество, в том числе на недвижимое имущество и бездокументарные ценные бумаги, осуществляется только на основании заявления финансового управляющего. Поданные до этой даты заявления гражданина не подлежат исполнению; - исполнение третьими лицами обязательств перед гражданином по передаче ему имущества, в том числе по уплате денежных средств, возможно только в отношении финансового управляющего и запрещается в отношении гражданина лично; - должник не вправе лично открывать банковские счета и вклады в кредитных организациях и получать по ним денежные средства. На основании пункта 4 статьи 213.24 Федерального закона от 26.10.2002 № 127-ФЗ «О несостоятельности (банкротстве)» в ходе процедуры реализации имущества гражданина требования конкурсных кредиторов и уполномоченного органа подлежат рассмотрению в порядке, установленном статьей 100 указанного закона. Пропущенный кредитором по уважительной причине срок закрытия реестра может быть восстановлен арбитражным судом. В соответствии с пунктом 1 статьи 59 Федерального закона «О несостоятельности (банкротстве)», если иное не предусмотрено указанным Федеральным законом или соглашением с кредиторами, все судебные расходы, в том числе расходы на уплату государственной пошлины, которая была отсрочена или рассрочена, расходы на опубликование сведений в порядке, установленном статьей 28 данного Федерального закона, и расходы на выплату вознаграждения арбитражным управляющим в деле о банкротстве и оплату услуг лиц, привлекаемых арбитражными управляющими для обеспечения исполнения своей деятельности, относятся на имущество должника и возмещаются за счет этого имущества вне очереди. С учетом применяемой судебной практики, изложенной в Обзоре судебной практики Верховного Суда Российской Федерации № 1 (2021) (утвержденный Президиумом Верховного Суда Российской Федерации 07.04.2021), в Обзоре судебной практики разрешения споров о несостоятельности (банкротстве) за 2022 год (утвержденный Президиумом Верховного Суда Российской Федерации 26.04.2023), финансовый управляющий в рамках исполнения пункта 7 статьи 213.26 Закона о банкротстве наделен правом истребовать необходимую информацию об имущественном положении как должника, так и его супруга, в том числе бывшего супруга, от государственных органов, осуществляющих учет имущественных прав. Руководствуясь статьями 45 , 213.4 , 213.6 , 213.24 Федерального закона «О несостоятельности (банкротстве)», статьями 167 - 170 , 223 Арбитражного процессуального кодекса Российской Федерации, арбитражный суд решил: Признать ФИО2 (дата рождения: 24.01.1992, место рождения: г. Иркутск, ИНН &lt;***&gt;, СНИЛС &lt;***&gt;, адрес регистрации: 664035, &lt;...&gt;) несостоятельным (банкротом). Ввести в отношении ФИО2 процедуру реализации имущества гражданина сроком на 6 месяцев. Утвердить финансовым управляющим ФИО2 арбитражного управляющего ФИО1. Утвердить финансовому управляющему ФИО1 фиксированную сумму вознаграждения в размере 25 000 рублей единовременно за счет средств должника. Перечислить с депозитного счета Арбитражного суда Иркутской области в пользу арбитражного управляющего ФИО1 вознаграждение за исполнение обязанностей финансового управляющего в процедуре реструктуризации долгов гражданина ФИО2 в размере 25 000 руб. Информацию о движении дела можно получить по адресу: &lt;...&gt;, телефон секретаря с/з 262-557, помощника судьи 262-516, канцелярия 262-102, официальный сайт суда www.irkutsk.arbitr.ru. Обязать финансового управляющего после завершения расчетов с кредиторами представить в арбитражный суд мотивированное ходатайство о завершении процедуры реализации имущества гражданина, отчет о результатах реализации имущества гражданина с приложением копий документов, подтверждающих продажу имущества гражданина и погашение требований кредиторов, а также реестр требований кредиторов с указанием размера погашенных требований кредиторов; письменное заключение с его документальным обоснованием относительно наличия (отсутствия) оснований для применения положений пункта 4 статьи 213.28 Федерального закона от 26.10.2002г. № 127-ФЗ «О несостоятельности (банкротстве)». Разъяснить, что при отсутствии ходатайства финансового управляющего о завершении реализации имущества гражданина, срок реализации имущества должника считается продленным на шесть месяцев. В соответствии с пунктом 1 статьи 213.28 Федерального закона от 26.10.2002 № 127-ФЗ «О несостоятельности (банкротстве)» арбитражный суд вправе по своей инициативе назначить судебное заседание по рассмотрению вопроса о завершении реализации имущества гражданина. Разъяснить, что в соответствии с пунктом 6 статьи 213.1 Федерального закона от 26.10.2002 № 127-ФЗ «О несостоятельности (банкротстве)» супруг (бывший супруг) гражданина, в отношении которого возбуждено дело о банкротстве, приобретает статус лица, участвующего в деле о банкротстве. Службе записи актов гражданского состояния Иркутской области при предъявлении финансовым управляющим копии решения предоставить финансовому управляющему сведения о государственной регистрации актов гражданского состояния в отношении должника и (бывшего) супруга (супруги) должника (в случае заключения/расторжения брака), в том числе копии акта (актов) о заключении (расторжении) брака, копии акта (актов) о рождении детей, путем направления почтовой связью, выдачи на руки, вручения иным способом (по согласованию с финансовым управляющим). Разъяснить финансовому управляющему, что для получения указанных выше сведений и документов финансовому управляющему необходимо предоставить копиюнастоящего решения (копия заверяется финансовым управляющим самостоятельно) и имеющиеся у него данные лиц, в отношении которых истребуются сведения и документы. Финансовый управляющий несет установленную законом ответственность за разглашение информации, доступ к которой ограничен федеральным законом. Сведения о должнике, принадлежащем ему имуществе, в том числе об имущественных правах, и об обязательствах должника, арбитражный управляющий может получить самостоятельно посредством «Регистра арбитражных управляющих» через рабочие (личные) кабинеты арбитражных управляющих (https://rau.nalog.gov.ru/home/main). С даты вынесения решения наступают последствия, установленные статьями 213.24 , 213.25 , 213.30 Федерального закона «О несостоятельности (банкротстве)» № 127-ФЗ от 26.10.2002. Решение подлежит немедленному исполнению и может быть обжаловано в Четвертый арбитражный апелляционный суд через Арбитражный суд Иркутской области в течение месяца со дня его принятия. Судья А. И. Богданов Суд: АС Иркутской области (подробнее) Истцы: АО "Почта Банк" (подробнее) МЕЖРАЙОННАЯ ИНСПЕКЦИЯ ФЕДЕРАЛЬНОЙ НАЛОГОВОЙ СЛУЖБЫ №24 ПО ИРКУТСКОЙ ОБЛАСТИ (подробнее) ПАО "МТС-банк" (подробнее) Иные лица: АССОЦИАЦИЯ "ДАЛЬНЕВОСТОЧНАЯ МЕЖРЕГИОНАЛЬНАЯ САМОРЕГУЛИРУЕМАЯ ОРГАНИЗАЦИЯ ПРОФЕССИОНАЛЬНЫХ АРБИТРАЖНЫХ УПРАВЛЯЮЩИХ" (подробнее) Судьи дела: Богданов А.И.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