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обоснованным заявление о признании меня несостоятельным (банкротом);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меня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Ассоциации арбитражных управляющих «АРСЕНАЛ» (ИНН &lt;***&gt;, ОГРН &lt;***&gt;, адрес: 644122, &lt;...&gt;, тел.: 8 (3812) 21-10-12, сайт: www.sroomsk.ru, e-mail: omsmsoau@mail.ru);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Предоставить должнику отсрочку внесения средств на выплату вознаграждения финансовому управляющему сроком до даты судебного заседания по рассмотрению обоснованности заявления о признании гражданина банкротом. В материалы дела заявителем представлено ходатайство о предоставлении отсрочки по внесению денежных средств в размере 25 000 рублей на выплату вознаграждения финансовому управляющему до даты судебного заседания по рассмотрению обоснованности настоящего заявления. Определением от 29.10.2025 заявление принято к производству, возбуждено производство по делу о банкротстве. К участию в деле привлечен Отдел по опеки и попечительства по г. Лесосибирск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(ИНН: &lt;***&gt;, регистрационный номер в сводном государственном реестре арбитражных управляющих: 21777, адрес для направления корреспонденции: : 620141, Свердловская область, г. Екатеринбург, а/я 222)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1 432 583,52 руб. перед 5 кредиторами. Должник в настоящее время состоит в браке с ФИО3 ДД.ММ.ГГГГ г.р. Брак заключен 22.11.2019. Брачный договор не заключался. Должник имеет на своем иждивении несовершеннолетних детей (оформлена опека): ФИО4 ДД.ММ.ГГГГ года рождения, ФИО5 ДД.ММ.ГГГГ года рождения, ФИО6 ДД.ММ.ГГГГ года рождения. Выпиской из ЕГРИП подтверждается отсутствие у должника статуса индивидуального предпринимателя. Должник осуществляет трудовую деятельность в АО «КрасЭКо». Средний ежемесячный доход составляет 31 539,86 руб. Является получателем пенсии в размере 22 857,33 руб. в месяц. На праве собственности должнику принадлежит квартира. Адрес (местоположение): 662548, &lt;...&gt;. Кадастровый номер объекта: 24:52:0010152:811, площадь 58.3 (кв.м.).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6795070 от 25.11.2025.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05.06.2026,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(ИНН: &lt;***&gt;, регистрационный номер в сводном государственном реестре арбитражных управляющих: 21777, адрес для направления корреспонденции: 620141, Свердловская область, г. Екатеринбург, а/я 222)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Ширяеву Татьяну Владимировну (21.04.1973 г.р., место рождения: с. Стрелка Енисейский район Красноярский край, ИНН 245405546609, СНИЛС 040-892-840 64, адрес регистрации Россия 662548, г. Лесосибирск, Красноярский край, ул. Промышленная 70-87) банкротом и ввести в отношении должника процедуру реализации имущества гражданина сроком до 05.06.2026.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мотивированное ходатайство о завершении реализации имущества должника;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с. Стрелка Енисейский район Красноярский край, ИНН &lt;***&gt;, СНИЛС &lt;***&gt;, адрес регистрации Россия 662548, г. Лесосибирск, Красноярский край, ул. Промышленная 70-87)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АРБИТРАЖНЫХ УПРАВЛЯЮЩИХ "АРСЕНАЛ" (подробнее) ПАО "Сбербанк России" (подробнее) ПАО Совкомбанк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