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07.05.1974, место рождения: г. Слободской Кировская обл., ИНН: &lt;***&gt;, СНИЛС: &lt;***&gt;, адрес регистрации: Кировская область, г. Киров)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(дата рождения: 07.05.1974, место рождения: г. Слободской Кировская обл., ИНН: &lt;***&gt;, СНИЛС: &lt;***&gt;, адрес регистрации: Кировская область, г. Киров) процедуру реализации имущества гражданина до 08 июня 2026 года. Разъяснить,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определение о продлении соответствующей процедуры банкротства гражданина не выносится.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Освободить ФИО2 (ИНН &lt;***&gt;; регистрационный номер в сводном государственном реестре арбитражных управляющих - 18659, адрес для направления корреспонденции арбитражному управляющему: 295000, Симферополь, ул. Александра Невского, д.1, а/я 91), члена Саморегулируемой межрегиональной общественной организации «Ассоциация антикризисных управляющих» от исполнения обязанностей финансового управляющего в процедуре реструктуризации долгов гражданина и утвердить его финансовым управляющим в процедуре реализации имущества должника.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заблаговременно представить отчет о результатах процедуры банкротства с приложением подтверждающих документов; Лицам, участвующим в деле: заблаговременно представить мнения по вопросу завершения процедуры реализации и освобождения должника от исполнения обязательств.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Перечислить финансовому управляющему должника - ФИО2 с депозитного счета Арбитражного суда Кировской области уплаченные по платежному поручению № 2613 от 27.02.2025 денежные средства в размере 25 000 (двадцать пять тысяч) рублей 00 копеек на выплату вознаграждения финансовому управляющему за процедуру реструктуризации имущества гражданина по реквизитам, указанным в ходатайстве от 05.12.2025.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его супруга, бывшего супруга (учтенного, зарегистрированного в период брака); - обязать органы МВД России предоставить персональные данные в отношении должника, супруга (бывшего супруга)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в отношении супруга (бывшего супруга) должника (о рождении, о смерти);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его супруга, бывшего супруга (учтенных за период брака), о регистрации супруга (бывшего супруга) в качестве учредителя (участника) общества (в период брака);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В.А. Шилоносова Суд: АС Кировской области (подробнее) Иные лица: АП АУ "Гарант" (подробнее) ПАО "НОРВИК БАНК" (подробнее) ПАО "Сбербанк" (подробнее) Саморегулируемая межрегиональная "Ассоциация антикризисных управляющих" (подробнее) УМВД России по Кировской области (подробнее) Управление опеки и попечительства администрации города Кирова (подробнее) Управление Росреестра по Кировской области (подробнее) УФНС России по Кировской области (подробнее) УФССП по Кировской области (подробнее) Филиал ППК "Роскадастр" по Кировской области (подробнее) Судьи дела: Шилоносова В.А.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