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2025 года</w:t>
      </w:r>
    </w:p>
    <w:p>
      <w:pPr>
        <w:spacing w:before="200" w:after="300"/>
        <w:pBdr>
          <w:bottom w:val="single" w:sz="6" w:space="1" w:color="000000"/>
        </w:pBdr>
      </w:pP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Рассмотреть дело по общим правилам искового производства.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Назначить предварительное судебное заседание и судебное разбирательство по существу судом первой инстанции на 26 февраля 2026 года в 12 час. 00 мин. в помещении суда по адресу: &lt;...&gt; зал № 716, этаж 7.</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Ответчику в срок до 04.02.2026 представить в дело письменный мотивированный отзыв на исковое заявление по существу заявленных требований с указанием возражений относительно предъявленных требований со ссылкой на нормы права, документы в обоснование своих возражений, в случае оплаты, доказательства оплаты задолженности, при несогласии с представленным расчетом иска – контррасчёт. В соответствии с положениями ст. 131 АПК РФ ответчик обязан направить или представить в арбитражный суд и лицам, участвующим в деле, отзыв на исковое заявление с указанием возражений относительно предъявленных к нему требований по каждому доводу, содержащемуся в исковом заявлении. Сторонам заблаговременно в порядке статей 65 , 66 , 131 АПК РФ раскрыть друг перед другом дополнительные доказательства, доводы, возражения, заявления, ходатайства, отзыв и пр., принять меры по мирному урегулированию спора. При заключении мирового соглашения, отказе истца от иска (за исключением отказа от иска ввиду добровольного удовлетворения ответчиком требований истца после вынесения настоящего определения), признании ответчиком иска, в том числе по результатам проведения примирительных процедур, до принятия решения судом первой инстанции возврату истцу подлежит 70 процентов суммы уплаченной им государственной пошлины. Суд разъясняет лицам, участвующим в деле, что согласно пункту 4 статьи 137 АПК РФ ,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 суд вправе завершить предварительное судебное заседание и открыть судебное заседание в первой инстанции.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(часть 3.1. статьи 70 АПК РФ ). Лицам, участвующим в деле, разъясняется, что согласно ч. 6 ст. 121 АПК РФ после получения определения о принятии искового заявления участники арбитражного процесса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В соответствии со ст.ст. 169 , 177 , 184 , 186 АПК РФ решения и определения арбитражного суда выполняются в форме электронного документа и направляются лицам, участвующим в деле, посредством их размещения на официальном сайте арбитражного суда в информационно-телекоммуникационной сети «Интернет» – информационный ресурс «Картотека арбитражных дел» – http://kad.arbitr.ru. По ходатайству лиц, участвующих в деле, копии судебных актов на бумажном носителе могут быть направлены им в пятидневный срок со дня поступления соответствующего ходатайства в суд. Адрес для представления отзыва, документов и доказательств: 680030, &lt;...&gt;, телефон: &lt;***&gt;, факс: &lt;***&gt;. В представляемых в суд документах обязательно указывать номер дела и фамилию судьи. Подача документов в электронном виде осуществляется через сервис «Мой Арбитр» по адресу https://my.arbitr.ru/. Помощник судьи Мещеряков Игорь Сергеевич, тел. &lt;***&gt;. Судья Е.П. Гребенникова Суд: АС Хабаровского края (подробнее) Истцы: АО "ДГК" (подробнее) Ответчики: ООО "Дальневосточная проектировочная компания" (подробнее) Судьи дела: Гребенникова Е.П.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