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2025 года</w:t>
      </w:r>
    </w:p>
    <w:p>
      <w:pPr>
        <w:spacing w:before="200" w:after="300"/>
        <w:pBdr>
          <w:bottom w:val="single" w:sz="6" w:space="1" w:color="000000"/>
        </w:pBdr>
      </w:pP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Отложить судебное разбирательство на 26 января 2026 г. в 12 часов 00 минут в помещении суда по адресу: &lt;...&gt; зал № 716, 7 этаж.</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порядке статьи 51 АПК РФ привлечь к участию в деле в качестве третьих лиц, не заявляющих самостоятельных требований относительно предмета спора, общество с ограниченной ответственностью управляющая компания «Рост- Комфорт» (ОГРН: &lt;***&gt;, ИНН: &lt;***&gt;), общество с ограниченной ответственностью управляющая компания «Новый Стандарт Артем» (ОГРН: &lt;***&gt;, ИНН: &lt;***&gt;).</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Истцу заблаговременно направить третьим лицам исковое заявление с приложениями и уточнениями, а также заблаговременно раскрыть и представить в суд письменные пояснения по доводам отзывов ответчиков, уточнить номер дома по ул. Тухачевского, с учётом сведений отражённых в выписке из ЕГРН, и требования к каждому из ответчиков по указанному объекту. Обеспечить явку своего представителя.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Ответчикам заблаговременно раскрыть и представить в суд мотивированные отзывы с приложением соответствующих доказательств.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Сторонам заблаговременно в порядке статей 65 , 66 , 131 АПК РФ раскрыть друг перед другом дополнительные доказательства, доводы, возражения, заявления, ходатайства, отзыв и пр.; принять меры по мирному урегулированию спора. При заключении мирового соглашения, отказе истца от иска (за исключением отказа от иска ввиду добровольного удовлетворения ответчиком требований истца после вынесения настоящего определения), признании ответчиком иска, в том числе по результатам проведения примирительных процедур, до принятия решения судом первой инстанции возврату истцу подлежит 70 процентов суммы уплаченной им государственной пошлины.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(часть 3.1. статьи 70 АПК РФ ). Лицам, участвующим в деле, разъясняется, что согласно части 6 статьи 121 АПК РФ после получения определения о принятии искового заявления участники арбитражного процесса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В представляемых в суд документах обязательно указывать номер дела, судью. Адрес для корреспонденции: 680030, &lt;...&gt;, телефон: &lt;***&gt;, факс: &lt;***&gt;. График рассмотрения дел и информацию о перерывах в судебных заседаниях можно узнать на сайте суда: http://khabarovsk.arbitr.ru. Помощник судьи: Мещеряков Игорь Сергеевич, тел. &lt;***&gt;. Судья Е.П. Гребенникова Суд: АС Хабаровского края (подробнее) Истцы: АО "ДЭК" (подробнее) Ответчики: Минобороны России (подробнее) ООО УК Лига ДВ (подробнее) ФГАУ "Росжилкомплекс" (подробнее) ФГКУ "Дальневосточное ТУИО" Минобороны России (подробнее) Судьи дела: Гребенникова Е.П.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