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(14.05.1966г.р., урож. дер.Неверово Лысковского района Горьковской области, ИНН &lt;***&gt;, СНИЛС &lt;***&gt;, адрес регистрации Россия 663090, г.Дивногорск, Красноярский край, ул.Школьная д.29, кв.36) банкротом и ввести в отношении должника процедуру реализации имущества гражданина сроком до 15.12.2026.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(14.05.1966г.р., урож. дер.Неверово Лысковского района Горьковской области, ИНН &lt;***&gt;, СНИЛС &lt;***&gt;, адрес регистрации Россия 663090, г.Дивногорск, Красноярский край, ул.Школьная д.29, кв.36)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НПС СОПАУ АУ (подробнее) ООО ПКО ФИЛБЕРТ (подробнее) ПАО "Сбербанк России" (подробнее) ПАО Совкомбанк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