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должника несостоятельным (банкротом) и ввести в отношении должника процедуру реализации имущества;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Союза СРО «ГАУ». При обращении должником также заявлено ходатайство о: - предоставлении отсрочки внесения денежных средств на выплату вознаграждения финансового управляющего в депозит суда Определением суда от 08.09.2025 в удовлетворении ходатайства о предоставлении отсрочки для внесения в депозит Арбитражного суда Красноярского края денежных средств в размере 25 000 рублей, отказано, заявление оставлено без движения. 16.10.2025 в адрес суда поступили дополнительные документы, доказательства внесения денежных средств в депозит суда. Определением от 23.10.2025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23486, ИНН &lt;***&gt;, адрес для направления корреспонденции: Код доступа к материалам дела - 115054, &lt;...&gt;, а/я 40)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2 479 949,54 руб. перед 1 кредиторами. Должник состоял в браке с ФИО3, однако 28.09.2016 брак прекращен. Согласно материалам дела, должник переменил фамилию с ФИО4 на ФИО1. У должника на иждивении находятся несовершеннолетние дети ДД.ММ.ГГГГ г.р., ДД.ММ.ГГГГ г.р. Выпиской из ЕГРИП подтверждается отсутствие у должника статуса индивидуального предпринимателя. Должник не трудоустроен, не является получателем пенсий и иных социальных выплат. Должник зарегистрирован по прописке по адресу п.Тура, Красноярский край, пер.Кочечумский д.4 кв.2, должнику помещение не принадлежит. Сведения о наличии иного имущества, в том числе совместно нажитого, не представлены.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27107 от 13.10.25.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супруги (бывшей супруги) должника о наличии (отсутствии) любого (движимого, недвижимого) имущества должника.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15.06.2026,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23486, ИНН &lt;***&gt;, адрес для направления корреспонденции: 115054, &lt;...&gt;, а/я 40)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(21.03.1985г.р., урож. пос.Тура Илимпийский район Красноярский край, ИНН &lt;***&gt;, СНИЛС &lt;***&gt;, адрес регистрации Россия 648000, п.Тура, Красноярский край, пер.Кочечумский д.4 кв.2) банкротом и ввести в отношении должника процедуру реализации имущества гражданина сроком до 15.06.2026. Утвердить финансовым управляющим ФИО2 Анастасию Андреевну с единовременным вознаграждением в размере 25 000 рублей (50 000 рублей) за счет имущества должника. Привлечь к участию в рассмотрении настоящего дела Управление образования Администрации Эвенкийского района Красноярского края в лице Отдела опеки и попечительства.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(21.03.1985г.р., урож. пос.Тура Илимпийский район Красноярский край, ИНН &lt;***&gt;, СНИЛС &lt;***&gt;, адрес регистрации Россия 648000, п.Тура, Красноярский край, пер.Кочечумский д.4 кв.2)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указать в запросе персональные данные лиц, в отношении которых истребуются сведения и документы (паспортные данные, страховой номер индивидуального лицевого счета, адрес места жительства, дата и место рождения). Предложить представить указанные доказательства непосредственно в Арбитражный суд Красноярского края по адресу: 660049, &lt;...&gt;. При ответе ссылаться на номер дела. 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М.Л. Лебедева Суд: АС Красноярского края (подробнее) Иные лица: ПАО "Сбербанк России" (подробнее) Союз "Саморегулируемая организация "Гильдия арбитражных управляющих" (подробнее) Судьи дела: Лебедева М.Л.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