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1-ВК-10/22 от 06.12.2022г., в соответствии с предметом которого Субподрядчик обязуется выполнить работы по монтажу системы водопровода, указанные в «Ведомости объемов и стоимости работ» (Приложение № 1 к данному Договору) согласно проекту котельной раздел: ЛК-ТП/20-4 "Внутренние инженерные системы. Водопровод и канализация», выполненного ООО «ТРИДИКА» и условиями настоящего Договора на Объекте: «Котельная, предназначенная для теплоснабжения жилых домов и объектов инфраструктуры, расположенная на земельном участке с кадастровым номером № 50:20:0040306:266 по адресу: Московская область, Одинцовский район, вблизи с. Лайково».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2-ВК-10/22 от 06.12.2022г., в соответствии с предметом которого, Субподрядчик обязуется выполнить работы по монтажу системы канализации, указанные в «Ведомости объемов и стоимости работ» (Приложение № 1 к данному Договору) согласно проекту котельной раздел: ЛК-ТП/20-ВК "Внутренние инженерные системы. Водопровод и канализация», выполненного ООО «ТРИДИКА» и условиями настоящего Договора на Объекте: «Котельная, предназначенная для теплоснабжения жилых домов и объектов инфраструктуры, расположенная на земельном участке с кадастровым номером № 50:20:0040306:266 по адресу: Московская область, Одинцовский район, вблизи с. Лайково». Объект «Котельная», находящийся по адресу: Московская область. Одинцовский район, вблизи с. Лайково» - на котором проводились работы и оказывались услуги, являющиеся предметами данных договоров — завершён в строительстве и введён в эксплуатацию. Стоимость работ по договору № 1-ВК-10/22 от 06.12.2022 года составляет 2 640 000 руб. 00 коп., по договору № 2-ВК-10/22 от 06.12.2022 года - 1 724 412 руб. 00 коп. При этом, ответчик аванс не оплатил в связи с сжатыми сроками строительства. По просьбе ответчика истец выполнил комплекс работ по договору без аванса. Срок действия договоров согласован сторонами в п. 3.1. и составляет: Начало работ: дата поступления денежных средств в соответствии с условиями п.2.6 настоящего Договора; Окончание работ: 15 декабря 2022г. В соответствии с п. 5.1 договоров Субподрядчик обязан не позднее 20 (двадцатого) числа отчётного месяца предоставить Генподрядчику или уполномоченному Генподрядчиком лицу в 4 (четырех) экземплярах Акт о приемке выполненных работ (Форма № КС-2), Справку о стоимости выполненных работ и затрат (Форма № КС-3), подписанные со стороны Субподрядчика и счет-фактуру в 2-х экземплярах, а также 4 экземпляра Исполнительной документации (оригинала), на фактически выполненные Работы в отчетном периоде, а также в случае использования при выполнении Работ в отчетном периоде оборудования, изделий, конструкций И материалов, предоставленных Генподрядчиком в соответствии с п. 4.2.6 настоящего Договора, Субподрядчик представляет Генподрядчику Отчет об использовании давальческого материала по форме, установленной в Приложении № 4 к настоящему Договору «Отчет об использовании давальческого материала (ФОРМА)» в двух экземплярах. В рамках исполнения договора № 1-ВК-10/22 ответчику был выставлен счет № 159 от 06.12.2022 года на аванс в сумме 2 376 000 руб. 00 коп. В адрес ответчика высылались Акты о выполнение работ (Форма КС-2), Справка о стоимости выполненных работ и затрат (Форма № КС-3), счета на оплату и счёта-фактуры письмом Исх. № 18-12/22 от 20.12.2022 года, номер почтового идентификатора 14300978021841,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акты о выполнении работ КС-2 и справка о стоимости выполненных работ и затрат КС-3 от 15.12.2022 на сумму: 2 640 000 руб. 00 коп. в 4 экз., 2. счет № 197 от 15.12.2022 года на оплату выполненных работ на сумму: 2 640 000 руб. 00 коп., 3. счёт-фактура № 127 от 15.12.2022 года на оплату выполненных работ на сумму 2 640 000 руб. 00 коп.4. Акт сверки.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Исполнительная документация (оригинал) на фактически выполненные работы в отчетном периоде в 4-х экз.</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повторно направлены письма: - Письмо Исх. № 15-9/22 от 15.11.2022 года «Об оплате аванса и Подписание договоров № 1-ВК-10/22 от 06.12.2022г., № 2-ВК-10/2022 от 06.12.2022 года вх. № 503-вх- Л от 15.11.2022 года в АО «Политехстрой». - Письмо Исх. № 114-02-23 от 22.02.2023 года «Об оплате за выполненные работы по Договорам № 1-ВК-10/22 от 06.12.2022г., № 2-ВК-10/2022 от 06.12.2022 года (вх. № 733-вх-Л от 22.02.2023 года) в АО «Политехстрой». - Письмо Исх. № 235-003/2023 от 15.03.2023 года Акт о выполнении работ (форма № КС-2), Справка о стоимости выполненных работ и затрат (Форма № КС 3), счет на оплату и счёт-фактура- номер почтового Идентификатор 14390581009121. - досудебная претензия Исх. № 147 от 06.03.2023 года с описью почтовым идентификатором № 143 90579007535 от 09.03.2023 года. От подписания актов и оплаты счетов ответчик уклонился, не предоставив ООО «Теплогазтрансстрой» мотивированного отказа в приёмке услуг. Принимая во внимание бездействие АО «Политехстрой-Сварго» по исполнению своих обязательств по оплате выполненных работ-задолженность АО «Политехстрой-Сварго» составляет 2 640 000 руб. На указанную сумму истцом начислены проценты в размере 674 813 руб. 33 коп. В рамках исполнения договора № 2-ВК-10/22 от 06.12.2022г. истец направил ответчику Акты о выполнение работ (Форма КС-2), Справка о стоимости выполненных работ и затрат (Форма № КС-3), счета на оплату и счёта-фактуры письмом Исх. № 18-12/22 от 20.12.2022 года, номер почтового идентификатора 14300978021841,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акты о выполнении работ КС-2) и справка о стоимости выполненных работ и затрат КС-3 от 15.12.2022 на сумму 1 724 412 руб. 00 коп., 2. счет № 198 от 15.12.2022 года на оплату выполненных работ на сумму 1 724 412 руб. 00 коп. в 2 экз., 3. счёт-фактура № 128 от 15.12.2022 года на оплату выполненных работ на сумму: 1 724 412 руб. 00 коп. в 2 экз.</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Акт сверки.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Исполнительная документация (оригинал), на фактически выполненные Работы в отчетном периоде в 4-х экз.</w:t>
      </w:r>
    </w:p>
    <w:p>
      <w:pPr>
        <w:pStyle w:val="Heading3"/>
      </w:pPr>
      <w:r>
        <w:rPr>
          <w:rFonts w:ascii="Times New Roman" w:hAnsi="Times New Roman" w:eastAsia="Times New Roman" w:cs="Times New Roman"/>
          <w:b/>
          <w:i w:val="0"/>
          <w:sz w:val="22"/>
        </w:rPr>
        <w:t>Пункт 7.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письма: - Письмо Исх. № 15-9/22 от 15.11.2022 года «Об оплате аванса и подписание договоров № 1-ВК-10/22 от 06.12.2022г., № 2-ВК-10/2022 от 06.12.2022 года (вх. № 503-вх-Л от 15.11.2022 года). - Письмо Исх. № 114-02-23 от 22.02.2023 года «Об оплате за выполненные работы по Договорам № 1-ВК-10/22 от 06.12.2022г., № 2-ВК-10/2022 от 06.12.2022 года (вх. № 733-вх-Л от 22.02.2023 года). - Письмо Исх. № 235-003/2023 от 15.03.2023 года Акт о выполнении работ (Форма № КС-2), Справка о стоимости выполненных работ и затрат (Форма № КС-3), счет на оплату и счёт-фактура- номер почтового идентификатора 14390581009121, - досудебная претензия - письмо Исх. № 148 от 06.03.2023 года с описью почтовым идентификатором № 143 90579007535 от 9.03.2023 года. От подписания актов и оплаты счетов ответчик уклонился, не предоставив ООО «Теплогазтрансстрой» мотивированного отказа в приёмке услуг. Принимая во внимание бездействие АО «Политехстрой-Сварго» по исполнению своих обязательств по оплате, задолженность ответчика составляет 1 724 412 руб. 00 коп. На казанную задолженность истцом начислены проценты в сумме 440 778 руб. 87 коп. Поскольку ответчиком требования истца исполнены не были, последний обратился в суд с исковым заявлением. В соответствии со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Односторонний отказ исполнения обязательства и одностороннее изменение его условий не допускается, за исключением случаев, предусмотренных законом. Согласно ст. 702 Гражданского кодекса Российской Федерации (далее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для договора подряда, применяются, если иное не установлено правилами ГК РФ об этих видах договоров. В соответствии со ст. 711 Гражданского кодекса Российской Федерации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Согласно п. 4 ст. 753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Факт выполнения работ подтверждается, представленным в материалы дела актом выполненных работ, подписанным сторонами без возражений. Каких-либо претензий по качеству или объему выполненных работ, а также переданного в аренду имущества, ответчиком в адрес истца направлено не было. Доказательств обратного суду не представлено. В материалы дел не представлено достаточных и достоверных доказательств, подтверждающих соблюдение ответчиком порядка принятия либо отказа от принятия выполненных работ, а также расчетов. Подрядчиком, надлежащим образом и в полном объеме были выполнены работы, после чего в сроки, установленные договорами переданы Заказчику. Вопреки доводам ответчика, представленными в материалы дела доказательствами подтверждается факт выполнения и сдачи работ по договорам в полном объеме. Объект «Котельная», находящийся по адресу: Московская область. Одинцовский район, вблизи с. Лайково» - на котором проводились работы и оказывались услуги, являющиеся предметами данных договоров - завершен, принят комиссиями с участием представителей ЦУ Ростехнадзора РФ, Технического заказчика, ответчика и истца, и введён в эксплуатацию. Так, согласно требованиям Приказа Ростехнадзора № 536, раздел IV. Порядок ввода в эксплуатацию, п. 212 приказом Технического Заказчика № 08.1-609-ОД от 08.12.2022 г., была организована комиссия. В состав комиссии вошли: - Представитель ООО «Технический заказчик Фонда развития территорий» Руководитель направления ПТУ ФИО1 - Представитель истца Заместитель генерального директора ООО «Теплогазтрансстрой» ФИО2 - Представитель ответчика Руководитель строительства АО «Политехстрой- Сварго» ФИО3 Возглавляли комиссию представители Центрального управления Федеральной службы по экологическому, технологическому и атомному надзору: - от отдела газового надзора: Главный государственный инспектор газового надзора по Московской области ФИО4 - от отдела котлонадзора: Главный государственный инспектор отдела по котлонадзору по Московской области ФИО5 Подписав три указанных акта, комиссия 09.12.2022г. определила готовность пуска котельной в эксплуатацию для проведения пусконаладочных работ, с принятием предоставленного истцом полного комплекта Исполнительной документации по всем системам котельной, включая системы водоснабжения и канализации. Каких-либо замечаний или особого мнения, по результатам осмотра и предъявленной Исполнительной документации у членов комиссии не возникло. Таким образом, исполнительная документация, необходимая согласно Приказа Ростехнадзора № 536, была ответчиком также получена и принята. На всех комиссионных Актах стоят подписи представителя Застройщика ООО «Технический заказчик Фонда развития территорий» ФИО1, представителя ответчика ФИО3, а также представителей Ростехнадзора. Вышеуказанные три акта, являлись основанием для получения истцом разрешения на пуск газа в котельную и начала проведения пуско-наладочных работ. При проведении пуско-наладочных работ, согласно Приказу Ростехнадзора № 536 от 15.12.2020 г. п. 209, программа наладочных работ должна предусматривать необходимость и порядок проведения: а) промывки и продувки оборудования и трубопроводов в случаях, установленных проектом и руководством по эксплуатации; б) опробования оборудования, включая резервное, наладку циркуляции рабочих сред, проверку работы запорной арматуры и регулирующих устройств в ручном режиме;» Как следует из данных пунктов, ни промывка, ни продувка, ни наладка циркуляции рабочих сред (воды), невозможна без полной готовности и наладки системы водоснабжения и канализации. Согласно п. 211 Приказа Ростехнадзора № 536 от 15.12.2020г. по окончании наладочных работ проводят комплексное опробование оборудования под давлением, а также вспомогательного оборудования при номинальной нагрузке по программе комплексного опробования, разработанной организацией, проводящей соответствующие работы, и согласованной с эксплуатирующей организацией. Продолжительность проведения комплексного опробования котлов должна составлять не менее 72 часов, а трубопроводов тепловых сетей - не менее 24 часов. Окончание комплексного опробования оформляют актом, фиксирующим сдачу оборудования под давлением в эксплуатацию. С актом должны быть представлены технический отчет о наладочных работах с таблицами и инструкциями, режимными картами, графиками и другими материалами, отражающими установленные и фактически полученные данные по настройке и регулировке устройств, описания и чертежи всех изменений (схемных, конструктивных), которые были внесены на стадии наладки. Комплексное опробование означает опробование всех систем, отвечающих за работу котельной, в том числе и водоснабжение и канализацию. Комплексное опробование оборудования котельной в течении 72 часов, после завершения ПНР, было проведено и принято комиссией, с участием представителя ответчика, что подтверждается «Актом рабочей комиссии о приемке оборудования после 72-х часового комплексного опробования», в котором на стр. 2 указываются системы водопровода и канализации. Таким образом, все члены приемной комиссии, в том числе представитель ответчика, приняли выполненные истцом по договорам № 1-ВК-10/22 и № 2-ВК-10/22 от 06.12.2022г. работы. Кроме того, документом, разрешающим допуск котельной в эксплуатацию после проведения пусконаладочных работ, является «Акт о допуске котельной в эксплуатацию после завершения пусконаладочных работ», при выдаче которого у комиссии каких-либо замечаний или особого мнения, в том числе к предъявленной исполнительной документации, не было. Поскольку вышеуказанные Акты являются приложениями к Техническому отчету и Исполнительной документации, выполненным истцом, то сами Акты, Технический отчет и Исполнительная документация выполнялись в 4-х экземплярах т.е. каждому подписанту и представителю Ростехнадзора. Также, соблюдение истцом договорных отношений подтверждается выдачей ООО «Теплогазтрансстрой» Заключения о соответствии Котельной от 22 мая 2023 года за номером 01-31-198100-07-01 Номер дела № 01-31-198100 и Разрешение на ввод объекта в эксплуатацию от 26.05.2023 года за номером RU50-20-24056-2023. Данные документы, выданные полномочными представителями государственных органов, с участием полномочного представителя ответчика, подтверждают выполнение истцом требований спорных договоров. Ответчик утверждает, что многократно направлял в адрес истца мотивированные отказы в принятии выполненных истцом работ. Однако указанные письма не содержат конкретного указания на наличие дефектов или недостатков в работах истца. Фактически ответчик работы по договорам № 1-ВК-10/22 и № 2-ВК-10/22 от 06.12.2022г. у истца принял, подписав указанные выше комиссионные акты, поскольку подписание указанных актов невозможно без предоставления каждому из подписантов Исполнительной документации. Иные доводы ответчика судом оценены и признаны необоснованными и противоречащими фактическим обстоятельствам дела. Таким образом, материалами дела подтверждается обязательство ответчика по оплате выполненных работ на общую сумму 4 364 412 рублей. Согласно п. 1 ст. 330 ГК РФ ,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пункта 2 статьи 401 Гражданского кодекса Российской Федерации, отсутствие вины доказывается лицом, нарушившим обязательство. В соответствии с пунктом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Истец производит расчет на основании п. 10.1 договоров, где установлен размер неустойки в 1/360 ключевой ставки Банка России за периоды с 11.12.2022 по 18.11.2024. Расчет в данной части судом проверен и признан верным, однако требование о начислении процентов в порядке ст. 395 ГК РФ на дату вынесения решения, а затем и по дату фактического погашения долга судом отклоняется. В соответствии со ст.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силу п. 3 ст. 395 ГК РФ проценты за пользование чужими денежными средствами взимаются по день уплаты суммы этих средств кредитору. В данном случае размер процентов установлен условиями договоров, в связи с чем по дату погашения задолженности расчет должен производится исходя из расчета 1/360 ключевой ставки Центрального Банка Российской Федерации за каждый день просрочки исполнения обязательства с 05.09.2024г. по дату фактического исполнения обязательства.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 1 ст. 7, ст. 8, п. 16 ч. 1 ст. 64 и ч. 2 ст. 70 Закона об исполнительном производстве). В соответствии с ч. 1 ст.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силу ст. 65 АПК РФ каждое лицо, участвующее в деле, должно доказать обязательства, на которые оно ссылается в обоснование своих требований.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При изложенных обстоятельствах, суд считает исковые требования подлежащими частичному удовлетворению. В связи с удовлетворением заявленных требований госпошлина в соответствии с ч. 1 ст. 110 Арбитражного процессуального кодекса Российской Федерации подлежит взысканию с ответчика пропорционально удовлетворенным требованиям. С учетом изложенного, на основании ст.ст. 309 , 310 , 314 , 395 , 1102 , 1103 ГК РФ , руководствуясь ст.ст. 110 , 123 , 167 - 171 , 176 , 177 Арбитражного процессуального кодекса Российской Федерации, суд РЕШИЛ: Взыскать с Акционерного общества «Политехстрой-Сварго» (ОГРН: &lt;***&gt;, ИНН: &lt;***&gt;) в пользу Общества с ограниченной ответственностью «Теплогазтрансстрой» (ОГРН: &lt;***&gt;, ИНН: &lt;***&gt;) долг 4 364 412 (четыре миллиона триста шестьдесят четыре тысячи четыреста двенадцать) руб. 00 коп., пени 1 844 388 (один миллион восемьсот сорок четыре тысячи триста восемьдесят восемь) руб. 39 коп., пени, начисленные на сумму долга исходя из расчета 1/360 ключевой ставки Центрального Банка Российской Федерации за каждый день просрочки исполнения обязательства с 05.09.2024г. по дату фактического исполнения обязательства. В удовлетворении остальной части заявленных требований отказать. Взыскать с Акционерного общества «Политехстрой-Сварго» (ОГРН: &lt;***&gt;, ИНН: &lt;***&gt;) в доход федерального бюджета Российской Федерации 211 264 (двести одиннадцать тысяч двести шестьдесят четыре) руб. 00 коп. госпошлину. Решение может быть обжаловано в Девятый арбитражный апелляционный суд в течение месяца с даты его принятия. Судья Е.Н. Киселева Суд: АС города Москвы (подробнее) Истцы: ООО "Теплогазтрансстрой" (подробнее) Ответчики: АО "ПОЛИТЕХСТРОЙ-СВАРГО" (подробнее) Судьи дела: Киселева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