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соответствия заявления требованиям, предусмотренным статьей 213.4 настоящего Федерального закона, 2. признаков неплатежеспособности гражданина, выраженных в прекращении должником расчетов с кредиторами. Основания полагать, что с учетом планируемых поступлений денежных средств, в том числе доходов от деятельности гражданина и погашения задолженности перед ним, гражданин в течение непродолжительного времени сможет исполнить в полном объеме денежные обязательства и (или) обязанность по уплате обязательных платежей, срок исполнения которых наступил, у суда отсутствуют. Таким образом, суд считает обоснованным заявление должника о признании его банкротом. В соответствии с пунктом 8 статьи 213.6 Закона о банкротстве по результатам рассмотрения обоснованности заявления о признании гражданина банкротом, если гражданин не соответствует требованиям для утверждения плана реструктуризации долгов, установленным пунктом 1 статьи 213.13 настоящего Федерального закона,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гражданина. Должником заявлено ходатайство о введении в отношении него процедуры реализации имущества. Пунктом 1 статьи 213.13 Закона о банкротстве установлено, что план реструктуризации долгов гражданина может быть представлен в отношении задолженности гражданина, соответствующего следующим требованиям: гражданин имеет источник дохода на дату представления плана реструктуризации его долгов; гражданин не имеет неснятой или непогашенной судимости за совершение умышленного преступления в сфере экономики и до даты принятия заявления о признании гражданина банкротом истек срок, в течение которого гражданин считается подвергнутым административному наказанию за мелкое хищение, умышленное уничтожение или повреждение имущества либо за фиктивное или преднамеренное банкротство; гражданин не признавался банкротом в течение пяти лет, предшествующих представлению плана реструктуризации его долгов; план реструктуризации долгов гражданина в отношении его задолженности не утверждался в течение восьми лет, предшествующих представлению этого плана. Таким образом, в случае отсутствия какого-либо из условий, предусмотренных пунктом 1 статьи 213.13 Закона о банкротстве, в том числе при отсутствии у должника источника доходов, в отношении гражданина не может быть представлен план реструктуризации долгов. Рассматривая данное условие во взаимосвязи с положениями статей 2 , 213.14 Закона о банкротстве, под отсутствием у гражданина источника дохода следует также понимать его заведомую и безусловную недостаточность для целей утверждения и реализации плана реструктуризации долгов. В соответствии с пунктом 8 статьи 213.6 Закона о банкротстве по результатам рассмотрения обоснованности заявления о признании гражданина банкротом, если гражданин не соответствует требованиям для утверждения плана реструктуризации долгов, установленным пунктом 1 статьи 213.13 настоящего Федерального закона,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гражданина. Введение процедуры реализации имущества гражданина по результатам рассмотрения обоснованности заявления о признании его банкротом является правом суда, которым можно воспользоваться лишь при наличии ходатайства самого должника и установлении его несоответствия требованиям для утверждения плана реструктуризации долгов. В соответствии с Постановлением Правительства Республики Саха (Якутия) от 20.10.2025 N 438 "Об установлении величины прожиточного минимума на душу населения и по основным социально-демографическим группам населения Республики Саха (Якутия) на 2026 год" установлена величина прожиточного минимума в целом по Республике Саха (Якутия) на 2026 год: на душу населения - 28 598 рублей, для трудоспособного населения - 31 172 рубля, для пенсионеров - 24 594 рубля, для детей - 27 740 рублей и величину прожиточного минимума по двум зонам республики согласно приложению к настоящему постановлению. Как установлено судом и следует из материалов дела с учетом наличия иждивенца, отсутствие постоянного дохода, размера свободных у должника денежных средств, явно недостаточно для того, чтобы в течение трех лет погасить имеющуюся задолженность перед кредиторами. В данном конкретном случае в ходе рассмотрения обоснованности заявления о признании гражданина банкротом судом установлено, что источник дохода в размере, достаточном для составления плана реструктуризации, у должника отсутствует. Учитывая фактически имеющиеся на дату рассмотрения обоснованности заявления доходы, арбитражный суд приходит к выводу, что должник не соответствует требованиям для утверждения плана реструктуризации долгов, установленным пунктом 1 статьи 213.13 Закона о банкротстве. Введение процедуры реструктуризации долгов не позволит погасить задолженность и не приведет к восстановлению платежеспособности гражданина, а лишь повлечет увеличение срока рассмотрения дела о банкротстве и существенное увеличение расходов на финансирование процедур банкротства с последующим возложением таких расходов на должника. По совокупности установленных обстоятельств дела, ходатайство должника о признании его банкротом и введении процедуры реализации имущества подлежит удовлетворению. Оценив представленные в материалы дела доказательства в соответствии с требованиями статьи 71 Арбитражного процессуального кодекса Российской Федерации суд приходит к выводу о том, что должник не соответствует требованиям для утверждения плана реструктуризации долгов, установленным пунктом 1 статьи 213.13 Закона о банкротстве. В связи с этим применительно к положениям пункта 8 статьи 213.6 и абзаца шестого пункта 1 статьи 213.24 Закона о банкротстве должник подлежит признанию банкротом, в отношении него следует ввести процедуру реализации имущества. В случае выявления в ходе процедуры банкротства иных сведений, скрытых должником, такие сведения могут быть учтены при рассмотрении вопроса о применении правила об освобождении от исполнения обязательств. Равным образом Закон о банкротстве допускает возможность прекращения процедуры реализации имущества гражданина, введенной минуя процедуру реструктуризации долгов гражданина, при выявлении обстоятельств, свидетельствующих о возможности утверждения по делу плана реструктуризации долгов гражданина (пункт 1 статьи 146 , пункт 1 статьи 213.1 Закона о банкротстве). В соответствии с пунктом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гражданина. Реализация имущества гражданина вводится на срок не более чем шесть месяцев. Указанный срок может продлеваться арбитражным судом. По результатам рассмотрения обоснованности заявления о признании гражданина банкротом, суд приходит к выводу о наличии предусмотренных Законом о банкротстве оснований для признания должника банкротом и введения процедуры реализации имущества гражданина. В соответствии с пунктом 2 статьи 213.6 Закона о банкротстве при вынесении арбитражным судом определения о признании обоснованным заявления должника, конкурсного кредитора или уполномоченного органа о признании гражданина банкротом, введении реструктуризации его долгов или признании гражданина банкротом и введении реализации имущества гражданина арбитражный суд привлекает к участию в рассмотрении дела о банкротстве гражданина орган опеки и попечительства в случае, если в рамках рассматриваемого дела затрагиваются права несовершеннолетнего лица либо права лица, признанного судом недееспособным. Поскольку у должника несовершеннолетний ребенок арбитражный суд в соответствии с указанной нормой закона считает необходимым привлечь к участию в рассмотрении дела о банкротстве гражданина, Администрацию муниципального района «Олекминский район» Республики Саха (Якутия) в лице Отдела опеки и попечительства. В силу статьи 213.9 Закона о банкротстве финансовый управляющий, утверждаемый арбитражным судом в деле о банкротстве гражданина, должен соответствовать требованиям, установленным настоящим Федеральным законом к арбитражному управляющему в целях утверждения его в деле о банкротстве гражданина. Арбитражный суд утверждает финансового управляющего в порядке, установленном статьей 45 настоящего Федерального закона, с учетом положений статьи 213.4 настоящего Федерального закона и настоящей статьи.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настоящего Федерального закона, или кандидатуры арбитражного управляющего арбитражный суд утверждает арбитражного управляющего, соответствующего таким требованиям. Заявленной саморегулируемой организацией представлена информация о соответствии кандидатуры финансового управляющего должника ФИО3 требованиям, предусмотренным статьями 20 и 20.2 Закона о банкротстве. Наличия обстоятельств, предусмотренных пунктом 2 статьи 20.2 Закона о банкротстве, судом не установлено. Возражений по кандидатуре арбитражного управляющего не заявлено. Денежные средства в размере 25 000 рублей на выплату вознаграждения финансовому управляющему за проведение одной процедуры банкротства внесены на депозитный счет арбитражного суда, что подтверждается чеком по операции от 13.11.2025. Настоящее решение выполнено в форме электронного документа, подписанного усиленной квалифицированной электронной подписью судьи, в связи с чем направляется лицам, участвующим в деле, посредством его размещения на официальном сайте суда в сети «Интернет». 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32, 45, 213.1, 213.6, 213.9, 213.24 Федерального закона от 26.10.2002 № 127-ФЗ «О несостоятельности (банкротстве)», статьями 167 - 170 , 176 , 223 Арбитражного процессуального кодекса Российской Федерации, арбитражный суд РЕШИЛ: признать ФИО2 (дата рождения 07.03.1979, место рождения: с. Солянка Олекминский р-н Якутская АССР, адрес 678107, Республика Саха (Якутия), у. Олекминский, &lt;...&gt;, ИНН &lt;***&gt;, СНИЛС &lt;***&gt;) несостоятельной (банкротом) и ввести процедуру реализации имущества должника сроком до 23.06.2026. Утвердить финансовым управляющим имущества должника ФИО3 (члена Союза «СРО «Гильдия арбитражных управляющих», почтовый адрес для направления корреспонденции: 236035, Калининградская Область, Город Калининград, а/я 7) с единовременным денежным вознаграждением в размере 25 000 руб. за счет средств должника. Привлечь к участию в деле в качестве лица, участвующего в деле о банкротстве, Администрацию муниципального района «Олекминский район» Республики Саха (Якутия) в лице Отдела опеки и попечительства. В случае завершения всех мероприятий финансовый управляющий вправе представить ранее указанной даты ходатайство о завершении реализации имущества, отчет о своей деятельности с приложением. В таком случае судебное заседание по рассмотрению отчета финансового управляющего будет назначено ранее указанной даты. В соответствии с абзацем 1 пункта 2 статьи 213.24 Федерального закона от 26.10.2002 N 127-ФЗ "О несостоятельности (банкротстве)"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пунктом 1 статьи 213.28 Федерального закона от 26.10.2002 N 127-ФЗ "О несостоятельности (банкротстве)" арбитражный суд вправе по своей инициативе назначить судебное заседание по рассмотрению вопроса о завершении реализации имущества гражданина. Разъяснить, что лица, участвующие в деле о банкротстве (статья 34 Закона о банкротстве), извещаются о таком деле в порядке, предусмотренном частью 1 статьи 121 АПК РФ , однократно. В дальнейшем указанные лица самостоятельно принимают меры по получению информации о движении дела и принятых судебных актах в порядке, предусмотренном частью 6 статьи 121 АПК РФ , в том числе о каждом новом обособленном споре в деле о банкротстве (пункт 35 Постановления Пленума Верховного Суда Российской Федерации от 17 декабря 2024 г. N 40 "О некоторых вопросах, связанных с введением в действие Федерального закона от 29 мая 2024 года N 107-ФЗ "О внесении изменений в Федеральный закон "О несостоятельности (банкротстве)" и статью 223 Арбитражного процессуального кодекса Российской Федерации"). С даты вынесения настоящего решения наступают последствия, установленные статьей 213.25 Федерального закона от 26.10.2002 N 127-ФЗ "О несостоятельности (банкротстве)". Гражданин обязан не позднее одного рабочего дня, следующего за днем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должника. Финансовому управляющему после завершения всех мероприятий, связанных с процедурой реализации имущества гражданина, после завершения расчетов с кредиторами представить в арбитражный суд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кредиторов, сведения о регистрации актов гражданского состояния о заключении/расторжении брака, представить актуальную копию трудовой книжки должника, актуальную справку о доходах, выписку по счету в целях проверки правильности распределения конкурсной массы, ходатайство о завершении реализации имущества. Решение подлежит немедленному исполнению и может быть обжаловано в Четвертый арбитражный апелляционный суд через Арбитражный суд Республики Саха (Якутия) в течение месяца со дня его принятия. Судья А.Б. Васильева Суд: АС Республики Саха (подробнее) Иные лица: Союз "Саморегулируемая организация "Гильдия арбитражных управляющих" (подробнее) Судьи дела: Васильева А.Б.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