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2325187400501412209208429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