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Минусинск Красноярского края, СНИЛС &lt;***&gt;, ИНН &lt;***&gt;, адрес регистрации Россия 662606, г. Минусинск, Красноярский край, ул. Абаканская 46, к. 3, кв. 14, ком. 21) банкротом и ввести в отношении должника процедуру реализации имущества гражданина сроком до 25.06.2026.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Ассоциация арбитражных управляющих "Содружество" (подробнее) Судьи дела: Мухлыгина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