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отсрочку внесения денежных средств на депозитный счет суда в целях финансирования вознаграждения финансового управляющего до даты судебного заседания по рассмотрению обоснованности требований Заявителя.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в качестве третьего лица Отдел опеки и попечительства по городу Красноярск.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несостоятельной (банкротом) и ввести процедуру реализации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одного из членов Ассоциация СОАУ «Меркурий» (ИНН &lt;***&gt;, ОГРН &lt;***&gt;, Юридический адрес: 125047, &lt;...&gt;; адрес для корреспонденции: 127018, Москва, 2-я Ямская, 2, 201). В материалы дела заявителем представлено ходатайство о предоставлении отсрочки по внесению денежных средств в размере 25 000 рублей на выплату вознаграждения финансовому управляющему до даты судебного заседания по рассмотрению обоснованности настоящего заявления. Определением от 29.10.2025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ФИО3 (запись в сводном государственном реестре арбитражных управляющих № 20513, ИНН &lt;***&gt;, адрес для направления корреспонденции: 125009, Россия, &lt;...&gt;, а/я 1)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5 480 797,68 руб. перед 2 кредиторами. Должник с 22.02.2016 состоит в браке с ФИО4 ДД.ММ.ГГГГ г.р. Заявитель указывает, что договор, соглашение о разделе совместно нажитого имущества между супругами не заключались. У должника на иждивении находится несовершеннолетний ребенок ФИО5 ДД.ММ.ГГГГ г.р. Выпиской из ЕГРИП подтверждается отсутствие у должника статуса индивидуального предпринимателя. Должник является самозанятым. Средний доход составляет около 13 000 руб. в месяц. Также является получателем пособий на детей. Должник зарегистрирован по прописке по адресу г.Красноярск, Красноярский край, ул. Рейдовая 27А-175. Представлены сведения об отчуждении автомобиля 17.06.2023. Согласно описи за должником зарегистрирован земельный участок по адресу: Красноярский край, пгт Березовка, часть контура пастбищ № 221. Сведения о наличии иного имущества, в том числе совместно нажитого, не представлены.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1874 от 08.12.2025, а также платежное поручение № 1873 от 08.12.2025 в размере 10 000 руб.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супруги (бывшей супруги)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22.06.2026,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ФИО3 (запись в сводном государственном реестре арбитражных управляющих № 20513, ИНН &lt;***&gt;, адрес для направления корреспонденции: 125009, Россия, &lt;...&gt;, а/я 1)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г. Джалал-Абад Джалал-Абадская обл. Киргизия, ИНН &lt;***&gt;, СНИЛС: &lt;***&gt;, адрес регистрации Россия 660023, г.Красноярск, Красноярский край, ул. Рейдовая 27А-175) банкротом и ввести в отношении должника процедуру реализации имущества гражданина сроком до 22.06.2026. Утвердить финансовым управляющим ФИО3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г. Джалал-Абад Джалал-Абадская обл. Киргизия, ИНН &lt;***&gt;, СНИЛС: &lt;***&gt;, адрес регистрации Россия 660023, г.Красноярск, Красноярский край, ул. Рейдовая 27А-175)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В удовлетворении ходатайства о истребовании в остальной части отказать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Ассоциация "Саморегулируемая организация арбитражных управляющих "Меркурий" (подробнее) Судьи дела: Брыль О.В.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