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несостоятельным (банкротом) ликвидируемого должника ООО «Абсолют» и открыть конкурсное производство;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Включить в третью очередь реестра требований кредиторов задолженность ООО «Абсолют» перед ООО «Иркутскэнергосбыт» по договору энергоснабжения от 17.01.2020 № ИИООЭ0021078, в общем размере 2 258 690 руб. 38 коп., из которых: 1 756 152 руб. 90 коп. – сумма основного долга, 502 537 руб. 48 коп. – сумма неустойки;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Назначить конкурсным управляющим ООО «Абсолют» арбитражного управляющего Союза арбитражных управляющих «Саморегулируемая организация арбитражных управляющих «ДЕЛО» (указан адрес и реквизиты СРО) ФИО2 (указаны реквизиты и адрес). Определением Арбитражного суда Иркутской области от 08.04.2025 заявление ООО «Иркутскэнергосбыт» о признании ООО «АБСОЛЮТ» несостоятельным (банкротом) принято к производству, возбуждено производство по делу. Определением Арбитражного суда Иркутской области от 20.06.2025 в связи с отставкой судьи Поляковой Е.Г. дело передано для автоматического распределения в ПК «Судебно-арбитражное делопроизводство»; путем автоматического распределения дело № А19-7362/2025 передано на рассмотрение судье Карповой О.В. В ходе судебного разбирательства в материалы дела от регистрирующих органов поступили ответы на определения суда об истребовании доказательств. От Союза арбитражных управляющих «Саморегулируемая организация арбитражных управляющих «ДЕЛО» поступила кандидатура арбитражного управляющего ФИО2 с информацией о соответствии данной кандидатуры требованиям статей 20 и 20.2 Федерального закона «О несостоятельности (банкротстве)» (далее – Закон о банкротстве). В настоящем судебном заседании рассматривалась обоснованность поданного заявления. До начала судебного заседания в материалы дела от ООО «Иркутскэнергосбыт» поступили дополнительные пояснения. Представитель заявителя в судебном заседании поддержал заявление в уточненной редакции, пояснил, что к мирному урегулированию спора прийти не удалось, более платежей не поступало, задолженность осталась в прежнем размере, полгал, что действия должника следует квалифицировать как злоупотреблением правом, просил удовлетворить заявление. Должник ООО «АБСОЛЮТ», надлежащим образом извещенный о времени и месте судебного разбирательства, своего представителя для участия в судебном заседании не направил, отзыв на заявление не представил, возражений и каких-либо ходатайств не заявил. Иные лица, участвующие в деле, в судебное заседание не явились, ходатайства в арбитражный суд не направили; о времени и месте судебного разбирательства уведомлены надлежащим образом в соответствии с положениями части 1 статьи 123 , части 6 статьи 121 Арбитражного процессуального кодекса Российской Федерации (далее – АПК РФ). Дело рассматривалось в порядке статьи 156 АПК РФ . Исследовав материалы дела, арбитражный суд установил следующее. ООО «АБСОЛЮТ» зарегистрировано в качестве юридического лица 28.02.2007 Межрайонной инспекцией Федеральной налоговой службы № 17 по Иркутской области за основным государственным регистрационным номером &lt;***&gt;. ООО «АБСОЛЮТ» состоит на налоговом учете в Межрайонной инспекции Федеральной налоговой службы № 16 по Иркутской области; юридическому лицу, как налогоплательщику, присвоен идентификационный номер налогоплательщика &lt;***&gt;. Согласно выписке из Единого государственного реестра юридических лиц в отношении ООО «АБСОЛЮТ», основным видом деятельности общества является аренда и управление собственным или арендованным недвижимым имуществом. В соответствии с пунктом 2 статьи 3 Закона о банкротстве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Пунктом 1 статьи 7 Закона о банкротстве установлено, что правом на обращение в арбитражный суд с заявлением о признании должника банкротом обладают должник, конкурсный кредитор, уполномоченные органы, а также работник, бывший работник должника, имеющие требования о выплате выходных пособий и (или) об оплате труда. В силу пункта 2 статьи 7 Закона о банкротстве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Из пункта 2 статьи 4 Закона о банкротстве следует, что для определения наличия признаков банкротства должника учитываются: 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за исключением обязательств перед гражданами, перед которыми должник несет ответственность за причинение вреда жизни или здоровью, обязательств по выплате компенсации сверх возмещения вреда, обязательств по выплате вознаграждения авторам результатов интеллектуальной деятельности, а также обязательств перед учредителями (участниками) должника, вытекающих из такого участия. Как следует из заявления ООО «Иркутскэнергосбыт», ООО «АБСОЛЮТ» имеет перед заявителем неисполненное денежное обязательство по договору энергоснабжения от 17.01.2020 № ИИООЭ002107, подтвержденное судебным актом, и вытекающее из следующих обстоятельств. Из материалов дела усматривается, что между ООО «Иркутскэнергосбыт» и ООО «АБСОЛЮТ» был заключен договор энергоснабжения от 17.01.2020 № ИИООЭ0021078, по условиям которого гарантирующий поставщик обязуется подавать потребителю через присоединенную сеть электрическую энергию (мощность), а потребитель обязуется оплачивать принятую электрическую энергию, а также соблюдать предусмотренный настоящим договором режим ее потребления, обеспечивать безопасность эксплуатации находящихся в его ведении электрических сетей и исправность используемых им приборов и оборудования, связанных с потреблением электрической энергии. Согласно разделу 3 договора потребитель среди прочего обязан: вести учет потребляемой электрической энергии в порядке, установленном настоящим договором и требованиями действующего законодательства, и обеспечить оборудование точек поставки по договору приборами учета, в т.ч. позволяющими измерять почасовые объёмы потребления электрической энергии, класса точности 0,5S и выше, обеспечивающие хранение данных о почасовых объёмах потребления электрической энергии за последние 90 дней и более или включенные в систему учёта (пункт 3.6); обеспечивать надлежащее техническое состояние и безопасность используемых электрических сетей, приборов коммерческого учета (расчетных приборов учета) и оборудования, соблюдать установленный режим потребления электрической энергии, а также в максимально короткий срок, не более одних суток с момента события сообщать гарантирующему поставщику об авариях, пожарах, неисправностях приборов и средств коммерческого учета (расчетных приборов учета) электрической энергии, выходе его из строя, утрате и иных нарушениях, возникающих при получении и (или) использовании электрической энергии. Госповерка, замена и ремонт поврежденных приборов учёта при нарушении схемы учета и повреждении коммерческих приборов учета (расчетных приборов учета) электрической энергии потребителя производятся за счет потребителя (пункт 3.8.). обеспечивать (не чаще 1 раза в месяц) беспрепятственный доступ уполномоченным представителям Гарантирующего поставщика и (или) Сетевой организации к электрическим установкам Потребителя и сторонних потребителей, независимо от их ведомственной подчиненности и формы собственности для осуществления в присутствии их представителей: контроля за соблюдением установленных режимов электропотребления; проведения замеров по определению качества электрической энергии; проведения обследования и составления акта проверки электроиспользующих установок (акта обследования электроустановок), необходимого для заключения, переоформления договора, внесения в него изменений и (или) дополнений, для контроля за выполнением Потребителем условий настоящего договора; контроля подключенной нагрузки сторонних потребителей; обслуживания электрических сетей и установок, находящихся на балансе Сетевой организации (пункт 3.13); обеспечивать (не чаще 1 раза в месяц) уполномоченным представителям гарантирующего поставщика и (или) сетевой организации доступ к приборам коммерческого учета (расчетным приборам учета) электрической энергии потребителя и других сторонних потребителей, независимо от их ведомственной подчиненности и формы собственности для осуществления в присутствии их представителей: проверки условий сохранности и эксплуатации приборов коммерческого учета (расчетных приборов учета), схем учета электрической энергии; снятия контрольных показаний (пункт 3.14). По пункту 2.12 договора гарантирующий поставщик имеет право осуществлять контроль за соблюдением потребителем установленных договором режимов электропотребления, за состоянием приборов коммерческого учета (расчетных приборов учета) электрической энергии (активной и реактивной) потребителя и других потребителей электрической энергии, подключенных к сетям потребителя и получающих электрическую энергию от гарантирующего поставщика. Как следует из материалов дела, 24.05.2023 специалистами ООО "ИРКУТСКЭНЕРГОСБЫТ" проведена проверка прибора учета электроэнергии ООО "АБСОЛЮТ" в присутствии уполномоченного представителя ответчика ФИО3. В соответствии с актом проверки прибора учета электроэнергии от 24.05.2023 № ИИОО005331 в ходе проведения проверочных мероприятий выявлен срыв пломбы сетевой организации на трансформаторах тока (клеммах крышки). Ранее проведенной проверкой 15.06.2022 каких-либо нарушений в работе прибора учета не установлено. В связи с выявленными нарушениями ООО "ИРКУТСКЭНЕРГОСБЫТ" составлен акт о неучтенном (безучетном) потребления электрической энергии от 24.05.2023 № 001821, подготовлен расчет объема безучетного потребления электрической энергии от 24.05.2023, произведено начисление платы расчетным путем и выставлен ответчику для оплаты счет-фактура № 052319-021078 от 31.05.2023 на сумму 3 019 446 рублей 06 копеек с НДС. В порядке досудебного урегулирования спора истцом в адрес ответчика направлена претензия № 0000063227 от 20.06.2023 с требованием произвести оплату задолженности в течение трех дней с даты получения данной претензии. Требования истца ответчиком оставлены без ответа и удовлетворения, что послужило основанием для обращения истца в арбитражный суд с иском о взыскании основного долга и неустойки. Возражая в отношении заявленных истцом требований, ответчик предъявил встречный иск об оспаривании акта от 24.05.2023 № 001821, указав, что ООО "АБСОЛЮТ" не извещено о проведении проверки прибора учета, акт составлен в отсутствие уполномоченного представителя общества, ввиду чего данный акт является недействительным. Решением Арбитражного суда Иркутской области от 01.07.2024 по делу № А19-17544/2023 исковые требования ООО «Иркутскэнергосбыт» удовлетворены; с ООО «АБСОЛЮТ» в пользу ООО «Иркутскэнергосбыт» взыскана задолженность: 3 016 152 рублей 90 копеек – основного долга, 502 537 рублей 48 копеек – неустойки за период с 24.06.2023 по 06.02.2024; а также неустойку на сумму 3 019 446 рублей 06 копеек из расчета 1/130 ключевой ставки ЦБ РФ за период с 07.02.2024 по день фактической оплаты основного долга; 2 000 рублей – судебных расходов, связанных с оплатой государственной пошлины. В удовлетворении встречных исковых требований отказано. Решение суда вступило в законную силу. На основании решения выдан исполнительный лист. На дату рассмотрения настоящего заявления задолженность составляет 2 258 690 руб. 38 коп., из которых: 1 756 152 руб. 90 коп. – сумма основного долга, 502 537 руб. 48 коп. – сумма неустойки (с учетом частичного погашения задолженности). Таким образом, наличие у ООО «АБСОЛЮТ» задолженности перед ООО «Иркутскэнергосбыт» подтверждается вступившим в законную силу решением Арбитражного суда Иркутской области от 01.07.2024 по делу № А19-17544/2023, которое имеет преюдициальное значение. Преюдициальность означает не только отсутствие необходимости доказывать установленные ранее обстоятельства, но и запрещает их опровержение. Такое положение существует до тех пор, пока судебный акт, в котором установлены эти факты, не будет отменен в порядке, установленном законом. В силу части 2 статьи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Таким образом, поскольку обстоятельства, подтверждающие наличие у ООО «АБСОЛЮТ» задолженности перед ООО «Иркутскэнергосбыт» в заявленном размере, установлены вступившим в законную силу вышеуказанным судебным актом, потому не подлежат повторной оценке судом при рассмотрении настоящего требования. Доказательства погашения указанной задолженности должником в материалы дела не представлены, требование заявителя ни по существу, ни по размеру не оспорено. В соответствии с пунктом 2 статьи 33 Закона о банкротстве (в ред. Федерального закона от 29.05.2024 № 107-ФЗ) о признании должника банкротом принимается арбитражным судом, если требования к должнику - юридическому лицу в совокупности составляют не менее чем два миллиона рублей и указанные требования не исполнены в течение трех месяцев с даты, когда они должны были быть исполнены, если иное не предусмотрено указанным Федеральным законом. В соответствии с правовой позицией, изложенной в пункте 21 Обзора судебной практики Верховного Суда Российской Федерации № 3 (2018), утвержденного Президиумом Верховного Суда Российской Федерации 14.11.2018, по смыслу пункта 2 статьи 4 и пункта 3 статьи 12 Закона о банкротстве для определения наличия признаков банкротства и в целях голосования на собрании кредиторов учитываются только требования по основному долгу. Судом установлено, что у ООО «АБСОЛЮТ» имеется задолженность (основной долг) перед ООО «Иркутскэнергосбыт» в размере, не превышающем 2 000 000 руб., как это предусмотрено пунктом 2 статьи 33 Закона о банкротстве (в ред. Федерального закона от 29.05.2024 № 107-ФЗ). ООО «Иркутскэнергосбыт» указывает, что само по себе наличие задолженности в меньшем размере, чем это предусмотрено п. 2 ст. 33 Закон о банкротстве не может являться безусловным основанием для прекращения производства по делу в условиях явных признаков неплатежеспособности должника и недобросовестности лиц, вовлеченных в правоотношения с должником, мотивируя свою позицию следующим. По мнению заявителя, имеется совокупность признаков, указывающих на наличие оснований введения в отношении ООО «Абсолют» процедуры банкротства,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Недостаточность имущества должника Согласно ответам из государственных органов должника какое-либо зарегистрированное имущество у должника отсутствует. За период март-сентябрь 2025 года оплаты в счет погашения задолженности перед ООО «Иркутскэнергосбыт» поступали не от самого должника, а от третьего лица: ИП ФИО4, что подтверждается платежными поручениями № 51 от 17.09.2025, № 17 от 24.03.2025. Указанное свидетельствует об отсутствии у самого должника имущества, за счет которого могла бы быть погашена задолженность перед кредитором. На судебном заседании 09.06.2025 представитель ФИО4 пояснил, что у должника в настоящее время какое-либо имущество отсутствует. Согласно данным бухгалтерского баланса ООО «Абсолют» по состоянию на 31.12.2024, запасы составляют 0 руб., денежные средства и денежные эквиваленты - 25 000 руб., финансовые и другие оборотные активы - 0 руб., т.е., как следует из бухгалтерской отчетности должника, у него отсутствуют активы, за счет которых возможно погашение задолженности перед ООО «Иркутскэнергосбыт». 03.09.2025 осуществлен совместный выезд судебного пристава-исполнителя и взыскателя ООО «Иркутскэнергосбыт» в рамках исполнительного производства по адресу регистрации юридического лица: &lt;...&gt;. В результате выезда установлено, что на момент выезда организации ООО «Абсолют» установлено не было, имущество не обнаружено, по адресу находится другая организация: ООО «Техизмерения». Доказательств осуществления должником хозяйственной деятельности в материалах дела не содержится. Доказательств возможности восстановления платежеспособности должника в материалах дела не имеется, источники и сроки погашения задолженности должником на протяжении нескольких судебных заседаний не раскрываются. Таким образом, по мнению ООО «Иркутскэнергосбыт», имеется целый ряд доказательств со всей очевидностью, свидетельствующих об отсутствии у должника имущества и том, что должник какой-либо хозяйственной деятельности не осуществляет.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Недобросовестное поведение руководителя и ликвидатора ФИО4 ООО «Иркутскэнергосбыт» также полагает, что в действиях ФИО4 имеются явные признаки наличия в его действиях недобросовестного поведения и злоупотребления правом. Задолженность должника перед ООО «Иркутскэнергосбыт» возникла на основании Решения Арбитражного суда Иркутской области от 01.07.2024, которое вступило в законную силу 14.01.2025. 23.07.2024 (спустя меньше, чем месяц с момента вынесения Решения Арбитражного суда Иркутской области) ФИО4 принимает решение о ликвидации должника без каких-либо попыток погасить задолженность перед ООО «Иркутскэнергосбыт». В процессе ликвидации ФИО4 нарушает требования по проведению данной процедуры, не уведомив ООО «Иркутскэнергосбыт», что установлено вступившим в законную силу Решением Арбитражного суда Иркутской области от 12.08.2025 по делу А19-7359/2025. Данным Решением Арбитражный суд Иркутской области обязал ФИО4 внести в ликвидационный баланс должника кредиторскую задолженность ООО «Иркутскэнергосбыт. Данное Решение со стороны ФИО4 до настоящего момента не исполнено. В дальнейшем, ФИО4, нарушив законные права и интересы ООО «Иркутскэнергосбыт» как основного кредитора должника, на основании акта распределения при ликвидации ООО «Абсолют», выданного 15.10.2024, в свою пользу передаёт следующее имущество: - нежилое здание, расположенное по адресу: Иркутская область, г. Иркутск. Ул. Блюхера, строение 30, кадастровый номер: 38:36:000005:36896; - земельный участок, расположенное по адресу: Иркутская область, г. Иркутск. Ул. Блюхера, кадастровый номер: 38:36:000005:17629. Данное имущество было единственным активом должника, кадастровая стоимость которого значительно превышает кредиторскую задолженность должника. Данная сделка совершена в период подозрительности, установленного в п. 1 и 2 ст. 61.2 Закона о банкротстве. Следовательно, ФИО4 в условиях наличия задолженности перед ООО «Иркутскэнергосбыт», нарушает процедуру ликвидации (не уведомив кредитора), пользуется своим положением руководителя и ликвидатора должника осуществляет безвозмездный для должника вывод актива. Таким образом, очевидно, что данные действия ФИО4 не являются добросовестными, направленными на причинение вреда кредиторам и должнику. Кроме того, ООО «Иркутскэнергосбыт» обращает внимание на то, что на судебном заседании от 09.06.2025 представителем ФИО4 было заявлено намерение о частичном погашении задолженности до минимального порогового значения, в связи с чем заявление о банкротстве должно быть прекращено. Частичное погашение задолженности в настоящем случае также является одной из форм злоупотребление правом со стороны ФИО4, поскольку его волеизъявление направлено не на погашение задолженности, а на прекращение производства по делу с целью лишения ООО «Иркутскэнергосбыт» статуса заявителя по делу о банкротстве и конкурсного кредитора должника. До настоящего момента доказательств оплаты задолженности в полном объёме не представлено. Процессуальные и платежные документы от ООО «Абсолют» поступают практически перед судебными заседаниями: к судебному заседанию. Данная модель процессуального поведения направлена на затягивание рассмотрения заявления ООО «Иркутскэнергосбыт» о признании ООО «Абсолют» несостоятельным (банкротом), а также на максимально возможную отсрочку введения в отношении должника процедуры банкротства. Оценивая доводы заявителя, суд пришел к следующему. Доказательства погашения должником задолженности перед кредитором в указанном размере суду не представлены, представлены доказательства погашения задолженности третьим лицом – ИП ФИО4 (платежные поручения № 51 от 17.09.2025, № 17 от 24.03.2025, № 51 от 17.09.2025). Минимальный размер учитываемых требований к юридическому лицу при решении вопроса о введении в отношении его процедуры банкротства в совокупности должен составлять не менее два миллиона рублей (пункт 2 статьи 6 и пункт 2 статьи 33 Закона о банкротстве). Поскольку предоставляемая кредиторам возможность инициирования процедуры несостоятельности является одной из форм защиты права на получение от должника причитающегося надлежащего исполнения, упомянутое выше правило о минимальном пороговом значении размера учитываемого требования необходимо рассматривать как разумное ограничение пределов реализации указанного способа защиты. Вместе с тем такое ограничение, будучи обусловленным незначительностью размера требования к должнику, не должно освобождать последнего от введения процедуры несостоятельности при наличии сведений, очевидно указывающих на неплатежеспособность должника, то есть на прекращение исполнения им денежных обязательств (абзац тридцать седьмой статьи 2 Закона о банкротстве), а также на недобросовестность лиц, вовлеченных в спорные правоотношения. Как неоднократно указывал Верховный Суд Российской Федерации, погашение должником долга после возбуждения дела о банкротстве должника по заявлению кредитора не должно освобождать должника от введения процедуры несостоятельности при наличии сведений, очевидно указывающих на его неплатежеспособность (абзац тридцать седьмой статьи 2 Закона о банкротстве), а также на недобросовестность лиц, вовлеченных в спорные правоотношения (пункт 21 Обзора судебной практики Верховного Суда Российской Федерации N 3, утвержденного Президиумом Верховного Суда Российской Федерации 14.11.2018, определения Верховного Суда Российской Федерации от 29.03.2018 N 307-ЭС17-18665, от 15.08.2016 N 308-ЭС16-4658, от 16.06.2016 N 302-ЭС16-2049). В соответствии с правовыми позициями, выработанными Верховным Судом Российской Федерации, при разрешении спорных правоотношений, касающихся погашения требования кредитора после подачи им заявления о признании должника банкротом, следует исходить из того, что институт погашения требования кредитора на стадии проверки обоснованности заявления кредитора не может быть использован лицами, вовлеченными в процесс банкротства, со злоупотреблением правом - не в целях прекращения производства по делу о банкротстве и восстановления должника в качестве хозяйствующего субъекта. Согласно правовой позиции, изложенной в определении Верховного Суда Российской Федерации от 15.08.2016 № 308-ЭС16-4658, при частичном погашении должником задолженности перед кредиторами незначительно ниже порогового значения судам следует проверять поведение должника с точки зрения разумности и добросовестности с целью исключения злоупотребления правом и нарушения прав и законных интересов кредиторов. В рассматриваемом случае, денежные средства перечислены в таком размере, чтобы оставшаяся часть долга не учитывалась для введения процедуры банкротства, что свидетельствует о злоупотреблении правом (статья 10 Гражданского кодекса Российской Федерации). Руководствуясь вышеназванными нормами права и соответствующими разъяснениями, исследовав и оценив по правилам статьи 71 АПК РФ все представленные доказательства, исходя из конкретных обстоятельств дела, установив, что частичная оплата задолженности, до уровня не позволяющего ввести процедуру банкротства, суд приходит к выводу, что подобное поведение свидетельствует о злоупотреблении правом с целью избежать процедуры банкротства. Суд не находит оснований для прекращения производства по делу, считая, что действия вовлеченных в спорные отношения лиц по частичному погашению долга с оставлением непогашенной суммы, которая несколько меньше установленного предела, направлены на уклонение от добросовестного исполнения обязательства и свидетельствуют о злоупотреблении правом. В рассматриваемом случае, должник не приводил доводов с представлением соответствующих доказательств осуществления какой-либо хозяйственной деятельности с целью расчета с заявителем либо возможности восстановления платежеспособности, при этом источники и сроки погашения задолженности должником не раскрыты. Согласно статьям 8 , 9 АПК РФ , пользуются равными правами на представление доказательств и несут риск наступления последствий совершения или не совершения ими процессуальных действий, в том числе представления доказательств обоснованности и законности своих требований или возражений. Опровержения обстоятельств неплатежеспособности должника и наличия в действиях должника признаков злоупотребления правом в материалах дела отсутствуют. При вышеизложенных обстоятельствах, поскольку вышеназванные обязательства не исполнены должником в течение 3-х месяцев с даты, когда они должны были быть исполнены и не удовлетворены на дату заседания арбитражного суда. В соответствии со статьями 3 , 6 , 48 Закона о банкротстве указанные обстоятельства являются основанием для введения в отношении должника процедуры наблюдения. Вместе с тем, в ходе рассмотрения арбитражным судом дела о несостоятельности (банкротстве) установлено, что юридическим лицом принято решение о добровольной ликвидации ООО «АБСОЛЮТ» и о назначении ликвидатора общества. В соответствии с пунктом 2 статьи 61 Гражданского кодекса Российской Федерации (далее – ГК РФ)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 Из пункта 1 статьи 62 ГК РФ следует, что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сообщить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 Межрайонной ИФНС России № 17 по Иркутской области 23.07.2024 в Единый государственный реестр юридических лиц внесены сведения о принятии решения о ликвидации ООО «АБСОЛЮТ», формировании ликвидационной комиссии, назначении ликвидатора. Нахождение юридического лица в стадии ликвидации и работа ликвидационной комиссии не лишают заявителя-кредитора права ставить вопрос о признании в судебном порядке должника банкротом при наличии внешних признаков банкротства (статьи 7 и 11 Закона о банкротстве). Нормы статей 224 - 226 Закона о банкротстве, являющиеся специальными нормами права, устанавливающими особенности банкротства ликвидируемого должника, не исключают возможности возбуждения производства по делу о несостоятельности (банкротстве) на общих основаниях - по заявлению кредитора. Используя это право, кредитор обоснованно обратился в арбитражный суд с заявлением о признании общества несостоятельным (банкротом) в связи с наличием просроченной свыше трех месяцев задолженности по денежным обязательствам. В абзаце 2 пункта 62 постановления Пленума Высшего Арбитражного Суда Российской Федерации № 29 от 15.12.2004 «О некоторых вопросах практики применения Федерального закона «О несостоятельности (банкротстве)» разъяснено, что в случае, если в заседании арбитражного суда по проверке обоснованности требований заявителя к должнику установлено, что во исполнение решения суда учредителями (участниками) либо органом юридического лица, уполномоченным на то учредительными документами, образована ликвидационная комиссия и стоимость имущества должника недостаточна для удовлетворения требований кредиторов, то к такому должнику судом применяется процедура банкротства ликвидируемого должника в порядке, предусмотренном параграфом 1 главы ХI Закона о банкротстве. С целью установления факта достаточности или недостаточности имущества ООО «АБСОЛЮТ» для удовлетворения требований кредиторов, суд пришел к следующему. Имущество, зарегистрированное за должником, не установлено, что подтверждается имеющимися в материалах дела справками регистрирующих органов (Федеральная служба государственной регистрации, кадастра и картографии, ГИБДД, ФКУ «Центр ГИМС МЧС России по Иркутской области», Служба государственного надзора за техническим состоянием самоходных машин и других видов техники Иркутской области). Доказательства наличия у должника иного ликвидного имущества либо имущественных прав, стоимость которых достаточна для удовлетворения требований кредиторов должника, в материалах дела отсутствуют. Вышеприведенные данные свидетельствуют о том, что имущества ликвидируемого должника недостаточно для погашения требований его кредиторов. Из положений пункта 1 статьи 224 Закона о банкротстве следует, что в случае, если стоимость имущества должника – юридического лица, в отношении которого принято решение о ликвидации, недостаточна для удовлетворения требований кредиторов, такое юридическое лицо ликвидируется в порядке, предусмотренном Законом о банкротстве. В соответствии с пунктом 1 статьи 225 Закона о банкротстве арбитражный суд принимает решение о признании ликвидируемого должника банкротом и об открытии конкурсного производства и утверждает конкурсного управляющего. Наблюдение, финансовое оздоровление и внешнее управление при банкротстве ликвидируемого должника не применяются. При этом согласно правовой позиции, изложенной в Определении Судебной коллегии Верховного Суда Российской Федерации № 305-ЭС17-4728 от 27.07.2017 по делу № А40-55621/2016, в ситуации, когда уполномоченным органом должника принято решение о его ликвидации, состоялось назначение ликвидационной комиссии, не предполагается дальнейшее осуществление ликвидируемой организацией обычной деятельности, характерной для нормального гражданского оборота. Поскольку воля участников (учредителей) такого юридического лица направлена на прекращение существования организации, к данной организации в силу пункта 2 статьи 1 Гражданского кодекса невозможно применить реабилитационные процедуры (финансовое оздоровление, внешнее управление, мировое соглашение), целью которых является сохранение юридического лица. Учитывая приведенные выше обстоятельства, арбитражный суд в соответствии со статьей 224 Закона о банкротстве считает необходимым признать ООО «АБСОЛЮТ» несостоятельным (банкротом) по признакам ликвидируемого должника и открыть в отношении должника конкурсное производство в соответствии с правилами главы XI Закона о банкротстве. В соответствии с положениями статей 20.2 , 37 , 41 , 45 Закона о банкротстве заявителем предложено утвердить арбитражным управляющим ликвидируемого должника ООО «АБСОЛЮТ» арбитражного управляющего ФИО5, являющуюся членом Союза арбитражных управляющих «Саморегулируемая организация арбитражных управляющих «ДЕЛО». Союзом Арбитражных управляющих «Саморегулируемая организация «Дело» представлена кандидатура арбитражного управляющего ФИО2 (ИНН &lt;***&gt;, регистрационный номер в сводном государственном реестре арбитражных управляющих № 002/198-15, адрес для направления почтовой корреспонденции: 664011, &lt;...&gt;) и информация о соответствии кандидатуры арбитражного управляющего требованиям, предусмотренным статьями 20 и 20.2 Закона о банкротстве. Возражений и отводов относительно представленной кандидатуры арбитражного управляющего не заявлено. В соответствии с пунктами 1-3 статьи 20.6 Закона о банкротстве арбитражный управляющий имеет право на вознаграждение в деле о банкротстве. Вознаграждение в деле о банкротстве выплачивается арбитражному управляющему за счет средств должника, если иное не предусмотрено данным Федеральным законом. Вознаграждение, выплачиваемое арбитражному управляющему в деле о банкротстве, состоит из фиксированной суммы и суммы процентов. Размер фиксированной суммы такого вознаграждения составляет для конкурсного управляющего 30 000 руб. в месяц. Документы, подтверждающие наличие зарегистрированного за должником имущества, в материалах дела отсутствует. При этом, заявителем по делу ООО «Иркутскэнергосбыт» представлено письменное согласие на финансирование процедуры банкротства ООО «АБСОЛЮТ» в размере 200 000 руб. в случае недостаточности для этих целей имущества должника Учитывая изложенное, арбитражный суд на основании статьи 45 , пункта 1 статьи 127 Закона о банкротстве считает возможным утвердить конкурсным управляющим ликвидируемого должника ООО «АБСОЛЮТ» арбитражного управляющего ФИО2, кандидатура которой отвечает требованиям статей 20 , 20.2 Закона о банкротстве; на основании статьи 20.6 Закона о банкротстве утвердить конкурсному управляющему фиксированное вознаграждение в размере 30 000 руб. в месяц. В пункте 28 постановления Пленума Высшего Арбитражного Суда Российской Федерации № 29 от 15.12.2004 «О некоторых вопросах практики применения Закона о банкротстве» разъяснено, что в судебном акте о введении процедуры банкротства, принимаемом по результатам рассмотрения заявления о признании должника банкротом, должны содержаться, в том числе, указания на признание требований заявителя обоснованными, очередность удовлетворения этих требований и их размер. В последующем кредиторы не обязаны предъявлять такие требования в порядке, предусмотренном статьей 71 Закона о банкротстве. Как указано выше, решением Арбитражного суда Иркутской области от 01.07.2024 по делу № А19-17544/2023 с ООО «АБСОЛЮТ» в пользу ООО «Иркутскэнергосбыт» взыскана задолженность: 3 016 152 рублей 90 копеек – основного долга, 502 537 рублей 48 копеек – неустойки за период с 24.06.2023 по 06.02.2024; а также неустойку на сумму 3 019 446 рублей 06 копеек из расчета 1/130 ключевой ставки ЦБ РФ за период с 07.02.2024 по день фактической оплаты основного долга; 2 000 рублей – судебных расходов, связанных с оплатой государственной пошлины. На дату рассмотрения настоящего заявления задолженность составляет 2 258 690 руб. 38 коп., из которых: 1 756 152 руб. 90 коп. – сумма основного долга, 502 537 руб. 48 коп. – сумма неустойки (с учетом частичного погашения задолженности). В связи с чем, заявитель просит включить в третью очередь реестра требований кредиторов задолженность ООО «Абсолют» перед ООО «Иркутскэнергосбыт» по договору энергоснабжения от 17.01.2020 № ИИООЭ0021078, в размере 2 258 690 руб. 38 коп., из которых: 1 756 152 руб. 90 коп. – сумма основного долга, 502 537 руб. 48 коп. – сумма неустойки. Поскольку требование ООО «Иркутскэнергосбыт» в заявленном размере подтверждено вступившим в законную силу судебным актом и на дату судебного заседания должником не удовлетворено в полном объеме, суд приходит к выводу, что требование ООО «Иркутскэнергосбыт» является обоснованным и подлежит включению в третью очередь реестра требований кредиторов ООО «АБСОЛЮТ» в заявленном размере. В соответствии с абзацем 2 пункта 2 статьи 126 Закона о банкротстве руководитель должника, а также временный управляющий, административный управляющий, внешний управляющий в течение трех дней с даты утверждения конкурсного управляющего обязаны обеспечить передачу бухгалтерской и иной документации должника, печатей, штампов, материальных и иных ценностей конкурсному управляющему. Частью 2 статьи 168 АПК РФ установлено, что при принятии решения арбитражный суд распределяет судебные расходы. В соответствии с положениями статьи 110 АПК РФ , пунктом 1 статьи 59 Закона о банкротстве, понесенные заявителем при подаче заявления о признании должника несостоятельным (банкротом) расходы по уплате государственной пошлины относятся на должника. При обращении с заявлением о признании ликвидируемого должника ООО «АБСОЛЮТ» несостоятельным (банкротом) ООО «Иркутскэнергосбыт» оплачена государственная пошлина в размере 100 000 руб. по платежному поручению № 10496 от 20.03.2025. Судебные расходы ООО «Иркутскэнергосбыт», составляющие сумму судебных расходов, связанных с рассмотрением дела о банкротстве в размере 100 000 руб., подлежат включению в третью очередь реестра требований кредиторов должника, в соответствии с порядком удовлетворения, предусмотренным пунктом 3 статьи 137 Закона о банкротстве. Решение выполнено в форме электронного документа, подписанного усиленной квалифицированной электронной подписью судьи. При наличии у арбитражного суда доказательств получения лицами, участвующими в деле, настоящего решения, в том числе в случаях, предусмотренных частью 4 статьи 123 АПК РФ , все последующие судебные акты по делу, выполненные в форме электронного документа, направляются лицам, участвующим в деле, посредством их размещения на официальном сайте суда в сети «Интернет» по адресу: https://kad.arbitr.ru/. По ходатайству лиц, участвующих в деле, копии судебных актов, выполненных в форме электронного документа,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45 , 53 , 124 , 126 , 127 , 224 - 226 Федерального закона «О несостоятельности (банкротстве)» № 127-ФЗ от 26.10.2002, статьями 110 , 167 - 170 , 223 Арбитражного процессуального кодекса Российской Федерации, РЕШИЛ: заявление признать обоснованным. Признать ликвидируемого должника – общества с ограниченной ответственностью «Абсолют» несостоятельным (банкротом). Открыть в отношении общества с ограниченной ответственностью «Абсолют» процедуру конкурсного производства сроком до «23» июня 2026 года. Утвердить конкурсным управляющим общества с ограниченной ответственностью «Абсолют» арбитражного управляющего ФИО2. Утвердить конкурсному управляющему фиксированное вознаграждение в размере 30 000 рублей ежемесячно. Конкурсному управляющему по завершению мероприятий, предусмотренных Федеральным законом «О несостоятельности (банкротстве) от 26.10.2002 № 127-ФЗ, направить в суд ходатайство о завершении процедуры конкурсного производства, отчет о результатах процедуры конкурсного производства в отношении должника с приложением документов, перечисленных в статье 147 указанного Федерального закона, доказательства уведомления конкурсных кредиторов и уполномоченного органа о направлении в суд отчета о результатах процедуры конкурсного производства. Разъяснить лицам, участвующим в деле, что в соответствии с пунктом 3 статьи 124 Федерального закона от 26.10.2002 №127 ФЗ «О несостоятельности (банкротстве)» вопрос о продлении срока конкурсного производства рассматривается арбитражным судом в порядке, установленном пунктом 2 статьи 60 названного Федерального закона, то есть единолично без проведения судебного заседания и вызова лиц, участвующих в деле о банкротстве. Судебное заседание по рассмотрению итогов конкурсного производства подлежит назначению при поступлении ходатайства конкурсного управляющего о завершении процедуры конкурсного производства. Адрес для направления корреспонденции: 664025, &lt;...&gt;, телефон секретаря судебного заседания 262-644, телефон канцелярии &lt;***&gt;, факс &lt;***&gt;. Информацию о движении дела, включая сведения об объявленных перерывах, а также времени и месте рассмотрения дела, можно получить на официальном сайте Арбитражного суда Иркутской области www.irkutsk.arbitr.ru. Требование общества с ограниченной ответственностью «Иркутскэнергосбыт» в размере 2 258 690 руб. 38 коп., из них: 1 756 152 руб. 90 коп. - основной долг, 502 537 руб. 48 коп. – неустойка признать обоснованным, включить в третью очередь реестра требований кредиторов общества с ограниченной ответственностью «Абсолют». Включить требование общества с ограниченной ответственностью «Иркутскэнергосбыт» в размере 100 000 руб., составляющих сумму судебных расходов, связанных с рассмотрением дела о банкротстве, в третью очередь реестра требований кредиторов должника, в соответствии с порядком удовлетворения, предусмотренным пунктом 3 статьи 137 Федерального закона от 26.10.2002г. № 127 ФЗ «О несостоятельности (банкротстве)». Сведения о должнике, принадлежащем ему имуществе, в том числе об имущественных правах, и об обязательствах должника, арбитражный управляющий может получить самостоятельно посредством «Регистра арбитражных управляющих» через рабочие (личные) кабинеты арбитражных управляющих (https://rau.nalog.gov.ru/home/main). С даты принятия настоящего решения наступают последствия, установленные статьей 126 Федерального закона «О несостоятельности (банкротстве)» № 127-ФЗ от 26.10.2002. Решение вступает в законную силу по истечении месяца со дня его принятия, если не подана апелляционная жалоба. Решение может быть обжаловано в Четвертый арбитражный апелляционный суд через Арбитражный суд Иркутской области в течение месяца со дня его принятия. Апелляционная жалоба может быть подана посредством заполнения формы, размещенной на официальном сайте арбитражного суда в сети «Интернет» через систему «Мой арбитр» » https://irkutsk.arbitr.ru. В случае обжалования решения в порядке апелляционного производства информацию о времени, месте и результатах рассмотрения дела можно получить на интернет-сайте Четвертого арбитражного апелляционного суда https://4aas.arbitr.ru. Судья О.В. Карпова Суд: АС Иркутской области (подробнее) Истцы: Межрайонная Инспекция Федеральной налоговой службы №7 по Омской области (подробнее) ООО "Иркутская энергосбытовая компания" (подробнее) Ответчики: ООО "Абсолют" (подробнее) Иные лица: Союз арбитражных управляющих "Саморегулируемая организация "ДЕЛО" (подробнее) Судьи дела: Полякова Е.Г.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