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12320100329190001020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