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Исправить реестровую ошибку в описании местоположения границ земельного участка с кадастровым номером 23:02:1103000:86 по адресу: Краснодарский край, р-н Апшеронский, Мезмайский сельский округ, район поляны «Козловой» путем внесения в Единый государственный реестр недвижимости сведений об описании местоположения его границ согласно каталогу координат, указанному в таблице № 8 экспертного заключения № 2099/16.1 от 01 ноября 2024 года без заявления правообладателя в следующих координатах: №№ точек №№ точек Координаты Меры линии X У 1 2 3 4 5 н1-н2 68.27 H1 383607.92 2226910.08 н2-нЗ 90.52 н2 383673.26 2226890.31 н 3-н4 77.06 нЗ 383719.98 2226967.84 н4-н5 32.60 н4 383750.15 2227038.76 №№ точек Меры линии №№ точек Координаты X У н5-н6 66.52 н5 383720.15 2227051.51 н6-н7 15.31 н6 383653.63 2227051.51 н7-н8 5.04 н7 383638.33 2227051.13 н8-н9 5.25 н8 383633.28 2227051.00 н9-н1 138.02 н9 383633.27 2227045.75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Исправить реестровую ошибку в описании местоположения границ земельного участка с кадастровым номером 23:02:1103000:87 по адресу: край Краснодарский край, р-н Апшеронский, Мезмайский сельский округ, район поляны «Козловой» путем внесения в Единый государственный реестр недвижимости сведений об описании местоположения его границ согласно каталогу координат, указанному в таблице № 9 экспертного заключения № 2099/16.1 от 01 ноября 2024 года без заявления правообладателя в следующих координатах: №№ точек Меры линии №№ точек Координаты X У 1 2 3 4 5 н1-н9 138.02 н1 383607.92 2226910.08 н9-н10 43.04 н9 383633.27 2227045.75 н10-н11 15.75 н10 383591.73 2227034.48 н11-н12 107.43 н11 383588.38 2227049.88 н12-н13 81.06 н12 383482.71 2227030.56 н13-н1 125.17 н13 383489.21 2226949.77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принятом решении указать, что с целью исправления реестровых ошибок решение Арбитражного суда Краснодарского края является основанием Управлению Федеральной службы государственной регистрации, кадастра и картографии по Краснодарскому краю для внесения сведений в Единый государственный реестр недвижимости изменений в описание местоположения границ земельных участков с кадастровыми номерами 23:02:1104040:69, 23:02:1103000:86, 23:02:1103000:87» (уточнения приняты определением Арбитражного суда Краснодарского края от 21.08.2025 г.) Определением Арбитражного суда Краснодарского края от 26.05.2022 г. суд привлек к участию в деле в качестве третьих лиц без самостоятельных требований Министерство природных ресурсов Краснодарского края и Управление Федеральной службы государственной регистрации, кадастра и картографии по Краснодарскому краю. Определением Арбитражного суда Краснодарского края от 25.10.2022 г. назначена судебная экспертиза. Проведение судебной экспертизы поручено ООО «Экспертное учреждение «ЭкспертЪ», экспертам ФИО8 и ФИО9 Производство по делу приостановлено. В суд поступило заключение экспертов № 1718/16.1 от 22.02.2023 г. Определением Арбитражного суда Краснодарского края от 03.05.2023 г. производство по дело возобновлено. Управление Федеральной службы государственной регистрации, кадастра и картографии по Краснодарскому краю, г. Краснодар (ИНН: &lt;***&gt;, ОГРН: &lt;***&gt;) привлечено в качестве соответчика. Определением Арбитражного суда Краснодарского края от 29.08.2023 г. суд привлек к участию в деле в качестве третьего лица без самостоятельных требований ФИО4 Оставлен открытым отказ истца от части требований. Определением Арбитражного суда Краснодарского края от 21.11.2023 г. в судебное заседание вызваны эксперты ФИО8 и ФИО9 для дачи пояснений по проведенному исследованию в части учета при проведении исследования наличие земельного участка КН 23:02:1103000:88. В судебном заседании 06.02.2024 г. опрошен эксперт ФИО8, пояснения которого зафиксированы в аудиозаписи судебного заседания, в том числе эксперт пояснил, что земельный участок с кадастровым номером 23:02:1103000:88 не был учтен, так как на момент исследования его границы не отражались в ЕГРН, с учетом наличия его данных в настоящее время возможно проведение дополнительного исследования с предложением нескольких вариантов исправления реестровой ошибки. С учетом опроса эксперта судом направлен в адрес экспертного учреждения дополнительный запрос о возможности проведения дополнительного исследования. Определением Арбитражного суда Краснодарского края от 17.06.2024 г. суд заменил ответчика Департамент лесного хозяйства по Южному федеральному округу, г. Ростов-на-Дону на ответчика 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привлек к участию в деле в качестве третьего лица без самостоятельных требований Департамент лесного хозяйства по Южному федеральному округу, г. Ростов-на-Дону. Также определением Арбитражного суда Краснодарского края от 17.06.2024 г. по делу назначена дополнительная судебная экспертиза. Проведение судебной экспертизы поручено ООО «МУСЭ» (350040, &lt;...&gt;), экспертам ФИО8 и ФИО9 14.11.2024 г. в суд поступило экспертное заключение. Определением Арбитражного суда Краснодарского края от 29.01.2025 г. производство по делу возобновлено. Определением Арбитражного суда Краснодарского края от 10.04.2025 г. вызваны эксперты для дачи пояснений по проведенному исследованию. В судебном заседании 04.06.2025 г. опрошен эксперт ФИО8, который пояснил, что по точке Н9 была техническая ошибка, о чем представлено пояснение к заключению эксперта, площадь земельного участка добавляется за счет не разграниченной собственности и зеленых насаждений, Приказ учитывался при первичной экспертизе. В судебном заседании 25.09.2025 г. представитель истцов поддержал уточненные требования. Представители МПР и ДИО дополнений не представили. Остальные участник процесса, надлежащим образом уведомленные о месте и времени рассмотрения спора, явку в судебное заседание не обеспечили, от администрации муниципального образования Апшеронский район поступило ходатайство о проведении судебного разбирательства без участия, которое удовлетворено судом. В судебном заседании судом в порядке статьи 163 Арбитражного процессуального кодекса Российской Федерации (далее – АПК РФ) объявлен перерыв до 16 часов 00 минут. После перерыва судебное разбирательство продолжено в отсутствии участников процесса, без ведения аудиозаписи. Спор рассматривается по правилам статьи 156 АПК РФ в отсутствии сторон, по имеющимся материалам дела. Рассматривая ранее заявленный отказ от части требований суд исходил из следующего. В соответствии с частью 2 статьи 49 Арбитражного процессуального кодекса Российской Федерации (далее – АПК РФ)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Судом установлено, что частичный отказ не противоречит положениям части 2 статьи 49 АПК РФ , в связи с чем, подлежит принятию, производство по делу в части требований об исключении из ЕГНР ошибочных координат поворотных точек земельного участка с кадастровым номером 23:02:1104040:69, 23:02:1103000:86 и 23:02:1103000:87 подлежит прекращению. Суд, исследовав материалы дела, изучив все представленные документальные доказательства и оценив их в совокупности, пришел к следующему выводу. Как следует из материалов дела, индивидуальные предприниматели являются арендаторами земельных участков с кадастровыми номерами 23:02:1103000:86 и 23:02:1103000:87 на основании договоров аренды от 2001 года с Мезмайским сельским округом. Земельные участки поставлены на кадастровый учет в 2005 году и в 2013 году на них зарегистрировано право собственности Краснодарского края. С целью уточнения границ указанных земельных участков истцы обратились к кадастровому инженеру ФИО10 По результатам проведения кадастровых работ кадастровым инженером подготовлены межевые планы на указанные земельные участки и направлены в министерство природных ресурсов Краснодарского края на согласование смежной границы с лесным кварталом. От министерства природных ресурсов Краснодарского края получено письмо об отказе в согласовании границ земельных участков, т.к. границы земельных участков с кадастровыми номерами 23:02:1103000:86 и 23:02:1103000:87 накладываются на лесной фонд Апшеронского лесничества, Гуамского участкового лесничества, в квартале 34 Б, части выдела 10 (земельный участок с кадастровым номером 23:02:1104040:69). Границы земельного участка с кадастровым номером 23:02:1104040:69 поставлены на кадастровый учет в 2012 году на основании межевого план от 11.04.2012 г. подготовленного кадастровым инженером ФИО3 (ООО «Геоинжиниринг»). Уточнение границ земельного участка с кадастровым номером 23:02:1104040:69 проводилось на основании картографической основы (ортофотоплан, картографический материал), т.е. без проведения полевых работ по измерению с использованием геодезических приборов для определения фактического местоположения земельного участка. В заключении кадастрового инженера указано, что земельный участок с кадастровым номером 23:02:1104040:69 граничит с земельными участкам истцов, однако в акте согласования местоположения границ земельного участка с кадастровым номером 23:02:1104040:69 отсутствует их подпись. Кадастровым инженером ФИО10 подготовлен межевой план на исправление кадастровой ошибки в местоположении границ земельного участка с кадастровым номером 23:02:1104040:69. Письмом министерства природных ресурсов Краснодарского края от 24.04.2014 г. № 202-5589/14-05.2 корректировка границ земельного участка с кадастровым номером 23:02:1104040:69 согласована. Межевой план и необходимые для кадастрового учета документы были предоставлены в территориальное управление Росимущества в Краснодарском крае и Республике Адыгея. Представитель территориального управления Росимущества в Краснодарском крае обратался в кадастровый орган для осуществления кадастрового учета. Решением от 14.10.2014 г. № 2343/5/14-478199 в кадастровом учете отказано. Согласно решению об отказе, кадастровый орган считает, что при подготовке межевого плана необходимо использовать утвержденные в установленном порядке материалы лесоустройства. Кадастровый инженер ФИО10 обратился в министерство природных ресурсов о предоставлении выписки из государственного лесного реестра. Уведомлением № 1 от 22.12.2014 г. в предоставлении выписки из государственного лесного реестра отказано в виду отсутствия запрашиваемой информации. Уведомление было направлено кадастровому инженеру сопроводительным письмом от 23.12.2014 г. № 202-19347/14-05.2 в котором указана аналогичная информация, на лесной участок отсутствую сведения в государственном лесном реестре как об учтенном. Таким образом, требования, указанные в решении кадастрового органа исполнить невозможно. Для согласования границ земельных участков с кадастровыми номерами 23:02:1103000:86 и 23:02:1103000:87 в министерство природных ресурсов Краснодарского края направлен акт согласования границ. Согласно письму Министерства природных ресурсов Краснодарского края от 02.04.2014 г. № 202-4221/14-05.2, истцам отказано в согласовании границ земельных участков с кадастровыми номерами 23:02:1103000:86 и 23:02:1103000:87, так как имеется наложение на лесной земельный участок с кадастровым номером 23:02:1104040:69. Поскольку исправление реестровой ошибки во внесудебном порядке не представилось возможным, истцы обратились в суд с настоящими исковыми требованиями. Принимая решение по настоящему делу, суд исходил из следующего. В силу пункта 1 статьи 1 ГК РФ гражданское законодательство основывается, в частности, на неприкосновенности собственности,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В силу статей 301 , 304 , 305 ГК РФ собственник может требовать устранения всяких нарушений его права, хотя бы эти нарушения и не были соединены с лишением владения. Права, предусмотренные ст.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В соответствии с частью 2 статьи 1 Федерального закона от 24.07.2007 г. № 221-ФЗ «О государственном кадастре недвижимости» (далее – Закон № 221-ФЗ) (действовавшей до 01.01.2017 г.), государственный кадастр недвижимости является систематизированным сводом сведений об учтенном в соответствии с настоящим Федеральным законом недвижимом имуществе. В силу пункта 2 части 1 статьи 28 Закон № 221-ФЗ (действовавшей до 01.01.2017 г.) ошибкой в государственном кадастре недвижимости, является воспроизведенная в государственном кадастре недвижимости ошибка в документе, на основании которого вносились сведения в государственный кадастр недвижимости (далее – кадастровая ошибка в сведениях). Указанные ч. 2 ст. 1, п. 2 ч. 1 статьи 28 Закона № 221-ФЗ, утратили силу с 01.01.2017 г. (Федеральный закон от 03.07.2016 г. № 361-ФЗ). В настоящее время к указанным правоотношениям применяются нормы Федерального закона от 13.07.2015 г. № 218-ФЗ «О государственной регистрации недвижимости» (далее – Закон о регистрации). В соответствии с ч. 2 ст. 7 Закона о регистрации, ЕГРН представляет собой свод достоверных систематизированных сведений в текстовой форме, который включает в себя реестр объектов недвижимости (далее также - кадастр недвижимости). В силу п. 1 ст. 1 Закона о регистрации данный закон регулирует отношения, возникающие в связи с осуществлением на территории Российской Федерации государственной регистрации прав на недвижимое имущество и сделок с ним, подлежащих в соответствии с законодательством Российской Федерации государственной регистрации, государственного кадастрового учета недвижимого имущества, подлежащего такому учету согласно настоящему Федеральному закону, а также ведением ЕГРН и предоставлением предусмотренных настоящим Федеральным законом сведений, содержащихся в ЕГРН. В соответствии с п. 2 ст. 1 Закона о регистрации - ЕГРН это свод достоверных систематизированных сведений об учтенном в соответствии с настоящим Федеральным законом недвижимом имуществе, о зарегистрированных правах на такое недвижимое имущество, основаниях их возникновения, правообладателях, а также иных установленных в соответствии с настоящим Федеральным законом сведений. В соответствии с п. 3, 5 ст. 1 Закона о регистрации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Государственная регистрация права в ЕГРН является единственным доказательством существования зарегистрированного права. В соответствии с п. 4 ст. 1 Закона о регистрации государственная регистрация прав осуществляется посредством внесения в ЕГРН записи о праве на недвижимое имущество. В соответствии с п. 7 ст. 1 Закона о регистрации, под государственным кадастровым учетом недвижимого имущества понимается внесение в ЕГРН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(далее также – объекты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настоящим Федеральным законом сведений об объектах недвижимости (далее – государственный кадастровый учет). Исходя из положений ч. 6 ст. 72 Закона о регистрации с 01.01.2017 г. сведения Единого государственного реестра прав на недвижимое имущество и сделок с ним и сведения государственного кадастра недвижимости считаются сведениями, содержащимися в ЕГРН и не требующими дополнительного подтверждения, в том числе указанными в ст. 4 Закона о регистрации участниками отношений, возникающих при осуществлении государственного кадастрового учета и (или) государственной регистрации прав. Статьей 61 Закона о регистрации предусмотрен порядок исправления технических и реестровых ошибок, содержащихся в ЕГРН. В силу п. 3 статьи 61 Закона о регистрации воспроизведенная в ЕГРН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Нормой части 4 статьи 61 Закона о регистрации установлено, что в случаях, если существуют основания полагать, что исправление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ЕГРН, такое исправление производится только по решению суда. Согласно п. 1 ст. 3 Закона о регистрации государственный кадастровый учет, государственная регистрация прав, ведение ЕГРН и предоставление сведений, содержащихся в ЕГРН, осуществляются уполномоченным Правительством Российской Федерации федеральным органом исполнительной власти и его территориальными органами (далее – орган регистрации прав). В соответствии со ст. 43 Закона о государственной регистрации недвижимости, государственный кадастровый учет, в связи с изменением описания местоположения границ земельного участка и (или) его площади, за исключением случаев образования земельного участка при выделе из земельного участка или разделе земельного участка, при которых преобразуемый земельный участок сохраняется в измененных границах, осуществляется при условии, если такие изменения связаны с уточнением описания местоположения границ земельного участка, о котором сведения, содержащиеся в ЕГРН, не соответствуют установленным на основании настоящего Федерального закона требованиям к описанию местоположения границ земельных участков (далее - уточнение границ земельного участка). Если при государственном кадастровом учете, в связи с уточнением местоположения части границ земельного участка, которая одновременно является общей (смежной) частью границ других земельных участков, и (или) изменением площади земельного участка требуется внесение изменений в сведения, содержащиеся в ЕГРН, о смежных с ним земельных участках, орган регистрации прав одновременно с осуществлением государственного кадастрового учета вносит соответствующие изменения в сведения, содержащиеся в ЕГРН о местоположении границ (частей границ) и площади указанных смежных земельных участков. При этом представление дополнительных заявлений о государственном кадастровом учете изменений в сведениях, содержащихся в ЕГРН, в отношении указанных смежных земельных участков не требуется. В указанном случае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 (п. 2 ст. 43 Закона о государственной регистрации недвижимости). Таким образом, как было указано выше, в соответствии со ст. 43 Закона о регистрации предусмотрено одновременное внесение сведений об уточнении местоположения всех границ смежных земельных участков. Как указал Верховный Суд РФ в определении от 06.02.2017 г. по делу № 310-ЭС16-10203 об установлении границы земельного участка в соответствии с координатами поворотных точек, указанных в межевом плане: "Требование (исковое требование) об установлении (определении) границ земельного участка является самостоятельным способом защиты, направленным на устранение неопределенности в прохождении границы земельного участка при наличии возражений заинтересованного лица, выдвинутых, в частности, в рамках процедуры согласования границ. Итогом рассмотрения указанного требования должен быть судебный акт, которым будет установлена смежная граница между земельными участками по координатам поворотных точек (либо иным способом, предусмотренным законодательством). На основании судебного акта установленная граница вносится в государственный кадастр недвижимости (в настоящее время - Единый государственный реестр недвижимости)". Такой подход согласуется с правовой позицией, изложенной в постановлении Президиума Высшего Арбитражного Суда Российской Федерации от 06.09.2011 г № 4275/11, в соответствии с которой резолютивная часть решения суда по любому делу, связанному с образованием и/или изменением границ земельных участков, должна содержать их уникальные характеристики, подлежащие внесению в кадастр недвижимости. Из содержания ч. 7 ст. 61 Федерального закона от 13.07.2015 г. № 218-ФЗ «О государственной регистрации недвижимости» следует, что исправление реестровой ошибки сводится к внесению изменений в сведения Единого государственного реестра недвижимости о местоположении границ и площади земельного участка. Исходя из пункта 56 постановления Пленума Верховного Суда Российской Федерации и Пленума Высшего Арбитражного Суда Российской Федерации от 29.04.2010 г. № 10/22 «О некоторых вопросах, возникающих в судебной практике при разрешении споров, связанных с защитой права собственности и других вещных прав", суд вправе сделать выводы о допущенной кадастровой (реестровой) ошибке только в том случае, если вносимые изменения не повлекут нарушений прав и законных интересов других лиц и при отсутствии спора о праве на недвижимое имущество. В пункте 1 Постановления Пленума Высшего Арбитражного Суда Российской Федерации от 12.10.2006 г. № 54 «О некоторых вопросах подсудности дел по искам о правах на недвижимое имущество" и пункте 2 Постановления Пленумов Верховного Суда Российской Федерации и Высшего Арбитражного Суда Российской Федерации от 29.04.2010 г. № 10/22 «О некоторых вопросах, возникающих в судебной практике при разрешении споров, связанных с защитой права собственности и других вещных прав» даны разъяснения, согласно которым иски об установлении границ земельного участка относятся к искам о правах на недвижимое имущество. Гражданский кодекс Российской Федерации устанавливает основополагающие принципы осуществления государственной регистрации прав на недвижимое имущество, одними из которых являются принципы публичности и достоверности, то есть бесспорности зарегистрированных в реестре прав, отсутствия сомнений в наличии у объекта ошибок при определении границ. Требования, заявленные истцами, направлены на изменение в ЕГРН недостоверных сведений об объекте недвижимости, не отвечающим частям 1 и 7 статьи 1 и статьи 8 Федерального закона № 218-ФЗ и нарушающим права истцов. Определением Арбитражного суда Краснодарского края от 25.10.2022 г. назначена судебная экспертиза. Проведение судебной экспертизы поручено ООО «Экспертное учреждение «ЭкспертЪ», экспертам ФИО8 и ФИО9 Перед экспертами поставлены вопросы в следующей редакции: Вопрос № 1: установить местоположение (координаты) границ земельного участка с кадастровым номером 23:02:1104040:69, 23:02:1103000:86, 23:02:1103000:87 в соответствии с правоустанавливающими (правоподтверждающими) документами, документами, определявшими местоположение границ указанных земельных участков при их образовании. Вопрос № 2: определить, соответствует ли местоположение границ земельных участков с кадастровыми номерами 23:02:1104040:69, 23:02:1103000:86, 23:02:1103000:87 по сведениям Единого государственного реестра недвижимости их фактическими границами? Вопрос № 3: определить, имеются ли реестровые ошибки в сведениях Единого государственного реестра недвижимости об описании местоположения (координатах) границ земельных участков с кадастровыми номерами 23:02:1104040:69, 23:02:1103000:86, 23:02:1103000:87. В случае наличия реестровых ошибок, указать в чем они заключаются и предложить способ их устранения. В суд поступило заключение экспертов № 1718/16.1 от 22.02.2023 г. Согласно экспертному заключению эксперты ответили на поставленные вопросы следующим образом. Ответ на вопрос № 1: определение местоположения границ и площади земельного участка с кадастровым номером 23:02:1104040:69 выполнены без привязки с местности (без выезда в натуру) с недостаточной точностью. Установить местоположение границ земельного участка с кадастровым номером 23:02:1104040:69 в соответствии с представленными правоустанавливающими документами и документами, определявшими его местоположение при их образовании (ортофотоснимками), технически невозможно. Определение местоположения границ земельного участка с кадастровым номером 23:02:1103000:86 выполнено без привязки с местности (без выезда в натуру) с недостаточной точностью. Установить местоположение границ земельного участка с кадастровым номером 23:02:1103000:86 в соответствии с представленными правоустанавливающими документами и документами, определявшими его местоположение при их образовании (плане к договору аренды от 28.12.2001 г. № 1-948/ЦФ) с достаточной точностью, технически невозможно. Установить местоположение границ земельного участка с кадастровым номером 23:02:1103000:86 в соответствии с представленными правоустанавливающими документами и документами, определявшими его местоположение при их образовании (плане к договору аренды от 28.12.2001 г. № 1-947/1 (Ф)) с достаточной точностью, технически невозможно. Ответ на вопрос № 2: в процессе проведения экспертного осмотра выполнена топографическая съемка поляны «Козловой» в месте расположения спорных земельных участков с кадастровыми номерами 23:02:1104040:69, 23:02:1103000:86 и 23:02:1103000:87. На основании выполненной топографической съемки экспертами определена фактическая (существующая на местности) граница между земельным участком лесного фонда с кадастровым номером 23:02:1104040:69 и поляной «Козловой» по краю произрастания высокоствольной древесной растительности породы Дуб, Граб. Каталог координат характерных точек фактической границы между земельным участком с кадастровым номером 23:02:1104040:69 (лесной участок) и поляной «Козловой» представлен в таблице № 5 заключения. Фактическая граница между земельным участком с кадастровым номером 23:02:1104040:69 (лесной участок) и поляной «Козловой» в месте расположения спорных земельных участков с кадастровыми номерами 23:02:1103000:86 и 23:02:1103000:87, соответствуют границам зоны лесничества с реестровым номером 23:00-15.13, а именно находятся в допуске погрешности определения координат характерных точек земель сельскохозяйственного назначения (2,5 м). При сравнении сведений ЕГРН (таб. № 1 заключения) и определенных данных (таб. № 5 заключения) экспертами определено, что: – фактическое местоположение границ земельного участка с кадастровым номером 23:02:1104040:69 в месте расположения поляны "Козловой", не соответствует сведениям ЕГРН об этих границах, выявленные несоответствия составляют от 89,33 м до 104,48 м. – границы земельного участка с кадастровым номером 23:02:1104040:69, сведения о которых содержатся в ЕГРН, накладываются на фактические границы поляны «Козловой», площадь наложения составляет 47310,40 кв.м. Схема местоположения фактической границы между земельным участком с кадастровым номером 23:02:1104040:69 (лесной участок) и поляной «Козловой» относительно сведений ЕГРН, представлена в Приложении № 1 к заключению. При сравнении сведений ЕГРН (таб. № 2,3 заключения), определенных данных (таб. № 5 заключения) и выполненной топографической экспертами определено, что: – границы земельного участка с кадастровым номером 23:02:1103000:86, сведения о которых содержатся в ЕГРН, накладываются на фактические границы леса - земельного участка с кадастровым номером 23:02:1104040:69, площадь наложения составляет 648,80 кв.м.; – границы земельного участка с кадастровым номером 23:02:1103000:87, сведения о которых содержатся в ЕГРН, накладываются на фактические границы леса - земельного участка с кадастровым номером 23:02:1104040:69, площадь наложения составляет 1040 кв.м.; – строения и сооружения, принадлежащие истцам, расположены за границами земельных участков с кадастровыми номерами 23:02:1103000:86 и 23:02:1103000:87, сведения о которых содержатся в ЕГРН (см. Приложение № 2 к заключению). Схема местоположения фактической границы между земельным участком с кадастровым номером 23:02:1104040:69 (лесной участок) и поляной «Козловой» относительно сведений ЕГРН о земельных участках с кадастровыми номерами 23:02:1103000:86 и 23:02:1103000:87, представлена в Приложении № 2 к заключению. Ответ на вопрос № 3: на основании проведенных исследований по вопросу суда № 2, эксперты приходят к выводу, что в сведениях ЕГРН о местоположении границ земельных участков с кадастровыми номерами 23:02:1104040:69, 23:02:1103000:86, 23:02:1103000:87, содержатся реестровые ошибки, допущенные при уточнении их границ (межевании). B данном исследуемом случае реестровые ошибки заключаются в выявленных: - несоответствии фактических границ земельного участка с кадастровым номером 23:02:1104040:69 (лесной участок) сведениям ЕГРН; – наложении (пересечении) границ земельного участка с кадастровым номером 23:02:1104040:69 (лесной участок), сведения о которых содержатся в ЕГРН, на фактические границы поляны «Козловой»; – наложении (пересечении) границ земельных участков с кадастровыми номерами 23:02:1103000:86 и 23:02:1103000:87, сведения о которых содержатся в ЕГРН, на фактические границы земельного участка с кадастровым номером 23:02:1104040:69 (лесной участок); – включении в границы земельных участков с кадастровыми номерами 23:02:1103000:86 и 23:02:1103000:87, сведения о которых содержатся в ЕГРН, части земель лесного фонда, занятых высокоствольной древесной растительностью. Для устранения (исправления) реестровой ошибки сведения ЕГРН о местоположении границ земельного участка с кадастровым номером 23:02:1104040:69 (лесной участок), необходимо привести в соответствие с его фактической (существующей на местности) границей с поляной "Козловой". Каталог координат характерных точек границ земельного участка с кадастровым номером 23:02:1104040:69 (лесной участок) по результатам устранения реестровой ошибки, представлен в таблице № 6 заключения. Площадь земельного участка с кадастровым номером 23:02:1104040:69 по адресу: край Краснодарский, р-н Апшеронский, Апшеронское лесничество, Гуамское участковое лесничество, квартал ЗЗБ части выделов 12, 25, квартал 34Б выдела 3, 7, 8, 11-15, части выделов 1, 2, 4-6, 9, 10, 16, квартал 35Б часть выдела 1, квартал 40Б часть выдела 6, квартал 41Б части выдел 1, 3-6, определенная по результатам исправления реестровой ошибки, составляет 1777582 кв.м., что больше его площади по сведениям ЕГРН на 19645 кв.м. Границы земельного участка с кадастровым номером 23:02:1104040:69 от точки н1 до точки н16, от точки н20 до точки н1 откорректированы в соответствии с его фактическими границами поляны «Козловой», соответствующими границам зоны лесничества с реестровым номером 23:00-15.13. Остальные границы земельного участка с кадастровым номером 23:02:1104040:69 не изменялись и полностью соответствуют сведениям ЕГРН. Схема местоположения границ земельного участка с кадастровыми номерами 23:02:1104040:69 по адресу: край Краснодарский, р-н Апшеронский, Апшеронское лесничество, Гуамское участковое лесничество, квартал ЗЗБ части выделов 12, 25, квартал 34Б выдела 3, 7, 8, 11-15, части выделов 1, 2, 4-6, 9, 10, 16, квартал 35Б часть выдела 1, квартал 40Б часть выдела 6, квартал 41Б части выделов 1, 3-6, по результатам устранения (исправления) реестровой ошибки, представлена в Приложении № 3 к заключению. Исправление реестровых ошибок в сведениях ЕГРН о местоположении границ земельных участков с кадастровыми номерами 23:02:1103000:86 и 23:02:1103000:87 по адресу: Краснодарский край, р-н Апшеронский, Мезмайский сельский округ, район поляны «Козловой» с сохранением их конфигурации технически невозможно. Для исправления реестровых ошибок экспертами разработан вариант формирования (установления) границ земельных участков с кадастровыми номерами 23:02:1103000:86 и 23:02:1103000:87 в соответствии со сложившимся на местности землепользованием и сохранением документальных площадей. Каталог координат характерных точек границ земельного участка с кадастровым номером 23:02:1103000:86 по адресу: Краснодарский край, р-н Апшеронский, Мезмайский сельский округ, район поляны «Козловой», по результатам устранения реестровой ошибки, представлен в таблице № 7 настоящего заключения. Площадь земельного участка с кадастровым номером 23:02:1103000:86 по адресу: Краснодарский край, р-н Апшеронский, Мезмайский сельский округ, район поляны "Козловой", определенная по результатам исправления реестровой ошибки, составляет 15000 кв.м., что соответствует его площади по сведениям ЕГРН. Каталог координат характерных точек границ земельного участка с кадастровым номером 23:02:1103000:87 по адресу: Краснодарский край, р-н Апшеронский, Мезмайский сельский округ, район поляны "Козловой", по результатам устранения реестровой ошибки, представлен в таблице № 8 заключения. Площадь земельного участка с кадастровым номером 23:02:1103000:87 по адресу: Краснодарский край, р-н Апшеронский, Мезмайский сельский округ, район поляны «Козловой», определенная по результатам исправления реестровой ошибки, составляет 15 000 кв.м., что соответствует его площади по сведениям ЕГРН. Схема местоположения границ земельных участков с кадастровыми номерами 23:02:1103000:86 и 23:02:1103000:87 по адресу: Краснодарский край, р-н Апшеронский, Мезмайский сельский округ, район поляны «Козловой», по результатам устранения (исправления) реестровых ошибок, представлена в Приложении № 4 к заключению. Однако, после проведения судебной экспертизы департаментом имущественных отношений заявлено об отсутствии при проведении исследования учета земельного участка с кадастровым номером 23:02:1103000:88, находящегося в собственности края и аренде ФИО4 После опроса эксперта и дачи пояснений по соответствующему вопросу, определением Арбитражного суда Краснодарского края от 17.06.2024 г. назначена дополнительная судебная экспертиза. Производство которой поручено ООО «МУСЭ» (350040, &lt;...&gt;), экспертам ФИО8 и ФИО9 Перед экспертами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Установить местоположение (координаты) границ земельных участков с кадастровыми номерами 23:02:1104040:69, 23:02:1103000:86, 23:02:1103000:87 и 23:02:1103000:88 в соответствии с правоустанавливающими (правоподтверждающими) документами, документами, определявшими местоположение границ указанных земельных участков при их образовании.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соответствует ли местоположение границ земельных участков с кадастровыми номерами 23:02:1104040:69, 23:02:1103000:86, 23:02:1103000:87 и 23:02:1103000:88 по сведениям Единого государственного реестра недвижимости их фактическими границами?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имеются ли реестровые ошибки в сведениях Единого государственного реестра недвижимости об описании местоположения (координатах) границ земельных участков 5 с кадастровыми номерами 23:02:1104040:69, 23:02:1103000:86, 23:02:1103000:87 и 23:02:1103000:88. В случае наличия реестровых ошибок, указать в чем они заключаются и предложить способ их устранения. 14.11.2024 г. в суд поступило экспертное заключение от 01.11.2024 г. № 2099/16.1. Согласно экспертному заключению эксперты ответили на поставленные вопросы следующим образом. Ответ на вопрос № 1: определение местоположения границ и площади земельного участка с кадастровым номером 23:02:1104040:69 выполнены без привязки с местности (без выезда в натуру) с недостаточной точностью. Установить местоположение границ земельного участка с кадастровым номером 23:02:1104040:69 в соответствии с представленными правоустанавливающими документами и документами, определявшими его местоположение при их образовании (ортофотоснимками), технически невозможно. Определение местоположения границ земельного участка с кадастровым номером 23:02:1103000:86 выполнено без привязки с местности (без выезда в натуру) с недостаточной точностью. Установить местоположение границ земельного участка с кадастровым номером 23:02:1103000:86 в соответствии с представленными правоустанавливающими документами и документами, определявшими его местоположение при их образовании (плане к договору аренды от 28.12.2001 г. № 1-948/ЦФ)) с достаточной точностью, технически невозможно. Установить местоположение границ земельного участка с кадастровым номером 23:02:1103000:86 в соответствии с представленными правоустанавливающими документами и документами, определявшими его местоположение при их образовании (плане к договору аренды от 28.12.2001 г. № 1-947/1 (Ф)) с достаточной точностью, технически невозможно. Установить местоположение (координаты) границ земельного участка с кадастровым номером 23:02:1103000:88 по адресу: край Краснодарский край, р-н Апшеронский, Мезмайский сельский округ, район поляны "Козловой", в соответствии с правоустанавливающими (правоподтверждающими) документами и документами, определявшими местоположение его границ при их образовании, не представляется возможным. Ответ на вопрос № 2: в процессе проведения экспертного осмотра выполнена топографическая съемка поляны "Козловой" в месте расположения спорных земельных участков с кадастровыми номерами 23:02:1104040:69, 23:02:1103000:86 и 23:02:1103000:87. На основании выполненной топографической съемки экспертами определена фактическая (существующая на местности) граница между земельным участком лесного фонда с кадастровым номером 23:02:1104040:69 и поляной «Козловой» по краю произрастания высокоствольной древесной растительности породы Дуб, Граб. При сравнении сведений ЕГРН (таб. № 1 заключения) и определенных данных (таб. № 6 заключения) экспертами определено, что: фактическое местоположение границ земельного участка с кадастровым номером 23:02:1104040:69 в месте расположения поляны "Козловой", не соответствует сведениям ЕГРН об этих границах, выявленные несоответствия составляют от 79,90 м до 104,48 м. (Приложение № 1 к заключению); границы земельного участка с кадастровым номером 23:02:1104040:69, сведения о которых содержатся в ЕГРН, накладываются на фактические границы поляны «Козловой», площадь наложения составляет 45677 кв.м. (Приложение № 1 к заключению). Схема местоположения фактической границы между земельным участком с кадастровым номером 23:02:1104040:69 (лесной участок) и поляной «Козловой» относительно сведений ЕГРН, представлена в Приложении № 1 к заключению. По результатам визуального осмотра определено, что границы земельных участков с кадастровыми номерами 23:02:1103000:86, 23:02:1103000:87 и 23:02:1103000:88 по адресу: Краснодарский край, р-н Апшеронский, Мезмайский сельский округ, район поляны "Козловой", не закреплены на местности, ограждения не установлены. Таким образом, определить соответствие фактических границ земельных участков с кадастровыми номерами 23:02:1103000:86, 23:02:1103000:87 и 23:02:1103000:88, сведениям ЕГРН о местоположении их границ, не представляется возможным. В процессе проведения экспертного осмотра выполнена топографическая съемка строений и сооружений, принадлежащих истцам (таб. № 5 заключения, фото № 1-6). При сравнении сведений ЕГРН (таб. № 2,3 заключения), определенных данных (таб. № 6 заключения) и выполненной топографической съемки экспертами определено, что: – границы земельного участка с кадастровым номером 23:02:1103000:86, сведения о которых содержатся в ЕГРН, накладываются на фактические границы леса - земельного участка с кадастровым номером 23:02:1104040:69, площадь наложения составляет 3071,2 кв.м. (Приложение № 2 к заключению); – границы земельного участка с кадастровым номером 23:02:1103000:87, сведения о которых содержатся в ЕГРН, накладываются на фактические границы леса - земельного участка с кадастровым номером 23:02:1104040:69, площадь наложения составляет 1040 кв.м. (Приложение № 2 к заключению); – строения и сооружения, принадлежащие истцам, расположены за границами земельных участков с кадастровыми номерами 23:02:1103000:86 и 23:02:1103000:87, сведения о которых содержатся в ЕГРН (Приложение № 2 к заключению). Схема местоположения фактической границы между земельным участком с кадастровым номером 23:02:1104040:69 (лесной участок) и поляной «Козловой» относительно сведений ЕГРН о земельных участках с кадастровыми номерами 23:02:1103000:86 и 23:02:1103000:87, представлена в Приложении № 2 к заключению. На основании проведенных исследований по вопросу суда № 2, эксперты приходят к выводу, что в сведениях ЕГРН о местоположении границ земельных участков с кадастровыми номерами 23:02:1104040:69, 23:02:1103000:86, 23:02:1103000:87, содержатся реестровые ошибки, допущенные при уточнении их границ (межевании). В данном исследуемом случае реестровые ошибки заключаются в выявленных: – несоответствии фактических границ земельного участка с кадастровым номером 23:02:1104040:69 (лесной участок) сведениям ЕГРН; – наложении (пересечении) границ земельного участка с кадастровым номером 23:02:1104040:69 (лесной участок), сведения о которых содержатся в ЕГРН, на фактические границы поляны «Козловой», а также строения и сооружения истцов; – наложении (пересечении) границ земельных участков с кадастровыми номерами 23:02:1103000:86 и 23:02:1103000:87, сведения о которых содержатся в ЕГРН, на фактические границы земельного участка с кадастровым номером 23:02:1104040:69 (лесной участок); – включении в границы земельных участков с кадастровыми номерами 23:02:1103000:86 и 23:02:1103000:87, сведения о которых содержатся в ЕГРН, части земель лесного фонда, занятых высокоствольной древесной растительностью; – расположении строений и сооружений истцов за границами земельных участков с кадастровыми номерами 23:02:1103000:86 и 23:02:1103000:87, сведения о которых содержатся в ЕГРН. Экспертами выполнен анализ данных общедоступного ресурса Google карты, а также были исследованы спутниковые снимки общедоступного ресурса https://earth-google.ru (таб. № 7 заключения), согласно которых фактическое местоположение строений и сооружений истцов сложилось на местности не позднее 2007 года, то есть пятнадцать и более лет. Исправление реестровых ошибок в сведениях ЕГРН о местоположении границ земельных участков с кадастровыми номерами 23:02:1103000:86 и 23:02:1103000:87 по адресу: Краснодарский край, р-н Апшеронский, Мезмайский сельский округ, район поляны «Козловой» с сохранением их конфигурации технически невозможно. В этой связи, для исправления реестровых ошибок экспертами разработан вариант формирования (установления) границ земельных участков с кадастровыми номерами 23:02:1103000:86 и 23:02:1103000:87 в соответствии со сложившимся на местности землепользованием, с учетом фактического местоположения строений и сооружений истцов, подтвержденного на местности пятнадцать и более лет, и сохранением их документальных площадей. Каталог координат характерных точек границ земельного участка с кадастровым номером 23:02:1103000:86 по адресу: Краснодарский край, р-н Апшеронский, Мезмайский сельский округ, район поляны "Козловой", определенных по результатам устранения реестровой ошибки, представлен в таблице № 8 заключения. Таблица № 8. Каталог координат характерных точек границ земельного участка с кадастровым номером 23:02:1103000:86 определенных по результатам устранения реестровой ошибки. №№ точек Меры линии №№ точек Координаты X У 1 2 3 4 5 н1-н2 68.27 н1 383607.92 2226910.08 н2-нЗ 90.52 н2 383673.26 2226890.31 нЗ-н4 77.06 н3 383719.98 2226967.84 н4-н5 32.60 н4 383750.15 2227038.76 н5-н6 66.52 н5 383720.15 2227051.51 н6-н7 15.31 н6 383653.63 2227051.51 н7-н8 5.04 н7 383638.33 2227051.13 н8-н9 5.25 н8 383633.28 2227051.00 н9-н1 138.02 н9 383633.26 2227045.75 Площадь земельного участка с кадастровым номером 23:02:1103000:86 по адресу: Краснодарский край, р-н Апшеронский, Мезмайский сельский округ, район поляны "Козловой", определенная по результатам исправления реестровой ошибки, составляет 15000 кв.м., что соответствует его площади по сведениям ЕГРН. Каталог координат характерных точек границ земельного участка с кадастровым номером 23:02:1103000:87 по адресу: Краснодарский край, р-н Апшеронский, Мезмайский сельский округ, район поляны «Козловой», определенных по результатам устранения реестровой ошибки, представлен в таблице № 9 заключения. Таблица № 9. Каталог координат характерных точек границ земельного участка с кадастровым номером 23:02:1103000:87 определенных по результатам устранения реестровой ошибки. №№ точек Меры линии №№ точек Координаты X У 1 2 3 4 5 н1-н9 138.02 н1 383607.92 2226910.08 н9-н10 43.04 н9 383633.27 2227045.75 н10-н11 15.75 Н10 383591.73 2227034.48 н11-н12 107.43 н11 383588.38 2227049.88 н12-н13 81.06 н12 383482.71 2227030.56 н13-н1 125.17 н13 383489.21 2226949.77 Площадь земельного участка с кадастровым номером 23:02:1103000:87 по адресу: Краснодарский край, р-н Апшеронский, Мезмайский сельский округ, район поляны «Козловой», определенная по результатам исправления реестровой ошибки, составляет 15000 кв.м., что соответствует его площади по сведениям ЕГРН. Схема местоположения определенных по результатам устранения (исправления) реестровых ошибок границ земельных участков с кадастровыми номерами 23:02:1103000:86 и 23:02:1103000:87 по адресу: Краснодарский край, р-н Апшеронский, Мезмайский сельский округ, район поляны «Козловой» представлена в Приложении № 3 к заключению. Для устранения (исправления) реестровой ошибки сведения ЕГРН о местоположении границ земельного участка с кадастровым номером 23:02:1104040:69 (лесной участок) экспертами разработан вариант корректировки его границы с учетом определенных по результатам исправления реестровых ошибок границ земельных участков с кадастровыми номерами 23:02:1103000:86 и 23:02:1103000:87. Границы земельного участка с кадастровым номером 23:02:1104040:69 (лесной участок) от точки н2 до точки н13 корректируются только в месте пересечения с определенными по результатам исправления реестровых ошибок границами земельных участков с кадастровыми номерами 23:02:1103000:86 и 23:02:1103000:87 и фактическими границами поляны «Козловой». Остальные границы земельного участка с кадастровым номером 23:02:1104040:69 не изменялись и соответствуют сведениям ЕГРН. Каталог координат характерных точек границ земельного участка с кадастровым номером 23:02:1104040:69 (лесной участок) по результатам устранения реестровой ошибки, представлен в таблице № 10 заключения. Таблица № 10. Каталог координат характерных точек границ земельного участка с кадастровым номером 23:02:1104040:69 по результатам устранения реестровой ошибки. Координаты X У 1 2 3 4 5 Контур 1 1-2 776.35 1 384331.93 2226011.17 2-3 391.73 2 384234.33 2226781.36 3-4 435.33 3 384218.34 2227172.76 4-5 213.96 4 383783.65 2227149.24 5-6 63.10 5 383571.43 2227121.98 6-7 34.72 6 383629.33 2227096.87 7-н7 12.22 7 383638.37 2227063.35 н7-н6 15.31 н7 383638.33 2227051.13 н6-н5 66.52 н6 383653.63 2227051.51 н5-н4 32.60 н5 383720.15 2227051.51 н4-нЗ 77.06 н4 383750.15 2227038.76 нЗ-н2 90.52 н3 383719.98 2226967.84 н2-н14 29.39 н2 383673.26 2226890.31 н14-н15 119.40 н14 383684.42 2226863.12 н15-н16 72.61 н15 383656.29 2226747.08 н16-14 30.75 н16 383728.72 2226742.00 14-15 52.63 14 383722.00 2226712.00 15-16 78.55 15 383709.00 2226661.00 16-17 89.61 16 383787.14 2226653.02 17-18 120.01 17 383737.04 2226578.72 18-19 106.21 18 383750.86 2226459.51 19-20 34.22 19 383710.94 2226361.09 20-21 100.64 20 383728.40 2226331.66 21-22 137.34 21 383650.66 2226267.74 22-23 22.04 22 383582.65 2226387.06 23-24 80.84 23 383569.09 2226404.43 24-25 138.49 24 383519.35 2226468.15 25-26 75.05 25 383510.71 2226606.37 26-27 32.82 26 383471.04 2226670.08 27-28 81.87 27 383453.70 2226697.94 28-29 189.11 28 383372.49 2226687.57 29-30 72.64 29 383355.22 2226875.89 30-31 64.62 30 383289.57 2226906.99 31-32 149.34 31 383226.78 2226922.26 32-33 549.00 32 383079.02 2226900.56 33-34 970.13 33 383079.13 2226351.56 34-35 629.83 34 383060.70 2225381.60 35-36 486.17 35 383682.22 2225483.63 36-1 473.91 36 384160.79 2225569.24 Площадь: 1685212 кв.м Контур 2 н10-н9 43.03 н10 383591.73 2227034.48 н9-н8 5.25 н9 383633.27 2227045.75 н8-2 11.81 н8 383633.28 2227051.00 2-3 31.25 2 383633.32 2227062.81 3-4 70.27 3 383624.80 2227092.88 4-5 485.16 4 383560.19 2227120.51 5-6 154.33 5 383078.98 2227058.69 6-7 148.18 6 383079.02 2226904.36 7-8 64.32 7 383225.61 2226925.99 8-9 155.90 8 383289.26 2226935.25 9-10 2.90 9 383444.56 2226948.87 10-н13 44.37 10 383445.00 2226946.00 н13-н12 81.06 н13 383489.21 2226949.77 н12-н11 107.43 н12 383482.71 2227030.56 Площадь: 72725 кв.м Площадь земельного участка с кадастровым номером 23:02:1104040:69 по адресу: край Краснодарский, р-н Апшеронский, Апшеронское лесничество, Гуамское участковое лесничество, квартал 33Б части выделов 12, 25, квартал 34Б выдела 3, 7, 8, 11-15, части выделов 1, 2, 4-6, 9, 10, 16, квартал 35Б часть выдела 1, квартал 40Б часть выдела 6, квартал 41Б части выделов 1, 3-6, определенная по результатам исправления реестровой ошибки, составляет 1757937 кв.м. (контур № 1-1685212 кв.м., контур № 2 – 72725 кв.м.), что соответствует его площади по сведениям ЕГРН. Схема местоположения границ земельного участка с кадастровыми номерами 23:02:1104040:69 по адресу: край Краснодарский, р-н Апшеронский, Апшеронское лесничество, Гуамское участковое лесничество, квартал ЗЗБ части выделов 12, 25, квартал 34Б выдела 3, 7, 8, 11-15, части выделов 1, 2, 4-6, 9, 10, 16, квартал 35Б часть выдела 1, квартал 40Б часть выдела 6, квартал 41Б части выделов 1, 3-6, по результатам устранения (исправления) реестровой ошибки, представлена в Приложении № 4 к заключению. Предложенный вариант устранения реестровых ошибок в сведениях ЕГРН о местоположении границ земельных участков с кадастровыми номерами 23:02:1103000:86, 23:02:1103000:87 и 23:02:1104040:69 (таб. № 8-10 заключения) не затрагивает границы земельного участка с кадастровым номером 23:02:1103000:88 по адресу: край Краснодарский, р-н Апшеронский, Мезмайский сельский округ, район поляны «Козловой», пересечения и наложения отсутствуют. После поступления дополнительного экспертного исследования, определением Арбитражного суда Краснодарского края от 10.04.2025 г. в судебное заседание вызваны эксперты. Перед экспертами поставлен вопрос о причинах пересечения контура 2 земельного участка с кадастровым номером 23:02:1104040:69 с земельными участками с кадастровыми номерами 23:02:1103000:87 и 23:02:1103000:86 в точке н9, а также вопрос за счет чего сохранились площади земельных участков с кадастровыми номерами 23:02:1104040:69, 23:02:1103000:86, 23:02:1103000:87, учитывался ли Приказ Федерального агентства лесного хозяйства от 04.03.2022 г. № 98 при проведении экспертизы. Эксперты требования определения суда выполнили, направил в суд письменные ответы следующего содержания: При подготовке ответа и выводов по вопросу суда № 3 заключения эксперта № 2099/16.1 от 01.11.2024 г., а именно при переносе координат характерных точек из программного комплекса NanoCAD в таблицу № 8 заключения и графическое Приложение № 3 «Схема местоположения определённых по результатам устранения (исправления) реестровых ошибок границ земельных участков с кадастровыми номерами 23:02:1103000:86 и 23:02:1103000:87 по адресу: Краснодарский край, р-н Апшеронский, Мезмайский сельский округ, район поляны «Козловой» допущена техническая ошибка в значении координаты X характерной точки н9. Далее по тексту приведена таблица № 8 заключения эксперта № 2099/16.1 от 01.11.2024 г., по результатам устранения выявленной технической ошибки. Таблица № 8 Каталог координат характерных точек границ земельного участка с кадастровым номером 23:02:1103000:86 определенных по результатам устранения реестровой ошибки. №№ точек Меры линии №№ точек Координаты X У 1 2 3 4 5 н1-н2 68.27 н1 383607.92 2226910.08 н2-нЗ 90.52 н2 383673.26 2226890.31 нЗ-н4 77.06 н3 383719.98 2226967.84 н4-н5 32.60 н4 383750.15 2227038.76 н5-н6 66.52 н5 383720.15 2227051.51 н6-н7 15.31 н6 383653.63 2227051.51 н7-н8 5.04 н7 383638.33 2227051.13 н8-н9 5.25 н8 383633.28 2227051.00 н9-н1 138.02 н9 383633.27 2227045.75 Площадь земельного участка с кадастровым номером 23:02:1103000:86 по адресу: Краснодарский край, р-н Апшеронский, Мезмайский сельский округ, район поляны «Козловой», определенная по результатам исправления реестровой ошибки, составляет 15000 кв.м., что соответствует его площади по сведениям ЕГРН. При исправлении реестровой ошибки лесного участка с кадастровым номером 23:02:1104040:69, влекущее изменение его конфигурации, на вопрос за счет какой территории сохранена площадь лесного участка, экспертом ФИО8 указано на территорию неразграниченной формы собственности, представленная в настоящее время высокоствольными деревьями породы Дуб, Граб. Также в судебном заседании эксперт пояснил, что Приказ учтен при первоначальной экспертизе. Предложенный экспертом вариант исправления реестровой ошибки в местоположении земельных участков с кадастровыми номерами 23:02:110300086, 23:02:110300087 в свою очередь исключают их расположение по данным ЕГРН на территории покрытой лесами. Таким образом, с учетом экспертных заключений по основному и дополнительному исследованию реестровая ошибка установлена. Согласно ст. 71 АПК РФ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Доказательство признается арбитражным судом достоверным, если в результате его проверки и исследования выяснится, что оно соответствует действительности.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в то же время, заключение эксперта занимает среди них особое место при оценке его в ряде других доказательств, что объясняется тем, что суд в этом случае исследует такие факты, сведения о которых могут быть получены только в результате специального исследования - экспертизы, то есть эти факты могут быть подтверждены (или опровергнуты) лишь специальными познаниями в области науки, искусства, техники, строительства, информатизации и т.д. Поэтому экспертиза является средством получения верного знания о факте (фактах).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(ч. 1 ст. 64 АПК РФ ). Каких-либо противоречий либо сомнений в обоснованности указанного заключения, судом не установлено. Дополнительное экспертное заключение с учетом его корректировки, не опорочено и не оспорено, о проведении повторной экспертизы суду не заявлено. В связи с чем, экспертное заключение принимается судом в качестве надлежащих доказательств. Истец уточнил требования по варианту исправления реестровой ошибки согласно заключению экспертов. Судом установлено, что уточненные требования в полном объеме соответствуют заключению эксперта. Возражая против удовлетворения требований, участники процесса указывали на ненадлежащего ответчика в лице департамента лесного хозяйства. Данный довод отклоняется судом, поскольку земельный участок с кадастровым номером 23:02:1104040:69 отнесен к землям лесного фонда и находится в собственности Российской Федерации, в связи с чем, полномочия по защите имущественных прав и законных интересов Российской Федерации в области лесных отношений осуществляет Федеральное агентство лесного хозяйства в лице территориального органа Департамента лесного хозяйства по ЮФО. Также участники процесса возражали относительно изменения площади лесного участка и изменения конфигураций земельных участков истцов. Однако, по результатам дополнительного исследования экспертами предложен вариант исправления реестровой ошибки без изменения площади лесного участка. В отношении изменения иных сведений ЕГРН суд отмечает, что из материалов дела действительно усматривается наличие реестровой ошибки в местоположении земельных участков, арендуемых истцами и лесным фондом, что в том числе признавалось в досудебном порядке, но не исправлено в виду отказа органа регистрации. Из графических материалов проведенного исследования также усматривается смещение земельных участков на лесные насаждения, что нарушает права истцов как арендаторов и требует корректировки и приведению в соответствие в судебном порядке в отсутствие иного способа защиты нарушенных прав. Из вышеизложенного, суд приходит к выводу, что сведения об измененных границах спорных земельных участков, отраженные в заключении эксперта, соответствуют действующему законодательству, не нарушают права и законные интересы третьих лиц, не пересекают границы земельных участков смежных землепользователей, установлены с учетом интересов истца и ответчиков. Спор о праве отсутствует. Доводы ответчиков, изложенные в отзывах, подлежат отклонению, поскольку основаны на ошибочном толковании (понимании) норм материального права, и по существу не опровергают представленные в материалы дела доказательства. В связи с чем, исковые требования подлежат удовлетворению в полном объеме. В целях устранения выявленной экспертами реестровой ошибки, суд считает необходимым удовлетворить требования в части исправления реестровых ошибок в отношении земельных участков с кадастровыми номерами 23:02:1104040:69, 23:02:1103000:86, 23:02:1103000:87 путем внесения в Единый государственный реестр недвижимости сведений об описании местоположения их границ согласно указанным экспертами координатам характерных точек. При этом, суд отмечает, что настоящий судебный акт, вступивший в законную силу с указанием координат и поворотных точек, является основанием для обращения к кадастровому инженеру для подготовки межевого плана и последующего обращения в орган регистрации права для учета изменений местоположения границ в виду следующего. Согласно статье 8 Законом № 218-ФЗ в кадастр недвижимости вносятся основные и дополнительные сведения об объекте недвижимости. К основным сведениям об объекте недвижимости относятся характеристики объекта недвижимости, позволяющие определить такой объект недвижимости в качестве индивидуально-определенной вещи, а также характеристики, которые определяются и изменяются в результате образования земельных участков, уточнения местоположения границ земельных участков, строительства и реконструкции зданий, сооружений, помещений и машино-мест, перепланировки помещений. Данные сведения вносятся в кадастр недвижимости на основании документов, указанных в пунктах 7, 7.2 - 7.4 части 2 статьи 14 настоящего Федерального закона, если иное не установлено настоящим Федеральным законом. В соответствии с п. 7 ст. 14 Закона № 218-ФЗ основные сведения земельного участка вносятся в кадастр недвижимости на основании межевого плана. Согласно сложившейся судебной практике (постановление Арбитражного суда Северо-Кавказского округа от 28.07.2021 г. по делу № А32-53642/2020, постановление Арбитражного суда Северо-Кавказского округа от 16.11.2021 г. по делу № А32-48791/2020) решение суда, содержащее сведения о новых значениях координат характерных точек земельного участка, в соответствии с требованиями действующего законодательства является основанием для подготовки межевого плана, необходимого для осуществления государственного кадастрового учета изменения описания местоположения границ земельных участков. Таким образом, поскольку резолютивная часть решения не содержит в себе все необходимые основные характеристики изменяемых земельных участков, в виду их отсутствия в материалах дела, настоящий судебный акт является основанием для обращения к кадастровому инженеру для подготовки межевого плана и последующего обращения в орган регистрации права для учета изменений местоположения границ и площади земельных участков. Суд отклоняет требования истца в части того, что решение является основанием для внесения соответствующих изменений в сведения ЕГРН без заявлений правообладателя, поскольку суд не является регистрирующим органом осуществляющим функцию по кадастровому учету объектов недвижимости и не может определять документы, необходимые для внесения сведений в ЕГРН. В порядке ст. 110 АПК РФ судебные расходы по оплате государственной пошлины и по оплате судебных экспертиз распределению не подлежат с учетом соответствующего заявления истцов в процессе рассмотрения настоящего спора. Руководствуясь статьями 49 , 65 , 150 , 156 , 159 , 167 - 170 , 176 Арбитражного процессуального кодекса Российской Федерации, РЕШИЛ: Принять отказ истцов от части требований. Производство по делу в части требований об исключении из ЕГНР ошибочных координат поворотных точек земельного участка с кадастровым номером 23:02:1104040:69, 23:02:1103000:86 и 23:02:1103000:87 прекратить. Исправить реестровую ошибку в описании местоположения границ земельного участка с кадастровым номером 23:02:1104040:69 по адресу: Краснодарский край, р-н Апшеронский, Апшеронское лесничество, Гуамское участковое лесничество, квартал ЗЗБ части выделов 12, 25, квартал 34Б выдела 3, 7, 8, 11-15, части выделов 1, 2, 4-6, 9, 10, 16, квартал 35Б часть выдела 1, квартал 40Б часть выдела 6, квартал 41Б части выделов 1, 3-6 путем внесения в Единый государственный реестр недвижимости сведений об описании местоположения его границ согласно каталогу координат, указанному в таблице № 10 экспертного заключения № 2099/16.1 от 01 ноября 2024 года в следующих координатах: №№ точек Меры линии №№ точек Координаты X У 1 2 3 4 5 Контур 1 1-2 776.35 1 384331.93 2226011.17 2-3 391.73 2 384234.33 2226781.36 3-4 435.33 3 384218.34 2227172.76 4-5 213.96 4 383783.65 2227149.24 5-6 63.10 5 383571.43 2227121.98 6-7 34.72 6 383629.33 2227096.87 7-н7 12.22 7 383638.37 2227063.35 н7-н6 15.31 н7 383638.33 2227051.13 н6-н5 66.52 нб 383653.63 2227051.51 н5-н4 32.60 н5 383720.15 2227051.51 н4-нЗ 77.06 н4 383750.15 2227038.76 нЗ-н2 90.52 нЗ 383719.98 2226967.84 н2-н14 29.39 н2 383673.26 2226890.31 н14-н15 119.40 н14 383684.42 2226863.12 н15-н16 72.61 н15 383656.29 2226747.08 н16-14 30.75 н16 383728.72 2226742.00 14-15 52.63 14 383722.00 2226712.00 15-16 78.55 15 383709.00 2226661.00 16-17 89.61 16 383787.14 2226653.02 17-18 120.01 17 383737.04 2226578.72 18-19 106.21 18 383750.86 2226459.51 19-20 34.22 19 383710.94 2226361.09 20-21 100.64 20 383728.40 2226331.66 21-22 137.34 21 383650.66 2226267.74 22-23 22.04 22 383582.65 2226387.06 23-24 80.84 23 383569.09 2226404.43 24-25 138.49 24 383519.35 2226468.15 25-26 75.05 25 383510.71 2226606.37 26-27 32.82 26 383471.04 2226670.08 27-28 81.87 27 383453.70 2226697.94 28-29 189.11 28 383372.49 2226687.57 29-30 72.64 29 383355.22 2226875.89 30-31 64.62 30 383289.57 2226906.99 31-32 149.34 31 383226.78 2226922.26 32-33 549.00 32 383079.02 2226900.56 33-34 970.13 33 383079.13 2226351.56 34-35 629.83 34 383060.70 2225381.60 35-36 486.17 35 383682.22 2225483.63 36-1 473.91 36 384160.79 2225569.24 Площадь: 1685212 кв.м Контур 2 н10-н9 43.03 н10 383591.73 2227034.48 н9-н8 5.25 н9 383633.27 2227045.75 н8-2 11.81 н8 383633.28 2227051.00 2-3 31.25 2 383633.32 2227062.81 3-4 70.27 3 383624.80 2227092.88 4-5 485.16 4 383560.19 2227120.51 5-6 154.33 5 383078.98 2227058.69 6-7 148.18 6 383079.02 2226904.36 7-8 64.32 7 383225,61 2226925.99 8-9 155.90 8 383289.26 2226935.25 9-10 2.90 9 383444.56 2226948.87 10-н13 44.37 10 383445.00 2226946.00 н13-н12 81.06 н13 383489.21 2226949.77 н12-н11 107.43 н12 383482.71 2227030.56 н11-н10 15.75 н11 383588.38 2227049.88 Площадь: 72725 кв.м Исправить реестровую ошибку в описании местоположения границ земельного участка с кадастровым номером 23:02:1103000:86 по адресу: Краснодарский край, р-н Апшеронский, Мезмайский сельский округ, район поляны «Козловой» путем внесения в Единый государственный реестр недвижимости сведений об описании местоположения его границ согласно каталогу координат, указанному в таблице № 8 экспертного заключения № 2099/16.1 от 01 ноября 2024 года в следующих координатах: №№ точек №№ точек Координаты Меры линии X У 1 2 3 4 5 н1-н2 68.27 Hi 383607.92 2226910.08 н2-нЗ 90.52 н2 383673.26 2226890.31 нЗ-н4 77.06 нЗ 383719.98 2226967.84 н4-н5 32.60 н4 383750.15 2227038.76 н5-н6 66.52 н5 383720.15 2227051.51 н6-н7 15.31 нб 383653.63 2227051.51 н7-н8 5.04 н7 383638.33 2227051.13 н8-н9 5.25 н8 383633.28 2227051.00 н9-н1 138.02 н9 383633.27 2227045.75 Исправить реестровую ошибку в описании местоположения границ земельного участка с кадастровым номером 23:02:1103000:87 по адресу: край Краснодарский край, р-н Апшеронский, Мезмайский сельский округ, район поляны «Козловой» путем внесения в Единый государственный реестр недвижимости сведений об описании местоположения его границ согласно каталогу координат, указанному в таблице № 9 экспертного заключения № 2099/16.1 от 01 ноября 2024 года в следующих координатах: №№ точек Меры №№ точек Координаты линии X У 1 2 3 4 5 н1-н9 138.02 н1 383607.92 2226910.08 н9-н10 43.04 н9 383633.27 2227045.75 н10-н11 15.75 н10 383591.73 2227034.48 н11-н12 107.43 H11 383588.38 2227049.88 н12-н13 81.06 н12 383482.71 2227030.56 н13-н1 125.17 н13 383489.21 2226949.77 Настоящее решение является основанием для подготовки межевого плана и осуществления управлением Росреестра по Краснодарскому краю учета изменений местоположения границ и площади земельных участков с кадастровыми номерами 23:02:1104040:69, 23:02:1103000:86, 23:02:1103000:87 и внесения соответствующих сведений в Единый государственный реестр недвижимости. Данное решение может быть обжаловано в арбитражный суд апелляционной инстанции в течение месяца со дня его принятия, в арбитражный суд кассационной инстанции - в течение двух месяцев со дня вступления решения в законную силу,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О.В. Кирий Суд: АС Краснодарского края (подробнее) Истцы: Министерство природных ресурсов (подробнее) ООО ЭУЭЪ (подробнее) Управление по вопросам семьи и детства АМО Апшеронский район (подробнее) Ответчики: Департамент лесного хозяйства по Южному Федеральному округу (подробнее) Судьи дела: Кирий О.В. (судья) (подробнее) Последние документы по делу: Решение от 1 февраля 2026 г. по делу № А32-57890/2021 Резолютивная часть решения от 24 сентября 2025 г. по делу № А32-57890/2021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