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«СИБТЕРРА» (ИНН &lt;***&gt;, ОГРН &lt;***&gt;) в пользу ООО «ТД Трейд-ЮГ» (ИНН &lt;***&gt;, ОГРН &lt;***&gt;) задолженность по договору поставки № U 341/21 от 18.09.2021 в размере 265 928 (Двести шестьдесят пять тысяч девятьсот двадцать восемь) рублей 40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«СИБТЕРРА» (ИНН &lt;***&gt;, ОГРН &lt;***&gt;) в пользу ООО «ТД Трейд-ЮГ» (ИНН &lt;***&gt;, ОГРН &lt;***&gt;) неустойку за период с 05.07.2024 по дату фактического исполнения обязательства в размере 0,1 % за каждый день просрочки от суммы неоплаченной задолженности;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«СИБТЕРРА» (ИНН &lt;***&gt;, ОГРН &lt;***&gt;) в пользу ООО «ТД Трейд-ЮГ» (ИНН &lt;***&gt;, ОГРН &lt;***&gt;) расходы по уплате государственной пошлины в размере 20 490 (Двадцать тысяч четыреста девяносто) рублей 00 копеек. В деле в порядке статьи 51 АПК РФ к участию в деле привлечено общество с ограниченной ответственностью «РЕГИОНАВТОДОСТАВКА». Также в процессе рассмотрения спора ООО «Сибтерра» обратилось со встречным иском к ООО «ТД Трейд-ЮГ» с требованиями: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«ТД Трейд-ЮГ» (ИНН &lt;***&gt;, ОГРН &lt;***&gt;) в пользу ООО «СибТерра» (ИНН &lt;***&gt;, ОГРН &lt;***&gt;) убытки в размере 85 038 (Восемьдесят пять тысяч тридцать восемь) рублей 95 копеек. 2. Взыскать с ООО «ТД Трейд- ЮГ» (ИНН &lt;***&gt;, ОГРН &lt;***&gt;) в пользу ООО «СибТерра» (ИНН &lt;***&gt;, ОГРН &lt;***&gt;) расходы по оплате государственной пошлины в размере 10 000 (Десять тысяч) рублей. В ходе судебного разбирательства по нормам статьи 163 АПК РФ 10.09.2025 объявлялся перерыв в судебном заседании до 24.09.2025. Дело рассмотрено по правилам статьи 123 , 156 АПК РФ в отсутствие представителей ООО «Сибтерра» и третьего лица, извещенных о времени и месте судебного заседания надлежащим образом. В соответствии с ч.6 ст. 121 АПК РФ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В судебном заседании заслушан представитель ООО «ТД Трейд-ЮГ», поддержавший исковые требования по основаниям указанным в исковом заявлении, а также возражавший против удовлетворения встречных исковых требований. Исследовав материалы дела и представленные доказательства, арбитражный суд установил следующее: Как следует из материалов дела, между ООО «ТД Трейд-ЮГ» (далее - поставщик) и ООО «Сибтерра» (далее – покупатель) заключен Договор поставки от 18.09.2021 № 341/21, согласно которому Поставщик обязуется поставлять Покупателю продукты питания (Далее по тексту - Товар), соответствующий требования ГОСТов, ТУ, в соответствии с действующим законодательством РФ и сопровождающуюся всеми необходимыми документами для реализации на территории Российской Федерации, а Покупатель - принимать и оплачивать Товар по ценам, указанным в действующем прайс-листе Поставщика, в соответствии с условиями настоящего Договора. Согласно пункту 1.1. Договора, поставка Товара осуществляется партиями, при этом на каждую отдельную партию Товара оформляются все документы, необходимые для реализации Товара, в соответствии с действующим законодательством РФ, в которых указываются: дата поставки, ассортиментный перечень поставляемого Товара, его количество, цена за единицу, а также общая стоимость партии Товара. В соответствии с пунктом 2.1 Договора, поставщик обязуется: 2.1.1. Осуществлять поставку Товара Покупателю в соответствии с условиями настоящего договора. 2.1.2. Соблюдать надлежащие условия хранения Товара до его передачи Покупателю. 2.1.3. На каждую партию Товара предоставлять полный пакет документов, таких как: сертификаты соответствия, декларации о соответствии, универсальный передаточный документ (Далее по тексту - УПД), транспортную накладную, доверенность на право передачи груза. Согласно пункту 2.2. Договора Покупатель обязуется: 2.2.1. Осуществлять приемку Товара в соответствии с условиями настоящего договора. 2.2.2. Обеспечить транспортировку, хранение и реализацию Товара в соответствии с условиями регламентированными производителем Товара. 2.2.3. Осуществить оплату поставленного Товара в сроки, установленные настоящим Договором. Как следует из пункта 5.1 Договора, качество товара должно соответствовать требованиям соответствующих нормативов и ТУ, принятым для данного вида Товара на территории РФ и удостоверяться декларациями соответствия завода изготовителя, прилагаемым к поставленному товару. При поставке Товара Поставщик передает Покупателю все необходимые документы, подтверждающие качество Товара, в том числе сертификаты и декларации соответствия производителя (п. 5.3 Договора). Претензии в отношении качества Товара (скрытые недостатки) принимаются Поставщиком в течение срока его годности и при условии соблюдения Покупателем условий хранения, температурного режима и транспортировки, предусмотренных для данного вида Продукции. При этом Покупатель незамедлительно письменно уведомляет Поставщика об обнаруженных недостатках Товара путем направления письменной претензии с Актом о приемке Товара (унифицированная форма ТОРГ-2 составленный и подписанный в одностороннем порядке и подтверждающими обоснованность претензии документами Также Покупателем производится фотографирование, позволяющее подтвердить выявленные недостатки Партии Товара (п. 5.4 Договора). В случае возникновения споров о качестве товара может быть проведена экспертиза за счет стороны, настаивающей на ее проведении, с дальнейшим отнесением расходов на сторону, которая, в соответствии с экспертным заключением, неправомерно предъявила претензии по качеству либо неправомерно их не принимала. Экспертиза Товара проводится в соответствии с действующим законодательством РФ (п. 5.5 Договора). Согласно пункту 6.6 Договора, расчеты по настоящему договору за каждую отдельную партию Товара производятся следующим образом: Покупатель производит оплату Товара на условиях предоплаты в размере 100% за первые 2 (две) отгрузки, все последующие отгрузки оплачивает в следующие сроки: • товары со сроком годности до тридцати дней в течение 14 (четырнадцать) календарных дней с момента фактического передачи Товара Покупателю (Представителю Покупателя) и подписания товаросопроводительных документов. • товары со сроком годности от тридцати дней в течение 30 (тридцати) календарных дней с момента фактического передачи Товара Покупателю (Представителю Покупателя) и подписания товаросопроводительных документов. В соответствии с пунктом 7.2 Договора, в случае неоплаты партии Товара в установленный настоящим договором срок Поставщик вправе взыскать с Покупателя пени в размере 0,1% от стоимости поставленной партии за каждый день просрочки платежа. Поставщик имеет право в одностороннем порядке прекратить дальнейшую отгрузку Товара до полного погашения Покупателем задолженности за ранее поставленный Товар. ООО «ТД Трейд-ЮГ» представлены универсально передаточные документы № U-0528000112 от 28.05.2024, № U-0604000066 от 04.06.2024, согласно которым продукция была отгружена. Приемка товара осуществлена по доверенности от 31.01.2024 № 31, который ООО «СИБТЕРРА» уполномочило ООО «РЕГИОНАВТОДОСТАВКА» в рамках пункта 4.1 Договора. Факт приемки товара подтверждается экспедиторскими расписками ООО «РЕГИОНАВТОДОСТАВКА» от 28.05.2024 № 000262835 и 04.06.2024 № 000264492. В связи с невыполнением ООО «Сибтерра» обязательств по оплате поставленного товара в полном объеме, ООО «ТД Трейд-ЮГ» в адрес ответчика 26.09.2024 направлена досудебная претензия, с требованием погасить просроченную задолженность, которая оставлена без удовлетворения. Согласно прилагаемому расчету с учетом письменных уточнений, поставленные товары не оплачены, на момент рассмотрения спора в суде, размер задолженности составляет 265 928 ,40 рублей. Поскольку на согласованных в Договоре условиях поставленная продукция оплачена не была, ООО «ТД Трейд-ЮГ» обратился в арбитражный суд с исковым заявлением по настоящему делу. Исследовав в полном объеме и оценив в совокупности документы, имеющиеся в материалах дела, суд находит первоначальное исковое заявление подлежащим удовлетворению, встречное исковое заявление не подлежащим удовлетворению, по следующим основаниям. Рассматривая заявленные требования ООО «ТД Трейд-ЮГ», суд указывает следующее. В соответствии со статьей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том числе, из договоров и иных сделок, предусмотренных законом. В силу пункта 2 статьи 307 Гражданского кодекса Российской Федерации обязательства возникают из договора, вследствие причинения вреда и из иных оснований, указанных в данном Кодексе. В соответствии с пунктом 1 статьи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В силу ч.5 ст. 454 ГК РФ к договору поставки положения, предусмотренные о договоре-купле продажи подлежат применению, если иное не предусмотрено правилами ГК об этих договорах. В соответствии со статьей 506 ГК РФ ,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Нормативной совокупностью ст. 485 и 516 ГК РФ предусмотрена обязанность покупателя оплачивать поставленные товары с соблюдением порядка и формы расчетов по договору и цены договора, при этом в случае, неосновательного отказа либо не оплаты товара получателем товара, в установленный договором срок, поставщик вправе потребовать оплаты поставленных товаров от покупателя. Согласно статьям 309 , 310 Гражданского кодекса Российской Федерации обязательства должны исполняться надлежащим образом в соответствии с условиями договора и требованиями закона, при этом односторонний отказ от исполнения обязательства и одностороннее изменение его условий не допускаются. В материалы дела ООО «ТД Трейд-ЮГ» представлены УПД № U-0528000112 от 28.05.2024, № U-0604000066 от 04.06.2024. Суд обращает внимание, что факт получения товара ООО «РЕГИОНАВТОДОСТАВКА» - субъекта, осуществляющего поставку товара, ответчиком не оспаривался. Следовательно, у ООО «Сибтерра» возникла обязанность по оплате поставленной продукции с момента поставки товара. В соответствии с расчетом ООО «ТД Трейд-ЮГ», задолженность по оплате составляет 265928,40 рублей. В ходе рассмотрения спора ООО «Сибтерра» представлен отзыв и дополнительные птсьменные пояснения и процессуальная позиция по делу, в котором указывалось, что ООО «ТД Трейд-ЮГ» не представлены доказательств надлежащего исполнения обязательств по поставке товара в соответствии с пунктами 1.1, 2.1.3, 3.6 договора поставки. В отгрузочных документах - УПД № U-0528000112 от 28.05.24 и по УПД № U-0604000066 от 04.06.2024 г. - отсутствует декларации соответствия на всю партию товаров, также отсутствует информация о номерах деклараций соответствия на все номенклатурные позиции по форме товарно-сопроводительного документа (перечень сертификатов на товары) либо указание номеров деклараций соответствия в графе 11 УПД Судом рассмотрены доводы ООО «Сибтерра», однако оснований для отказа во взыскании задолженности судом не установлено, по следующим основаниям. В силу статьи 475 Гражданского кодекса Российской Федерации продавец обязан передать покупателю товар, предусмотренный договором купли-продажи. Из статьи 469 Гражданского кодекса Российской Федерации следует, что продавец обязан передать покупателю товар, качество которого соответствует договору купли-продажи.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На основании пункта 1 статьи 518 Гражданского кодекса Российской Федерации покупатель (получатель), которому поставлены товары ненадлежащего качества, вправе предъявить поставщику требования, предусмотренные статьей 475 Гражданского кодекса Российской Федерации,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 (пункт 2 статьи 475 Гражданского кодекса Российской Федерации).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(пункт 1 статьи 476 Гражданского кодекса Российской Федерации). Судом не установлено в действиях продавца по поставке товара ненадлежащего качества Согласно пункту 2.1.3 Договора, на каждую партию Товара предоставлять полный пакет документов, таких как: сертификаты соответствия, декларации о соответствии, универсальный передаточный документ (Далее по тексту - УПД), транспортную накладную, доверенность на право передачи груза. Как следует из пункта 5.1 Договора, качество товара должно соответствовать требованиям соответствующих нормативов и ТУ, принятым для данного вида Товара на территории РФ и удостоверяться декларациями соответствия завода изготовителя, прилагаемым к поставленному товару. При поставке Товара Поставщик передает Покупателю все необходимые документы, подтверждающие качество Товара, в том числе сертификаты и декларации соответствия производителя (п. 5.3 Договора). Суд указывает, по УПД № U-0528000112 от 28.05.2024, № U-0604000066 от 04.06.2024 ООО «ТД Трейд-ЮГ» в адрес ответчика поставлена молочная продукция. В соответствии с постановлением Правительства РФ от 26.12.2011 № 1137 «О формах и правилах заполнения (ведения) документов, применимых при расчетах по налогу на добавленную стоимость», а также с Письмом ФНС России от 21.10.2013 № ММВ-20-3/96@ в графе 11 УПД указывается регистрационный номер (таможенной) декларации на товары, не подлежащих прослеживаемости, ввезенных на территорию Российской Федерации, в случае если их таможенное декларирование предусмотрено правом Евразийского экономического союза, либо регистрационный номер декларации на товары указывается в отношении товаров, не подлежащих прослеживаемости, выпущенных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При совершении операций с товарами, подлежащими прослеживаемости, указывается регистрационный номер партии товара, подлежащего прослеживаемости (пп. "л" в ред. Постановления Правительства РФ от 02.04.2021 N 534). Так как предметом поставки была молочная продукция, которая была произведена на территории Российской Федерации, то заполнение графы 11 УПД не требуется, соответственно требования ООО «Сибтерра» о заполнении сведений о декларации соответствия в УПД не обоснованы, не состоятельны и не основаны на норме закона. Судом установлено, что производителем продукции являлся ООО «РОСТАГРОКОМПЛЕКС». Постановления Правительства РФ от 15.12.2020 N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 пп. е) п. 67 которого предусмотрено предоставление документа, подтверждающего соответствие товара обязательным требованиям (свидетельство о государственной регистрации, декларация о соответствии), номер и дата документа (при наличии требования о подтверждении соответствия товара) – «Знак качества». Требуемые декларации соответствия внесены заводом-изготовителем ООО «РостАгроКомплекс» в информационную систему и доступны для получения при сканировании любого вида продукции. В случае отсутствия таких деклараций соответствия реализация молочной продукции невозможна. Также судом отклоняются доводы ООО «Сибтерра» о том, что 19.06.2024 г., 25.06.2024, 22.07.2024 ООО «СИБТЕРРА» в адрес истца по первоначальному иску направлены Претензии № 037 от 19.06.2024 года с требованием устранить выявленные нарушения и незамедлительно выставить в ЭДО УПД с указанием в графе 11 номера деклараций соответствия, поскольку данные требования не обоснованы. Кроме того, ООО «ТД Трейд-ЮГ» 11.07.2024 в адрес ООО «Сибтерра» был направлен ответ (исх. № 84) на поступившие претензии, в котором указывалось на отсутствие указание вв графе 11 УПД номера декларации, а также информация о товаре находится в свободном доступе. Продукция в соответствии с УПД № U-0528000112 и № U-0604000066 получена ООО «Сибтерра», что подтверждено транспортными накладными № 12650 от 28.05.2024 и № 12684 от 04.06.2024 и пояснениями, представленными в материалы дела третьим лицом ООО «РегионАвтоДоставка». Также в соответствии с ветеринарными свидетельствами № 24181034348- 24181034360 от 28.05.2024 и 24281755279-24281755293 от 04.06.2024 продукция получена ООО «Сибтерра», т.к. статус ветеринарных свидетельств «погашен» (копия прилагается). Данный статус подтверждает приемку продукции ООО «Сибтерра». В случае, если получатель отказывается принять груз или осуществляет приемку груза не в полном объеме, то он обязан оформить возвратный ВСД на непринятую часть груза. Также ООО «Сибтерра» в материалы дела не представлено доказательства не соответствия поставленной молочной продукции требованиям Технического регламента Таможенного союза "О безопасности молока и молочной продукции", принятым Решением Совета Евразийской экономической комиссии от 09.10.2013 N 67. Таким образом, поскольку факт наличия и размер задолженности подтверждены материалами дела, доказательств погашения долга в полном объеме суду не представлено, следовательно, требование ООО «ТД Трейд-ЮГ» о взыскании задолженности за поставленную продукцию в размере 265928,40 руб. является обоснованным и подлежит удовлетворению. Также ООО «ТД Трейд-ЮГ» заявлено требование о взыскании неустойки за несвоевременную оплату продукции за период с 05.07.2024 по день фактической оплаты задолженности. Одним из способов обеспечения исполнения обязательств согласно пункту 1 статьи 329 ГК РФ является неустойка. В соответствии со статьей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Гражданского кодекса Российской Федерации). В силу части 4 статьи 421 ГК РФ , условия договора определяются по усмотрению сторон, кроме случаев, когда содержание соответствующего условия предусмотрено законом или иными правовыми актами. Следовательно, согласно нормам гражданского права стороны вправе самостоятельно определить в договоре размер неустойки, обеспечивающей исполнение обязательства. Пунктом 7.2 Договора поставки определено, что в случае неоплаты партии Товара в установленный настоящим договором срок Поставщик вправе взыскать с Покупателя пени в размере 0,1% от стоимости поставленной партии за каждый день просрочки платежа. В соответствии с пунктом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присуждая неустойку, суд по требованию ООО «ТД Трейд-ЮГ»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В силу ст. 65 АПК РФ предусмотрена обязанность сторон доказать обстоятельства, на которых они ссылаются в обоснование своих требований и возражений. С учетом установленных обстоятельств суд приходит к выводу, что требование ООО «ТД Трейд-ЮГ» о взыскании неустойки за несвоевременную оплату продукции за период с 05.07.2024 по день фактической оплаты задолженности, является обоснованным и подлежащим удовлетворению. Государственная пошлина, уплаченная за подачу иска в суд, подлежит распределению по правилам статьи 110 АПК РФ . Рассматривая встречный иск ООО «Сибтерра» судом установлено следующее. ООО «Сибтерра», обращаясь в суд со встречными исковыми требованиями в обосновании своих доводов указывает, что в нарушение условий договора поставки (п. 1.1., п. 2.1.3, п. 3.6 договора поставки) в отгрузочных документах - УПД № U-0528000112 от 28.05.24 и по УПД № U-0604000066 от 04.06.2024 г. - отсутствует декларации соответствия на всю партию товаров, также отсутствует информация о номерах деклараций соответствия на все номенклатурные позиции по форме товарно-сопроводительного документа (перечень сертификатов на товары) либо указание номеров деклараций соответствия в графе 11 УПД В связи с вышеуказанными обстоятельствами ООО «Сибтерра» понесены транспортные расходы, связанные с доставкой партий товара по указанным в п. 1 по отгрузочным документам в сумме 12 383,51 рублей (УПД № 28352 от 12.06.2024 года) и 13 937,46 рублей (УПД № 27000 от 04.06.2024 года), а всего 26 320,97 рублей. Кроме того, ООО «Сибтерра» потеряло неполученные доходы, которые могло бы получить при обычных условиях гражданского оборота, если бы его право не было нарушено (упущенная выгода). В связи с чем, просит взыскать упущенную выгоду в размере 58 717,98 рублей, из расчета минимальной наценки в размере 20%. Расчет: 140 310,60 руб. +20% – 140 310,60 руб. + 153 279,29 руб. + 20 % – 153 279,29 руб. = 28 062,12 руб. + 30 655,85 руб. = 58 717,98 рублей. Итого, убытки ООО «СибТерра» составили 85 038,95 рублей, из которых: транспортные расходы в размере 26 320,97 рублей, упущенная выгода в размере 58 717,98 рублей. В силу статьи 12 ГК РФ одним из способов защиты гражданских прав является возмещение убытков. Согласно пункту 1 статьи 393 ГК РФ должник обязан возместить кредитору убытки, причиненные неисполнением или ненадлежащим исполнением обязательства; убытки определяются в соответствии с правилами, предусмотренными статьей 15 данного Кодекса (пункт 2 статьи 393 ГК РФ ).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РФ ). На основании пункта 2 статьи 15 ГК РФ ,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Верховным Судом Российской Федерации в пункте 12 постановления Пленума от 23.06.2015 N 25 "О применении судами некоторых положений раздела I части первой Гражданского кодекса Российской Федерации" разъяснено,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В пункте 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указано, что по смыслу статей 15 и 393 указанного Кодекса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Гражданского кодекса Российской Федерации). 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Вина в нарушении обязательства или в причинении вреда предполагается, пока не доказано обратное. Отсутствие вины доказывается лицом, нарушившим обязательство (пункт 2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(пункт 3 статьи 401 Гражданского кодекса Российской Федерации). ООО «Сибтерра» не представлено доказательств поставки ООО «ТД Трейд-ЮГ» товара ненадлежащего качества, что могло привести к возникновению убытков. В рассматриваемом случае судом не установлено действиях ООО «ТД Трейд-ЮГ» нарушений приведших к возникновению у ООО «Сибтерра» убытков. В связи с вышеизложенным встречные требования ООО «Сибтерра» о взыскании убытков не подлежат удовлетворению. Руководствуясь статьями 49 , 110 , 167 – 170 , 176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Заявленные обществом с ограниченной ответственностью «ТД Трейд-ЮГ» требования удовлетворить. Взыскать с общества с ограниченной ответственностью «Сибтерра» в пользу общества с ограниченной ответственностью «ТД Трейд-ЮГ» задолженность по договору поставки № U 341/21 от 18.09.2021 в размере 265 928,40 руб.; неустойку за период с 05.07.2024 по дату фактического исполнения обязательства в размере 0,1 % за каждый день просрочки от суммы неоплаченной задолженности; судебные расходы по уплате государственной пошлины в размере 20 490,00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удовлетворении встречного искового заявления общества с ограниченной ответственностью «Сибтерра» отказать в полном объеме.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 Судья А.В. Цховребова Суд: АС Московской области (подробнее) Истцы: ООО "СИБТЕРРА" (подробнее) ООО ТД ТРЕЙД-ЮГ (подробнее) Судьи дела: Цховребова А.В. (судья) (подробнее) Последние документы по делу: Резолютивная часть решения от 23 сентября 2025 г. по делу № А41-114007/2024 Решение от 11 февраля 2026 г. по делу № А41-114007/2024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