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и отменить постановление Администрации городского округа Кашира Московской области от 07.10.2024 № 2265-па «Об определении управляющей организации для управления многоквартирными домами, расположенным на территории городского округа Кашира Московской области, в отношении которых собственниками помещений не выбран способ управления таким домом» со дня его принятия.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Администрации городского округа Кашира Московской области в пользу АО «ЦЕНТР ОБЕСПЕЧЕНИЯ ЖКХ Г.О. КАШИРА» судебные расходы по уплате государственной пошлины в размере 50 000,00 (Пятьдесят тысяч рублей 00 копеек) рублей. Дело рассмотрено в отсутствии третьих лиц, надлежащим образом извещенных о времени и месте рассмотрения спора. В судебном заседании заслушан представитель заявителя, поддержавший заявленные требования по основаниям указанным в заявлении. Заслушан представитель заинтересованного лица, возражавший против удовлетворения заявленных требований. Выслушав сторон, исследовав материалы дела и представленные доказательства, суд установил следующее: Как следует из материалов дела, АО "ЦЕНТР ОБЕСПЕЧЕНИЯ ЖКХ Г.О. КАШИРА" осуществляет предпринимательскую деятельность по управлению многоквартирными домами на основании лицензии №Л045-01336-50/01026909 от 28.06.2022. В управлении АО "ЦЕНТР ОБЕСПЕЧЕНИЯ ЖКХ Г.О. КАШИРА" находилось 324 многоквартирных дома, расположенных в городском округе Кашира. С 30.09.2024 года Министерством по содержанию территорий и государственному жилищному надзору Московской области на основании установленных Каширской городской прокуратурой Московской области обстоятельств и в рамках принятия мер к устранению нарушений жилищного законодательства, в соответствии с требованиями представления Каширской городской прокуратурой от 24.07.2024 № 7-01/Прдп191-24-20460016 об устранении нарушений жилищного законодательства о лицензионной деятельности, исключены сведения из реестра лицензий Московской области о том, что АО "ЦЕНТР ОБЕСПЕЧЕНИЯ ЖКХ Г.О. КАШИРА" осуществляет предпринимательскую деятельность по управлению 324 многоквартирными домами в городском округе Кашира. В связи с поступлением информации Министерства по содержанию территорий и государственному жилищному надзору Московской области от 26.09.2024 № 06ИСХ-36089/06-14.02 об исключении сведений из реестра лицензий Московской области об осуществлении АО «ЦЕНТР ОБЕСПЕЧЕНИЯ ЖКХ Г.О. КАШИРА» (ИНН &lt;***&gt;) предпринимательской деятельности по управлению многоквартирными домами информации от 19.09.2024 № 06ИСХ-35139/06-14.02 об исключении сведений об осуществлении ООО «УК ГОРОДСКОГО ОКРУГА КАШИРА» (ИНН &lt;***&gt;) предпринимательской деятельности по управлению многоквартирными домами на основании Распоряжения Министерства от 13.09.2024 № 217, в соответствии со вступившим в законную силу решением Арбитражного суда Московской области от 17.07.2024 по делу № А41-98352/23 о признании ООО «УК ГОРОДСКОГО ОКРУГА КАШИРА» несостоятельным (банкротом), администрацией городского округа Кашира 01.10.2024 проведено внеочередное заседание комиссии по предупреждению и ликвидации чрезвычайных ситуаций и обеспечения пожарной безопасности городского округа Кашира (далее - КЧС) с вынесением на повестку вопроса об исключении из реестра лицензий Московской области сведений об осуществлении АО «ЦЕНТР ОБЕСПЕЧЕНИЯ ЖКХ Г.О. КАШИРА» предпринимательской деятельности по управлению многоквартирными домами, расположенными на территории городского округа Кашира. Заслушав и обсудив информацию, во избежание срыва отопительного сезона 2024-2025 г.г., комиссия приняла решение: определить управляющую компанию согласно Перечню управляющих организаций для управления многоквартирным домом, расположенным на территории городского округа Кашира Московской области, в отношении которого собственниками помещений не выбран способ управления таким домом или выбранный способ управления не реализован, не определена управляющая организация, утвержденному постановлением администрации от 21.09.2023 № 2480-па (в ред. от 30.09.2024 № 2187-па). В соответствии с Правилами № 1616, учитывая информацию Министерства по содержанию территорий и государственному жилищному надзору Московской области, руководствуясь решением КЧС от 04.10.2024, постановлением администрации от 07.10.2024 № 2265-па «Об определении управляющей организации для управления многоквартирными домами, расположенным на территории городского округа Кашира Московской области, в отношении которых собственниками помещений не выбран способ управления таким домом» определена управляющая организацией для управления многоквартирными домами, расположенными на территории городского округа Кашира управляющей организацией определена ООО «УК «ЖКХ без границ» (ОГРН &lt;***&gt;, ИНН &lt;***&gt;)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 организацией, определенной собственниками помещений в многоквартирном доме или по результатам открытого конкурса, предусмотренного частью 4 статьи 161 Жилищного кодекса Российской Федерации, но не более одного года. Полагая, что Постановление от 07.10.2024 № 2265-па, нарушает права и законные интересы заявителя, АО «Центр обеспечения ЖКХ г.о. Кашира» обратилось в суд с настоящим заявлением. Выслушав представителей лиц, участвующих в деле, оценив представленные доказательства, арбитражный суд считает, что заявленные требования подлежат удовлетворению, по следующим основаниям. В соответствии с ч.1 ст. 198 АПК РФ ,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В силу положений ч.1 ст. 198 и ч.4 ст. 200 АПК РФ , для признания оспариваемых действий (бездействия) органов, осуществляющих публичные полномочия, должностных лиц, незаконными необходимо наличие одновременно двух обязательных условий: несоответствие их закону или иному нормативному правовому акту и нарушение им прав и охраняемых законом интересов заявителя, а также незаконного возложения ими на заявителя обязанности, создающей иные препятствия для осуществления заявителем предпринимательской и иной экономической деятельности. С учетом нормативной совокупности статьи 65 и части 5 статьи 200 АПК РФ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Осуществляя по своему усмотрению гражданские права, граждане и юридические лица самостоятельно избирают способ защиты нарушенного или оспоренного права, поэтому при обращении с настоящими требованиями, заявитель обязан в порядке статей 41 , 65 АПК РФ представить доказательства нарушения его прав и законных интересов, подлежащих судебной защите. Пунктом 1 статьи 37 Федерального закона от 06.10.2003 N 131-ФЗ "Об общих принципах организации местного самоуправления в Российской Федерации" (далее - Закон N 131-ФЗ) установлено, что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В соответствии с частью 1 статьи 161 Жилищного кодекса Российской Федерации (далее - ЖК РФ)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статьей 157.2 ЖК РФ ,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Собственники помещений в многоквартирном доме обязаны выбрать один из способов управления многоквартирным домом: непосредственное управление собственниками помещений в многоквартирном доме; управление товариществом собственников жилья либо жилищным кооперативом или иным специализированным потребительским кооперативом; управление управляющей организацией (часть 2 статьи 161 ЖК РФ ). В силу пункта 4 статьи 161 ЖК РФ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Открытый конкурс проводится также в случае, если до окончания срока действия договора управления многоквартирным домом, заключенного по результатам открытого конкурса, не выбран способ управления этим домом или если принятое решение о выборе способа управления этим домом не было реализовано. Согласно части 17 статьи 161 ЖК РФ управление многоквартирным домом, в отношении которого собственниками помещений в многоквартирном доме не выбран способ управления таким домом в порядке, установленном Кодексом, или выбранный способ управления не реализован, не определена управляющая организация, в том числе по причине признания несостоявшимся открытого конкурса по отбору управляющей организации, проводимого органом местного самоуправления в соответствии с Кодексом, осуществляется управляющей организацией, имеющей лицензию на осуществление предпринимательской деятельности по управлению многоквартирными домами, определенной решением органа местного самоуправления в порядке и на условиях, которые установлены Правительством Российской Федерации. Такая управляющая организация осуществляет деятельность 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 организацией, определенной собственниками помещений в многоквартирном доме или по результатам открытого конкурса, предусмотренного частью 4 этой статьи, но не более одного года. Порядок и условия определения управляющей организации для управления многоквартирным домом, в отношении которого собственниками помещений не выбран способ управления таким домом в порядке, установленном Жилищным кодексом Российской Федерации, или выбранный способ управления не реализован, не определена управляющая организация, установлены постановлением Правительства Российской Федерации от 21.12.2018 N 1616 (далее Правила). В соответствии с пунктом 2 Правил определение управляющей организации осуществляется решением органа местного самоуправления, органа государственной власти субъектов Российской Федерации - г.г. Москвы, Санкт-Петербурга и Севастополя, если законом соответствующего субъекта Российской Федерации не предусмотрено иное, содержащим в том числе: - перечень работ и (или) услуг по управлению многоквартирным домом, услуг и работ по содержанию и ремонту общего имущества в многоквартирном доме, устанавливаемый в зависимости от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Российской Федерации от 3 апреля 2013 г. N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 размер платы за содержание жилого помещения, равный размеру платы за содержание жилого помещения, установленному органом местного самоуправления (в субъектах Российской Федерации - г.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такие полномочия осуществляются органами местного самоуправления внутригородских муниципальных образований) в соответствии с частью 4 статьи 158 Жилищного кодекса Российской Федерации. Согласно пункту 5 Правил в качестве управляющей организации решением об определении управляющей организации может быть определена управляющая организация, имеющая лицензию на осуществление предпринимательской деятельности по управлению многоквартирными домами и включенная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(далее - перечень организаций). Перечень организаций формируется уполномоченным органом и размещается в государственной информационной системе жилищно-коммунального хозяйства. В перечень организаций включаются управляющие организации, представившие в уполномоченный орган заявление о включении в перечень организаций, и (или) управляющие организации, признанные участниками открытого конкурса по отбору управляющей организации для управления многоквартирным домом, расположенным на территории соответствующего муниципального образования, в соответствии с протоколом рассмотрения заявок на участие в конкурсе по отбору управляющей организации для управления многоквартирным домом, предусмотренным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06.02.2006 N 75 "О порядке проведения органом местного самоуправления открытого конкурса по отбору управляющей организации для управления многоквартирным домом", одним из условий участия в котором является согласие управляющей организации на включение в перечень организаций, представляемое в порядке, предусмотренном указанными Правилами проведения органом местного самоуправления открытого конкурса по отбору управляющей организации для управления многоквартирным домом. Согласно пунктам 6 и 7 Правил управляющие организации включаются в перечень организаций в соответствии с датой подачи управляющими организациями заявлений о включении их в перечень организаций или датой составления протокола рассмотрения заявок на участие в конкурсе (в хронологическом порядке). Перечень организаций подлежит актуализации уполномоченным органом не реже чем один раз в 5 лет. В соответствии с пунктом 8 Правил при определении управляющей организации уполномоченный орган выбирает из перечня организаций управляющую организацию, осуществляющую управление на основании решения об определении управляющей организации меньшим количеством многоквартирных домов относительно других управляющих организаций, включенных в перечень организаций. Если 2 и более управляющие организации управляют на основании решения об определении управляющей организации равным количеством многоквартирных домов, уполномоченный орган определяет для управления многоквартирным домом управляющую организацию в соответствии с очередностью расположения в перечне организаций. Из приведенных норм законодательства следует, что управляющая компания назначается из числа управляющих компаний, добровольно изъявивших желание управлять таким МКД. Принудительное назначение управляющей компании законодательством не допускается. Пунктом 10 Правил установлено, что уполномоченный орган: - в течение одного рабочего дня со дня принятия решения об определении управляющей организации размещает его на своем официальном сайте в информационно-телекоммуникационной сети "Интернет" и государственной информационной системе жилищно-коммунального хозяйства, а также направляет решение об определении управляющей организации этой организации и в орган исполнительной власти субъекта Российской Федерации, осуществляющий региональный государственный жилищный надзор; - в течение 5 рабочих дней со дня принятия решения об определении управляющей организации направляет его собственникам помещений в многоквартирном доме, а в случае определения управляющей организации решением об определении управляющей - организации в связи с отсутствием договора управления многоквартирным домом, подлежащего заключению застройщиком с управляющей организацией в соответствии с частью 14 статьи 161 Жилищного кодекса Российской Федерации, - лицам,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этом доме по передаточному акту или иному документу о передаче. Согласно пункту 52 Правил проведения открытого конкурса 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Вместе с тем, в соответствии с положениями части 17 статьи 161 ЖК РФ , управляющая компания, выбранная указанным способом, осуществляет деятельность 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 организацией, определенной собственниками помещений в многоквартирным доме или по результатам открытого конкурса, предусмотренного частью 4 статьи 161 ЖК РФ , но не более одного года. Из буквального толкования приведенных положений ЖК РФ и постановления Правительства Российской Федерации от 21.12.2018 N 1616, следует, что основанием для передачи многоквартирных домов одной из организаций, находящихся в перечне, во временное управление является отсутствие управляющей организации, управляющей МКД на законных основаниях. Судом установлено, АО "ЦЕНТР ОБЕСПЕЧЕНИЯ ЖКХ Г.О. КАШИРА" осуществляет предпринимательскую деятельность по управлению многоквартирными домами на основании лицензии №Л045-01336-50/01026909 от 28.06.2022. В управлении АО "ЦЕНТР ОБЕСПЕЧЕНИЯ ЖКХ Г.О. КАШИРА" находилось 324 многоквартирных дома, расположенных в городском округе Кашира. С 30.09.2024 года Министерством по содержанию территорий и государственному жилищному надзору Московской области на основании установленных Каширской городской прокуратурой Московской области обстоятельств и в рамках принятия мер к устранению нарушений жилищного законодательства, в соответствии с требованиями представления Каширской городской прокуратурой от 24.07.2024 № 7-01/Прдп191-24-20460016 об устранении нарушений жилищного законодательства о лицензионной деятельности, исключены сведения из реестра лицензий Московской области о том, что АО "ЦЕНТР ОБЕСПЕЧЕНИЯ ЖКХ Г.О. КАШИРА" осуществляет предпринимательскую деятельность по управлению 324 многоквартирными домами в городском округе Кашира. В связи с поступлением информации Министерства по содержанию территорий и государственному жилищному надзору Московской области от 26.09.2024 № 06ИСХ-36089/06-14.02 об исключении сведений из реестра лицензий Московской области об осуществлении АО «ЦЕНТР ОБЕСПЕЧЕНИЯ ЖКХ Г.О. КАШИРА» (ИНН &lt;***&gt;) предпринимательской деятельности по управлению многоквартирными домами информации от 19.09.2024 № 06ИСХ-35139/06-14.02 об исключении сведений об осуществлении ООО «УК ГОРОДСКОГО ОКРУГА КАШИРА» (ИНН &lt;***&gt;) предпринимательской деятельности по управлению многоквартирными домами на основании Распоряжения Министерства от 13.09.2024 № 217, в соответствии со вступившим в законную силу решением Арбитражного суда Московской области от 17.07.2024 по делу № А41-98352/23 о признании ООО «УК ГОРОДСКОГО ОКРУГА КАШИРА» несостоятельным (банкротом), администрацией городского округа Кашира 01.10.2024 проведено внеочередное заседание комиссии по предупреждению и ликвидации чрезвычайных ситуаций и обеспечения пожарной безопасности городского округа Кашира (далее - КЧС) с вынесением на повестку вопроса об исключении из реестра лицензий Московской области сведений об осуществлении АО «ЦЕНТР ОБЕСПЕЧЕНИЯ ЖКХ Г.О. КАШИРА» предпринимательской деятельности по управлению многоквартирными домами, расположенными на территории городского округа Кашира. Заслушав и обсудив информацию, во избежание срыва отопительного сезона 2024-2025 г.г., комиссия приняла решение: определить управляющую компанию согласно Перечню управляющих организаций для управления многоквартирным домом, расположенным на территории городского округа Кашира Московской области, в отношении которого собственниками помещений не выбран способ управления таким домом или выбранный способ управления не реализован, не определена управляющая организация, утвержденному постановлением администрации от 21.09.2023 № 2480-па (в ред. от 30.09.2024 № 2187-па). В соответствии с Правилами № 1616, учитывая информацию Министерства по содержанию территорий и государственному жилищному надзору Московской области, руководствуясь решением КЧС от 04.10.2024, постановлением администрации от 07.10.2024 № 2265-па «Об определении управляющей организации для управления многоквартирными домами, расположенным на территории городского округа Кашира Московской области, в отношении которых собственниками помещений не выбран способ управления таким домом» определена управляющая организацией для управления многоквартирными домами, расположенными на территории городского округа Кашира управляющей организацией определена ООО «УК «ЖКХ без границ» (ОГРН &lt;***&gt;, ИНН &lt;***&gt;)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 организацией, определенной собственниками помещений в многоквартирном доме или по результатам открытого конкурса, предусмотренного частью 4 статьи 161 Жилищного кодекса Российской Федерации, но не более одного года. Между тем в ходе рассмотрения спора Администрацией не представлено надлежащих доказательств оснований для принятия оспариваемого постановления. Согласно материалам дела, АО «Центр обеспечения ЖКХ г.о. Кашира» осуществляло управление многоквартирными домами на основании протоколов управления по выбору управляющей компании. По состоянию на дату издания оспариваемого постановления Администрации, у Общества имелся действующие Договора управления МКД. Следовательно, оснований назначения временной управляющей организации у Администрации не имелось. Отказ общества от управления МКД, направленный в Министерство по содержанию территорий и государственному жилищному надзору Московской области или Администрацию, в материалы дела не представлен. Кроме того, Администрацией не представлено документов подтверждающих сведения, что на территории городского округа Кашира Московской области в указанный период вводился режим чрезвычайных ситуаций. В процессе рассмотрения спора судом установлено, что в связи с наличием в действиях (бездействии) Администрации признаков нарушения части 1 статьи 15, в том числе пункта 7 части 1 статьи 15 Федерального закона от 26.07.2006 № 135-ФЗ «О защите конкуренции» (далее - Закон о защите конкуренции), выразившегося в непроведении открытого конкурса по отбору управляющей организации для управления МКД, чем создано преимущественное положение ООО «УК ЖКХ без границ» на соответствующем рынке, Московским областным УФАС России на основании статьи 39.1 Закона о защите конкуренции выдано предупреждение № 06-13/19з-24 о прекращении действий (бездействия), которые содержат признаки нарушения антимонопольного законодательства (далее - Предупреждение), согласно которому Администрации надлежало устранить причины и последствия указанных действий путем отмены постановления от 07.10.2024 № 2265-па и возврата сторон к первоначальному состоянию. При наличии правовых оснований, не позволяющих осуществить такой возврат, провести в соответствии с Жилищным кодексом Российской Федерации и постановлением Правительства Российской Федерации от 06.02.2006 № 75 открытый конкурс по отбору управляющей организации для управления МКД, если до истечения установленного срока не будет принято иное законное решение по выбору управляющей организации. 25.03.2025 Администрацией городского округа Кашира Московской области издано постановление №659-па об отмене постановления от 07.10.2024 №2265-па « Об определении управляющей организации для управления многоквартирными домами, расположенных на территории городского округа Кашира Московской области, в отношении которых собственниками помещений не выбран способ управления таким домом». 25.03.2025 Администрацией городского округа Кашира Московской области издано постановление №669-па о мероприятиях по выбору способа управления многоквартирными домами, которым управляющей компанией определена ООО «Жилресурс» до выбора собственниками помещений в многоквартирном доме способа управления многоквартирным домом с управляющей организацией, определенной собственниками помещений в многоквартирном доме или по результатам открытого конкурса, предусмотренного частью 4 статьи 161 Жилищного кодекса Российской Федерации, но не более одного года. Как разъяснено в пункте 18 Информационного письма Президиума Высшего Арбитражного Суда Российской Федерации от 22.12.2005 N 99 "Об отдельных вопросах практики применения Арбитражного процессуального кодекса Российской Федерации", отмена оспариваемого ненормативного правового акта или истечение срока его действия не препятствует рассмотрению по существу заявления о признании акта недействительным, если им были нарушены законные права и интересы заявителя. Таким образом, исходя из смысла приведенных разъяснений, а также положений части 5 статьи 200 , части 2 статьи 201 Арбитражного процессуального кодекса Российской Федерации следует, что оценка законности и обоснованности оспариваемого ненормативного правового акта, действий (бездействия) государственного органа производится судом на момент его вынесения (совершения). При таких обстоятельствах, суд приходит к выводу, что у Администрации городского округа Кашира Московской области отсутствовали основания для вынесения постановления от 07.10.2024 № 2265-па «Об определении управляющей организации для управления многоквартирными домами, расположенным на территории городского округа Кашира Московской области, в отношении которых собственниками помещений не выбран способ управления таким домом». С учетом изложенного, судом установлены основания для признания недействительным постановления Администрации городского округа Кашира Московской области от 07.10.2024 № 2265-па «Об определении управляющей организации для управления многоквартирными домами, расположенным на территории городского округа Кашира Московской области, в отношении которых собственниками помещений не выбран способ управления таким домом» со дня его принятия. В соответствии с частью 2 статьи 201 АПК РФ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 В силу пункта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 Руководствуясь статьями 65 , 71 , 110 , 167 – 170 , 176 , 201 Арбитражного процессуального кодекса Российской Федерации, арбитражный суд РЕШИЛ: Заявленные требования удовлетворить. Признать недействительным и отменить постановление Администрации городского округа Кашира Московской области от 07.10.2024 № 2265-па «Об определении управляющей организации для управления многоквартирными домами, расположенным на территории городского округа Кашира Московской области, в отношении которых собственниками помещений не выбран способ управления таким домом» со дня его принятия. Взыскать с Администрации городского округа Кашира Московской области в пользу АО «ЦЕНТР ОБЕСПЕЧЕНИЯ ЖКХ Г.О. КАШИРА» судебные расходы по уплате государственной пошлины в размере 50 000,00 (Пятьдесят тысяч рублей 00 копеек) рублей. Решение может быть обжаловано в Десятый арбитражный апелляционный суд в течение месяца после принятия арбитражным судом первой инстанции обжалуемого решения. Решение, выполненное в форме электронного документа, направляется лицам, участвующим в деле, посредством его размещения на официальном сайте арбитражного суда в информационно-телекоммуникационной сети «Интернет» в режиме ограниченного доступа не позднее следующего дня после дня его принятия. Судья А.В. Цховребова Суд: АС Московской области (подробнее) Истцы: АНО АКЦИОНЕРНОЕ ОБЩЕСТВО ЦЕНТР ОБЕСПЕЧЕНИЯ ЖКХ Г.О. КАШИРА (подробнее) Иные лица: Администрация городского округа Кашира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