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декабря 2008 года Сармановским районным судом Республики Татарстан (с последующими изменениями) по пункту «в» части 2 статьи 158 (3 преступления), пункту «а» части 3 статьи 158 , части 4 статьи 166 УК РФ , с применением части 3 статьи 69 , пункта «в» части 7 статьи 79 , части 1 статьи 70 УК РФ , к лишению свободы на 7 лет 8 месяцев, 30 июня 2015 года освобожден от отбывания наказания по постановлению Приволжского районного суда города Казани от 18 июня 2015 года условно-досрочно на 9 месяцев 25 дней, 2. 02 августа 2017 года Альметьевским городским судом Республики Татарстан по пункту «в» части 2 статьи 158 УК РФ к лишению свободы на 2 года, освобожден 04 июня 2019 года по отбытии срока наказания, осужден по части 1 статьи 314.1 УК РФ к 5 месяцам лишения свободы с отбыванием наказания в исправительной колонии строгого режима. Срок отбывания наказания постановлено исчислять с 10 декабря 2019 года с зачетом времени нахождения под стражей с 10 декабря 2019 года до вступления приговора в законную силу с учётом положений пункта «а» части 3.1 статьи 72 УК РФ из расчёта один день содержания под стражей за один день отбывания наказания в исправительной колонии строгого режима. Разрешена судьба вещественных доказательств. Заслушав доклад судьи Ашрафзянова Р.Ш., выступление адвоката Марфиной Л.В., поддержавшей доводы апелляционной жалобы, мнение прокурора Цеханович Л.Р., полагавшей приговор оставить без изменения, суд апелляционной инстанции УСТАНОВИЛ: ФИО1 признан виновным в неприбытии без уважительных причин будучи лицом, в отношении которого установлен административный надзор при освобождении из мест лишения свободы, к избранному им месту жительства или в определенный администрацией исправительного учреждения срок, совершенном в целях уклонения от административного надзора. Преступление совершено в период с 04 июня 2019 года до 16 сентября 2019 года в Сармановском районе и городе Бугульма Республики Татарстан при изложенных в приговоре обстоятельствах. В судебном заседании ФИО1 вину признал полностью. В апелляционной жалобе осужденный ФИО1 просит приговор отменить. В обоснование указывает, что в ходе судебного разбирательства не явился свидетель Свидетель №4 Также он просил о рассмотрении дела в особом порядке. В возражениях на апелляционную жалобу государственный обвинитель Сабиров Р.А. просит оставить ее без удовлетворения, приговор - без изменения. Проверив материалы уголовного дела, доводы апелляционной жалобы и возражений на неё, суд апелляционной инстанции приходит к выводу, что приговор является законным и обоснованным. В судебном заседании ФИО1 от дачи показаний отказался. В связи с отказом от дачи показаний в судебном заседании оглашены показания ФИО1, данные на предварительном следствии. Он признал, что нарушил административный надзор. 04 июня 2019 года он освободился из мест лишения свободы, приехал в поселок Джалиль Сармановского района Республики Татарстан, однако в орган внутренних дел не явился. На следующий день уехал в город Бугульма, где также не встал на учет в органе внутренних дел. Решением Альметьевского городского суда Республики Татарстан от 24 апреля 2019 года в отношении ФИО1 установлен административный надзор с административными ограничениями. В судебном заседании в порядке части 1 статьи 281 УПК РФ оглашены показания свидетеля Свидетель №1 которая пояснила, что 04 июня 2019 года её сын приехал в поселок Джалиль Сармановского района Республики Татарстан. На следующий день он уехал, после чего ей не было известно о месте его нахождения. Свидетель – сотрудник полиции отдела МВД России по Сармановскому району Республики Татарстан Свидетель №2, показания которого в судебном заседании оглашены в порядке части 1 статьи 281 УПК РФ , пояснил, что ФИО1, освободившийся 04 июня 2019 года из мест лишения свободы, в отношении которого был установлен административный надзор, будучи предупрежден об уголовной ответственности по статье 314.1 УК РФ , не явился в установленный срок в отдел МВД России по Сармановскому району Республики Татарстан для постановки на учет. Не предупредив родственников и сотрудников полиции, уехал в неизвестном направлении. 16 сентября 2019 года он был задержан в городе Бугульма Республики Татарстан. В судебном заседании в порядке части 1 статьи 281 УПК РФ оглашены показания свидетеля Свидетель №3 который пояснил, что 04 июня 2019 года привез ФИО1 из исправительного учреждения в поселок Джалиль Сармановского района Республики Татарстан к матери, предупредил его, что необходимо явится в орган внутренних дел. Согласно расписке ФИО1 04 июня 2019 года предупрежден об уголовной ответственности по статье 314.1 УК РФ за уклонение от административного надзора. Показания свидетеля Свидетель №4, не явившегося в судебное заседание, судом первой инстанции не оглашались и не исследовались. При таких обстоятельствах ФИО1 обоснованно признан виновным. Его действия правильно квалифицированы по части 1 статьи 314.1 УК РФ как неприбытие без уважительных причин лица, в отношении которого установлен административный надзор при освобождении из мест лишения свободы, к избранному им месту жительства или пребывания в определенный администрацией исправительного учреждения срок, совершенное в целях уклонения от административного надзора. При назначении наказания виновному в качестве смягчающих обстоятельств суд первой инстанции учел признание вины, раскаяние в содеянном, ходатайство о постановлении приговора в особом порядке принятия судебного решения, активное сотрудничество с дознанием, последовательные признательные показания, состояние здоровья его и его близких. Уголовное дело рассмотрено в общем порядке в связи с возражением государственного обвинителя. В то же время отягчающим наказание обстоятельством суд первой инстанции признал рецидив преступлений, учел характер и степень общественной опасности преступления, данные о личности ФИО1, и назначил справедливое наказание. Вместе с тем, поскольку в соответствии с положениями статьи 72 УК РФ срок отбывания наказания следует исчислять не со дня вынесения приговора, а со дня вступления его в законную силу, резолютивная часть приговора подлежит уточнению. Также подлежит уточнению вводная часть приговора, так как в приговор Сармановского районного суда Республики Татарстан от 10 декабря 2008 года впоследствии внесены изменения и окончательное наказание снижено до 7 лет 8 месяцев лишения свободы. Руководствуясь статьями 389.13 , 389.20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