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Доказательствами по факту мелкого хищения от &lt;Дата обезличена&gt; в торговом зале магазина «Пятерочка», расположенного по адресу: &lt;...&gt;, ул. &lt;...&gt;, являются следующие показания подсудимой ФИО2 Допрошенная в судебном заседании подсудимая ФИО2, воспользовавшись правом, предусмотренным ст. 51 Конституции РФ, от дачи показаний отказалась, в связи с чем, в соответствии с п.3 ч.1 ст. 276 УПК РФ , были оглашены ее показания, данные в ходе предварительного расследования в присутствии адвоката, из которых следует, что за совершение хищения &lt;Дата обезличена&gt; в магазине «Пятерочка» по адресу: &lt;...&gt; шоколадной пасты «Нутелла», в количестве 6 штук, общей стоимостью 1612 рублей 74 копейки без учета НДС она постановлением мирового судьи судебного участка &lt;Номер обезличен&gt; Ленинского района г. Оренбурга признана виновной в совершении административного правонарушения, предусмотренного ч. 2 ст. 7.27 КоАП РФ, и ей назначено наказание в виде административного штрафа в размере 3000 рублей, который она не оплатила. &lt;Дата обезличена&gt; около 20 часов 50 минут она приехала в магазин «Пятёрочка», расположенный по адресу: &lt;...&gt; для совершения покупок. Так как в магазине было мало продавцов-консультантов, у нее возник умысел что-либо похитить с данного магазина для личных нужд, поскольку она испытывала материальные трудности. Оглядевшись по сторонам и убедившись, что вокруг нее никого нет, за ней никто не наблюдает, она взяла с различных стеллажей, расположенных по периметру торгового зала магазина «Пятерочка», товар, а именно: кофе растворимый «Jacobs Monarch», массой 190 гр., в количестве 2 штук, сыр полутвердый «Брест-Литовск маасдам 45%», массой 200 гр., в количестве 2 штук, сыр полутвердый «Брест-Литовск легкий мдж в сухом веществе 35%» (нарезка-брусок), массой 200 гр., в количестве 4 штук. Сыр сложила в карманы надетой на ней куртки, а кофе поместила под внутреннюю часть куртки и направляясь к выходу из магазина. Воспользовавшись тем, что на кассе был один продавец, который был занят покупателями, она покинула магазин «Пятерочка», не расплатившись за товар. Выйдя из магазина, она направилась в сторону &lt;...&gt;, где расположен продуктовый павильон «Торжок», где продала похищенный ею товар неизвестной ей прохожей женщине за 1000 рублей. Денежные средства потратила на свои нужды (л.д. 52-56). Оглашенные показания подсудимая в судебном заседании полностью подтвердила, вину в совершении инкриминируемого преступления признала, в содеянном раскаялась, указала, что преступление было ею совершено в связи с трудным материальным положением. Вина ФИО2, помимо ее признательных показаний, в совершенном преступлении также подтверждается другими исследованными в судебном заседании доказательствами. Допрошенный в судебном заседании представитель потерпевшего Потерпевший №2 показал, что &lt;Дата обезличена&gt; в магазине «Пятерочка» по ул. &lt;...&gt; совершено хищение товаров на сумму 1157 рублей 32 копейки, что подтверждается счетами-фактурами на похищенный товар. Ущерб не возмещен. Исковые требования поддерживает в полном объеме. Из оглашенных в судебном заседании в порядке ч. 1 ст. 281 УПК РФ по ходатайству государственного обвинителя и с согласия сторон показаний свидетеля Свидетель №14 следует, что она работает в магазине «Пятерочка», расположенный по адресу: &lt;...&gt;. Ею в ходе проведения инвентаризации была установлена недостача следующего товара: кофе растворимый «Jacobs Monarch», массой 190 гр., в количестве 2 штук, стоимостью 245 рублей 99 копеек без учета НДС за единицу товара, общей стоимостью 491 рубль 98 копеек; сыр полутвердый «Брест-Литовск маасдам 45%», массой 200 гр., в количестве 2 штук, стоимостью 114 рублей 53 копейки без учета НДС за единицу товара, общей стоимостью 229 рублей 06 копеек без учета НДС; сыр полутвердый «Брест-Литовск легкий мдж в сухом веществе 35%» (нарезка-брусок), массой 200 гр., в количестве 4 штук, стоимостью 109 рублей 07 копеек без учета НДС за единицу товара, общей стоимостью 436 рублей 28 копеек без учета НДС. В ходе просмотра записей с камеры видеонаблюдении был установлен факт хищения указанного товара девушкой, внешне схожей с ФИО2, которая &lt;Дата обезличена&gt; около 21 часа 03 минут, находясь в помещении торгового зала указанного магазина «Пятерочка» поместила похищенный ею товар в карманы надетой на ней куртки и под неё, не расплатившись за который, покинула помещение магазина (л.д. 59-63). Из оглашенных в судебном заседании в порядке ч. 1 ст. 281 УПК РФ по ходатайству государственного обвинителя и с согласия сторон тождественных показаний свидетелей Свидетель №20 и Свидетель №21 следует, что &lt;Дата обезличена&gt; около 19 часов 50 минут они участвовали в качестве понятых при проведении осмотра места происшествия в помещение торгового зала магазина «Пятерочка», расположенного по адресу: &lt;...&gt;, ул. &lt;...&gt;. Участвующая в осмотре ФИО2 пояснила, что &lt;Дата обезличена&gt; около 21 часа 03 минут из магазина «Пятерочка» по адресу: &lt;...&gt;, похитила товар: кофе «Jacobs Monarch», массой 190 гр., в количестве 2 штук, сыр «Брест-Литовск», массой 200 гр., в количестве 2 штук, сыр «Брест-Литовск» легкий 35%, массой 200 гр., в количестве 4 штук, взяв данный товар со стеллажей в торговом зале указанного магазина, поместила его в карманы надетой на ней одежды, не оплатив товар на кассе. В их присутствии администратор магазина Свидетель №14 подтвердила факт хищения &lt;Дата обезличена&gt; из указанного магазина товара перечисленного наименования неизвестной девушкой, внешне схожей с ФИО2 В ходе осмотра ФИО2 указала на стеллажи с аналогичными видами товаров. В их присутствии был изъят CD-диск с видеозаписями, содержащими факт хищения от &lt;Дата обезличена&gt;, и документы на похищенный товар (л.д. 64-67, 68-71). Помимо изложенных выше показаний представителя потерпевшего и свидетелей, вина ФИО2 по факту мелкого хищения от &lt;Дата обезличена&gt; подтверждается также: - протоколом осмотра предметов от &lt;Дата обезличена&gt;, согласно которому объектом осмотра является признанный и приобщенный в качестве вещественного доказательства СD-диск с видеозаписью с камеры видеонаблюдения от &lt;Дата обезличена&gt;, обзор которой направлен на торговый зал в магазине «Пятерочка», где находится девушка, одетая в пуховик черного цвета, со вставками белого цвета, в капюшоне, которая &lt;Дата обезличена&gt; в 21.00 час. заходит в магазин и передвигается по периметру торгового зала между стеллажами. В 21.03 час. берет с открытых стеллажей, а также с холодильного оборудования и помещает в карманы надетой на ней куртки - пуховика товар: сыр полутвердый «Брест-Литовск», в общем количестве 6 штук; а также помещает под куртку кофе растворимый «Jacobs Monarch», в количестве 2 штук. Присутствующая при осмотре ФИО2 в присутствии защитника Глазевой С.А. пояснила на данной видеозаписи зафиксирована она, при этом пояснила, что &lt;Дата обезличена&gt; около 21 часа 03 минут в помещении указанного магазина «Пятерочка» по адресу&lt;...&gt; похитила товар: кофе растворимый «Jacobs Monarch», массой 190 гр., в количестве 2 штук, сыр полутвердый «Брест-Литовск маасдам 45%», массой 200 гр., в количестве 2 штук, сыр полутвердый «Брест-Литовск 35%» (нарезка-брусок), массой 200 гр., в количестве 4 штук, который продала неизвестной женщине за 1000 рублей (л.д.72-76, 90); - протоколом осмотра документов от &lt;Дата обезличена&gt;, согласно которому объектом осмотра являются документы ООО «Агроторг»: 1. инвентаризационный акт товарно-материальных ценностей по состоянию на &lt;Дата обезличена&gt; с указанием информации о недостаче товаров в магазине «Пятерочка», расположенном по адресу: &lt;...&gt; «JACOBS MONARCH кофе натуральный растворимый сублимированный СБ 6х190г», в количестве 2 шт., цена за шт. без учета НДС 245,99 руб., общей стоимостью без НДС - 491,98 руб.; «Сыр полутвердый Брест-Литовск маасдам 45% фас 200г» в количестве 2 шт., цена за шт./кг без учета НДС 114,53 руб., общей стоимостью без НДС - 229,06 руб.; «Сыр полутвердый Брест-Литовск легкий мдж в сухом веществе 35% (нарезка-брусок) 200г», в количестве 4 шт./кг, цена за шт./кг без учета НДС - 109,07 руб., общей стоимостью без НДС - 436,28 руб., итого – 1 157,32 руб.; 2. справка о стоимости похищенного имущества по состоянию на &lt;Дата обезличена&gt;, в которой указан товар: «JACOBS MONARCH кофе натуральный растворимый сублимированный СБ 6х190г», в количестве 2 шт., цена за шт./кг без учета НДС 245,99 руб., общей стоимостью без НДС 491,98 руб., «Сыр полутвердый Брест-Литовск маасдам 45% фас 200г» в количестве 2 шт., цена за шт./кг без учета НДС 114,53 руб., общей стоимостью без НДС - 229,06 руб.; «Сыр полутвердый Брест-Литовск легкий мдж в сухом веществе 35% (нарезка-брусок) 200г», в количестве 4 шт./кг, цена за шт./кг без учета НДС - 109,07 руб., общей стоимостью без НДС - 436,28 руб., итого – 1 157,32 руб. без учета НДС; 3. счета-фактуры &lt;Номер обезличен&gt; от &lt;Дата обезличена&gt; на товар - «JACOBS MONARCH кофе натуральный растворимый сублимированный СБ 6х190г», цена за единицу измерения – 245,99 руб.; &lt;Номер обезличен&gt; от &lt;Дата обезличена&gt; на товар – «Сыр полутвердый Брест-Литовск легкий мдж в сухом веществе 35% (нарезка-брусок) 200г», цена за единицу измерения – 109,07 руб.; счет-фактура № СТ-157033 от &lt;Дата обезличена&gt; на товар - «Сыр полутвердый Брест-Литовск маасдам 45% фас 200г_10/4810268039362», цена за единицу измерения – 114,53 руб. Осмотренные документы признаны и приобщены к материалам уголовного дела в качестве вещественных доказательств (л.д.77-79, 90); - инвентаризационным актом товарно-материальных ценностей от &lt;Дата обезличена&gt; в магазине «Пятерочка», расположенном по адресу: &lt;...&gt;, согласно которому выявлена недостача товаров: «JACOBS MONARCH кофе натуральный растворимый сублимированный СБ 6х190г», в количестве 2 шт., цена за шт. без учета НДС 245,99 руб., общей стоимостью без НДС - 491,98 руб.; «Сыр полутвердый Брест-Литовск маасдам 45% фас 200г» в количестве 2 шт., цена за шт./кг без учета НДС 114,53 руб., общей стоимостью без НДС - 229,06 руб.; «Сыр полутвердый Брест-Литовск легкий мдж в сухом веществе 35% (нарезка-брусок) 200г», в количестве 4 шт./кг, цена за шт./кг без учета НДС - 109,07 руб., общей стоимостью без НДС - 436,28 руб., итого – 1 157,32 руб. (л.д.80); - справкой о стоимости похищенного имущества от &lt;Дата обезличена&gt; на товар: «JACOBS MONARCH кофе натуральный растворимый сублимированный СБ 6х190г», в количестве 2 шт., цена за шт. без учета НДС 245,99 руб., общей стоимостью без НДС - 491,98 руб.; «Сыр полутвердый Брест-Литовск маасдам 45% фас 200г» в количестве 2 шт., цена за шт./кг без учета НДС 114,53 руб., общей стоимостью без НДС - 229,06 руб.; «Сыр полутвердый Брест-Литовск легкий мдж в сухом веществе 35% (нарезка-брусок) 200г», в количестве 4 шт./кг, цена за шт./кг без учета НДС - 109,07 руб., общей стоимостью без НДС - 436,28 руб., итого – 1 157,32 руб. без НДС (л.д.81); - счетом-фактурой &lt;Номер обезличен&gt; от &lt;Дата обезличена&gt; на товар: «JACOBS MONARCH кофе натуральный растворимый сублимированный СБ 6х190г», цена за шт. без учета НДС 245,99 руб. Покупателем товара является ООО «Агроторг» (л.д.82-84); - счетом-фактурой № СТ-162834 от &lt;Дата обезличена&gt; на товар: «Сыр полутвердый Брест-Литовск легкий мдж в сухом веществе 35% (нарезка-брусок) 200г», цена за шт./кг без учета НДС - 109,07 руб. Покупателем товара является ООО «Агроторг» (л.д.85-86); - счетом-фактурой № СТ-157033 от &lt;Дата обезличена&gt; на товар: «Сыр полутвердый Брест-Литовск маасдам 45% фас 200г» цена за шт./кг без учета НДС 114,53 руб. Покупателем товара является ООО «Агроторг» (л.д.87-88); - CD-диском с видеозаписями события от &lt;Дата обезличена&gt; (л.д.89); - протоколом осмотра места происшествия от &lt;Дата обезличена&gt;, согласно которому &lt;Дата обезличена&gt; с участием ФИО2 и администратора магазина Свидетель №14 в присутствии понятых осмотрено помещение торгового зала магазина «Пятерочка», расположенного по адресу: &lt;...&gt;, в ходе которого ФИО2 пояснила, что &lt;Дата обезличена&gt; из указанного магазина похитила товар: кофе «Jacobs Monarch» в количестве 2 штук, сыр «Брест-Литовск» в количестве 2 штук и сыр «Брест-Литовск» в количестве 4 штук, который спрятала в карманы надетой на ней одежды и покинула помещение магазина, не оплатив товар на кассе, при этом указала на стеллажи с аналогичными видами товаров. В ходе осмотры изъят CD-диск с видеозаписями факта хищения от &lt;Дата обезличена&gt; и документы на похищенный товар (л.д.16-18); - протоколом осмотра места происшествия от &lt;Дата обезличена&gt;, согласно которому &lt;Дата обезличена&gt; осмотрен участок местности, расположенный в 20 метрах от &lt;...&gt; в ходе которого ФИО2 пояснила, что &lt;Дата обезличена&gt; на осматриваемом участке продала неизвестной женщине похищенный ею из магазина «Пятерочка» по адресу: &lt;...&gt; товар за 1000 рублей (л.д. 23-24); - постановлением мирового судьи судебного участка &lt;Номер обезличен&gt; Ленинского района г. Оренбурга &lt;ФИО&gt;23 &lt;Номер обезличен&gt; от &lt;Дата обезличена&gt;, вступившего в законную силу &lt;Дата обезличена&gt;, согласно которому ФИО2 признана виновной в совершении административного правонарушения, предусмотренного ч.2 ст. 7.27 КоАП РФ, и ей назначено административное наказание в виде административного штрафа в размере 3000 рублей (л.д.26); - постановлением мирового судьи судебного участка &lt;Номер обезличен&gt; Ленинского района г. Оренбурга &lt;ФИО&gt;23 &lt;Номер обезличен&gt; от &lt;Дата обезличена&gt;, вступившего в законную силу &lt;Дата обезличена&gt;, согласно которому ФИО2 признана виновной в совершении административного правонарушения, предусмотренного ч.2 ст. 7.27 КоАП РФ, и ей назначено административное наказание в виде административного штрафа в размере 3000 (рублей (л.д.27). Доказательствами по факту мелкого хищения от &lt;Дата обезличена&gt; в помещении торгового зала магазина «Пятерочка», расположенного по адресу: &lt;...&gt;, являются следующие показания подсудимой ФИО2 Допрошенная в судебном заседании подсудимая ФИО2, воспользовавшись правом, предусмотренным ст. 51 Конституции РФ, от дачи показаний отказалась, в связи с чем, в соответствии с п.3 ч.1 ст. 276 УПК РФ , были оглашены ее показания, данные в ходе предварительного расследования в присутствии адвоката Павловой С.С., из которых следует, что постановлениями мирового судьи судебного участка &lt;Номер обезличен&gt; Ленинского района г. Оренбурга от &lt;Дата обезличена&gt; она признана виновной в совершении административных правонарушений, предусмотренных ч. 2 ст. 7.27 КоАП РФ, за совершение хищений &lt;Дата обезличена&gt; и &lt;Дата обезличена&gt; в магазине «Пятерочка» по адресу: &lt;...&gt; сумме 1 612 рублей 74 копейки и 1 612 рублей 74 копейки и ей назначено наказание за каждое совершенное правонарушение в виде административного штрафа в размере 3000 рублей, штрафы она не оплатила. &lt;Дата обезличена&gt; около 19 часов 19 минут она приехала в магазин «Пятёрочка», расположенный по адресу: &lt;...&gt;, где у нее возник умысел что-либо похитить для личных нужд, так как она испытывала материальные трудности. Оглядевшись по сторонам и убедившись, что вокруг никого нет и за ней никто не наблюдает, она взяла со стеллажа сыры в упаковке различного наименования в количестве 9 штук, из которых 3 упаковки сыра спрятала в передний карман надетой на ней куртки, 6 упаковок сыра за пояс надетых на ней брюк. Она покинула магазин «Пятерочка», не расплатившись за товар. Выйдя из магазина, она направилась в сторону &lt;...&gt;, где продала похищенный ею товар неизвестной прохожей женщине за 1000 рублей. Денежные средства потратила на свои нужды (л.д. 39-44). Оглашенные показания подсудимая в судебном заседании полностью подтвердила, вину в совершении инкриминируемого преступления признала, в содеянном раскаялась, указала, что преступление было ею совершено в связи с трудным материальным положением. Помимо признательных показаний подсудимой ФИО2, ее виновность в совершении преступления, предусмотренного ст. 158.1 УК РФ , по факту хищения от &lt;Дата обезличена&gt; в магазине «Пятерочка» по адресу: &lt;...&gt; подтверждается следующими доказательствами. Допрошенный в судебном заседании представитель потерпевшего Потерпевший №2 показал, что &lt;Дата обезличена&gt; в магазине «Пятерочка» на &lt;...&gt;совершено хищение товаров на сумму 967 рублей 82 копейки, что подтверждается счетами-фактурами на похищенный товар. Ущерб не возмещен. Допрошенный в судебном заседании свидетель Свидетель №22 показал суду, что он участвовал в качестве понятого при проведении осмотра места происшествия в помещении магазина «Пятерочка» на &lt;...&gt;. Присутствующая при осмотре ФИО2 призналась в совершении хищения товара – сыра «Белебеевского» в количестве 9 упаковок из данного магазина. Сказала, что похищенный товар присвоила себе. В ходе осмотра ФИО7 в его присутствии и второго понятого указала на стеллажи с аналогичными товарами. С протоколом он был ознакомлен лично. Из оглашенных в судебном заседании в порядке ч. 1 ст. 281 УПК РФ по ходатайству государственного обвинителя и с согласия сторон показаний свидетеля Свидетель №23 следует, что он участвовал в качестве понятого при проведении осмотра места происшествия в помещении торгового зала магазина «Пятерочка», расположенного по адресу: &lt;...&gt;. Участвующая в осмотре ФИО2, которой была разъяснена ст. 51 Конституции РФ, пояснила, что &lt;Дата обезличена&gt; около 19 часов 00 минут она данного магазина похитила товар сыр «Белебеевский» 9 упаковок, различных наименований, взяв товар со стеллажей в торговом зале указанного магазина, помещая его в карманы надетой на ней одежды, не оплатив товар на кассе. В их присутствии были изъяты CD-диск с видеозаписями, содержащими факт хищения от &lt;Дата обезличена&gt;, и документы на похищенный товар. В ходе осмотра ФИО2 указала на стеллажи с аналогичными видами товаров (л.д. 60-63). Из оглашенных в судебном заседании в порядке ч. 1 ст. 281 УПК РФ по ходатайству государственного обвинителя и с согласия сторон показаний свидетеля Свидетель №24 следует, что &lt;Дата обезличена&gt; он участвовал в качестве понятого при проведении осмотра места происшествия по адресу: г. Оренбург, &lt;...&gt;, где участвующая в осмотре ФИО2, которой разъяснена ст. 51 Конституции РФ, пояснила, что на данном участке местности &lt;Дата обезличена&gt; около 20.00 часов реализовала неизвестной женщине похищенную сырную продукцию (л.д. 80-71). Помимо изложенных выше показаний представителя потерпевшего и свидетелей, вина ФИО2 по факту хищения от &lt;Дата обезличена&gt; подтверждается также: протоколом осмотра предметов от &lt;Дата обезличена&gt;, согласно которому объектом осмотра являются документы ООО «Агроторг»: 1. инвентаризационный акт товарно-материальных ценностей от &lt;Дата обезличена&gt; с информацией о недостаче товаров в магазине «Пятерочка», расположенном по адресу: &lt;...&gt;: «Белебеевский Сыр Российский» 50% 190 г. в количестве 3 шт., ценой за шт./кг без учета НДС 106,40 рублей, общей стоимостью без НДС - 319,20 рублей; «Белебеевский Сыр Голландский» 45 % 190 г., в количестве 1 шт., ценой за шт./кг без учета НДС 139,07 рублей, общей стоимостью без НДС - 139,07 рублей; «Белебеевский Сыр Купеческий» 52 % 190 г. в количестве 2 шт., ценой за шт./кг без учета НДС 101,91 рублей, общей стоимостью без НДС - 203,82 рублей; «Белебеевский Сыр» 45 % 190 г. в количестве 3 шт., ценой за шт./кг без учета НДС 101,91 рублей, общей стоимостью без НДС - 305,73 рублей, итого - 967,82 рублей без учета НДС; 2. справка о стоимости похищенного имущества по состоянию на &lt;Дата обезличена&gt;, с указанием следующего товара: «Белебеевский Сыр Российский» 50% 190 г. в количестве 3 шт., ценой за шт./кг без учета НДС - 106,40 руб., общей стоимостью без НДС 319,20 рублей; «Белебеевский Сыр Голландский» 45 % 190 г., в количестве 1 шт./кг, ценой за шт./кг без учета НДС 139,07 руб., общей стоимостью без НДС - 139,07 руб.; «Белебеевский Сыр Купеческий» 52 % 190 г., в количестве 2 шт./кг, цена за шт./кг без учета НДС 101,91 руб., общей стоимостью без НДС - 203,82 рублей; «Белебеевский Сыр» 45 % 190 г., в количестве 3 шт./кг, цена за шт./кг без учета НДС 101,91 руб., общей стоимостью без НДС 305,73 руб., итого 967,82 рублей без учета НДС; 3. счет - фактура &lt;Номер обезличен&gt; от &lt;Дата обезличена&gt;, в которой указан товар, в том числе «Белебеевский» сыр, цена (тариф) за единицу измерения - 101,91; счет-фактура &lt;Номер обезличен&gt; от &lt;Дата обезличена&gt; на товар «Белебеевский сыр «Голландский» 45% 190 г.», цена (тариф) за единицу измерения - 139,07, «Белебеевский сыр «Купеческий» 52% 190 г.», цена (тариф) за единицу измерения - 101,91, «Белебеевский сыр «Российский» 50% 190 г.», цена (тариф) за единицу измерения - 106,40; 4. CD-диск с видеозаписью с камеры видеонаблюдения от &lt;Дата обезличена&gt; торгового зала магазина «Пятерочка», куда в 19.19 часов заходит девушка, одетая в пуховик черного цвета, голубые джинсы, на голове платок, и передвигается по периметру торгового зала между стеллажами. В 19.20 час. берет с закрытого стеллажа с холодильным оборудованием и помещает в карманы надетой на ней куртки - пуховика, а так же брюк несколько упаковок сырной продукции. После чего в 19.20 часов покидает территорию магазина, минуя кассы. Осмотренные документы и предметы признаются и приобщаются к материалам дела в качестве вещественных доказательств (л.д.72-76, 139); инвентаризационным актом товарно-материальных ценностей по состоянию на &lt;Дата обезличена&gt;, согласно которому выявлена недостача товаров в магазине «Пятерочка», расположенном по адресу: &lt;...&gt;, а именно сыра Белебеевского различного наименования в количестве 9 штук, общей стоимостью без НДС - 967,82 рублей (л.д. 141); справкой о стоимости похищенного имущества от &lt;Дата обезличена&gt;, согласно которой похищено имущество 4 позиций: сыр Белебеевский наименования «Российский», «Голландский», «Купеческий», сыр ФИО4, в общем количестве – 9 шт., общей стоимостью без НДС 967,82 рублей (л.д. 140); - счетом-фактурой &lt;Номер обезличен&gt; от &lt;Дата обезличена&gt; на товар ФИО4 Сыр, 4%, 190 гр., цена за единицу измерения – 101,91 руб., покупателем товара является ООО «Агроторг» (л.д. 142); - счетом-фактурой &lt;Номер обезличен&gt; от &lt;Дата обезличена&gt; на товар ФИО4 Сыр Голландский, 45%, 190 гр., цена за единицу измерения – 139,07 руб., ФИО4 Сыр Купеческий, 52%, 190 гр., цена за единицу измерения – 101,91 руб., ФИО4 Сыр Российский, 50%, 190 гр., цена за единицу измерения – 106,40 руб., покупателем товара является ООО «Агроторг» (л.д. 144-145); - протоколом осмотра места происшествия от &lt;Дата обезличена&gt;, согласно которому &lt;Дата обезличена&gt; в период времени с 19 часов 00 минут до 19 часов 40 минут в присутствии понятых осмотрено помещение торгового зала магазина «Пятерочка», расположенного по адресу: &lt;...&gt; Присутствующая при осмотре ФИО2 пояснила, что &lt;Дата обезличена&gt; около 19 часов 21 минуты она из данного магазина похитила товар: «Белебеевский Сыр Российский» в количестве 3 штук, «Белебеевский Сыр Голландский» 1 штуку, «Белебеевский Сыр Купеческий» 2 штуки, «Белебеевский Сыр» 3 штуки, взяв товар со стеллажей в торговом зале, поместив его под свою одежду, не оплатив товар на кассе. ФИО2 указала на стеллажи с аналогичными видами товаров (л.д. 14-18); протоколом осмотра места происшествия от &lt;Дата обезличена&gt;, согласно которому &lt;Дата обезличена&gt; осмотрен участок местности, расположенный в 15 метрах от &lt;...&gt;. Участвующая в осмотре ФИО2 пояснила, что &lt;Дата обезличена&gt; на осматриваемом месте она продала похищенный ею из магазина «Пятерочка» по адресу: &lt;...&gt; товар неизвестной женщине (л.д. 10-13); постановлением мирового судьи судебного участка № &lt;...&gt;&lt;ФИО&gt;23 &lt;Номер обезличен&gt; от &lt;Дата обезличена&gt;, вступившего в законную силу &lt;Дата обезличена&gt;, о привлечении ФИО2 к административной ответственности по делу об административном правонарушении, предусмотренном ч.2 ст. 7.27 КоАП РФ, и назначении ей административного наказания в виде административного штрафа в размере 3000 рублей (л.д. 20); - постановлением мирового судьи судебного участка № &lt;...&gt;&lt;ФИО&gt;23 &lt;Номер обезличен&gt; от &lt;Дата обезличена&gt;, вступившего в законную силу &lt;Дата обезличена&gt;, согласно которому ФИО2 признана виновной в совершении административного правонарушения, предусмотренного ч. 2 ст. 7.27 КоАП РФ и ей назначено административное наказание в виде административного штрафа в размере 3000 рублей (л.д. 191). Доказательствами по факту мелкого хищения от &lt;Дата обезличена&gt; в торговом зале магазина «Пятерочка», расположенного по адресу: &lt;...&gt;, являются следующие показания подсудимой ФИО2 Допрошенная в судебном заседании подсудимая ФИО2, воспользовавшись правом, предусмотренным ст. 51 Конституции РФ, от дачи показаний отказалась, в связи с чем, в соответствии с п.3 ч.1 ст. 276 УПК РФ , были оглашены ее показания, данные в ходе предварительного расследования в присутствии адвоката Павловой С.С., из которых следует, что постановлением мирового судьи судебного участка &lt;Номер обезличен&gt; Ленинского района г. Оренбурга от &lt;Дата обезличена&gt; она признана виновной в совершении административного правонарушения, предусмотренного ч. 2 ст. 7.27 КоАП РФ, и ей назначено наказание в виде административного штрафа в размере 3000 рублей, штраф она не оплатила. &lt;Дата обезличена&gt; в дневное время она приехала в магазин «Пятёрочка», расположенный по адресу: &lt;...&gt;, где у нее возник умысел что-либо похитить для личных нужд, так как она испытывала материальные трудности. Оглядевшись по сторонам и убедившись, что вокруг никого нет и за ней никто не наблюдает, она взяла со стеллажа сыры в упаковке различного наименования в количестве 5 штук, спрятала их под свою одежду. Она покинула магазин «Пятерочка», не расплатившись за товар. Похищенный сыр употребила в пищу (л.д. 97-100). Оглашенные показания подсудимая в судебном заседании полностью подтвердила, вину в совершении инкриминируемого преступления признала, в содеянном раскаялась, указала, что преступление было ею совершено в связи с трудным материальным положением. Вина подсудимой ФИО2 в совершении преступления, предусмотренного ст. 158.1 УК РФ , по факту хищения от &lt;Дата обезличена&gt; в магазине «Пятерочка» по адресу: &lt;...&gt; подтверждается следующими доказательствами. Допрошенный в судебном заседании представитель потерпевшего Потерпевший №2 показал, что &lt;Дата обезличена&gt; в магазине «Пятерочка» по &lt;...&gt; совершено хищение товаров на сумму 659 рублей 22 копейки, что подтверждается счетами-фактурами на похищенный товар. Ущерб не возмещен. Из оглашенных в судебном заседании в порядке ч. 1 ст. 281 УПК РФ по ходатайству государственного обвинителя и с согласия сторон тождественных показаний свидетелей Свидетель №25 и Свидетель №26 следует, что они участвовали в качестве понятых при проведении осмотра места происшествия в помещении торгового зала магазина «Пятерочка», расположенного по адресу: &lt;...&gt;. Участвующая в осмотре ФИО2, которой разъяснена ст. 51 Конституции РФ, пояснила, что &lt;Дата обезличена&gt; около 16 часов 30 минут она данного магазина похитила товар сыр «Белебеевский» 2 упаковки, сыр «Белебеевский» «Купеческий» 2 упаковки, 1 кусок развесного сыра «Ламбер», взяв товар со стеллажей в торговом зале указанного магазина, помещая его в карманы надетой на ней одежды, не оплатив товар на кассе. В их присутствии были изъяты CD-диск с видеозаписями, содержащими факт хищения от &lt;Дата обезличена&gt;, и документы на похищенный товар. В ходе осмотра ФИО2 указала на стеллажи с аналогичными видами товаров (л.д. 115-116, 119-120). Помимо изложенных выше показаний представителя потерпевшего и свидетелей, вина ФИО2 по факту хищения от &lt;Дата обезличена&gt; подтверждается также: - протоколом осмотра предметов от &lt;Дата обезличена&gt;, согласно которому объектом осмотра являются документы ООО «Агроторг»: 1. инвентаризационный акт товарно-материальных ценностей по состоянию на &lt;Дата обезличена&gt; с информацией о недостаче товаров в магазине «Пятерочка», расположенном по адресу: &lt;...&gt;: «Белебеевский Сыр» 45% 190 г., в количестве 2 шт., цена за шт./кг без учета НДС 101,91, общей стоимостью без НДС 203,82 руб.; «Ламбер сыр твердый» 50 % фасованный, 0,402 г., цена за шт./кг без учета НДС 635,98, общей стоимостью без НДС 255,66 рублей; «Белебеевский Сыр Купеческий» 52 % 190 г., в количестве 2 штук, цена за шт./кг без учета НДС 99,87руб., общей стоимостью без НДС 199,74 руб., итого 659,22 руб. без учета НДС; 2. справка о стоимости похищенного имущества с указанием товара: «Белебеевский Сыр» 45% 190 г., в количестве 2 шт., цена за шт./кг без учета НДС 101,91 руб., общей стоимостью без НДС - 203,82 руб.; «Ламбер сыр твердый» 50 % фасованный, 0,402 г., цена за шт./кг без учета НДС 635,98 руб., общей стоимостью без НДС - 255,66 руб.; «Белебеевский Сыр Купеческий» 52 % 190 г., в количестве 2 шт., цена за шт./кг без учета НДС 99,87 руб., общей стоимостью без НДС - 199,74 руб. итого 659,22 руб. без учета НДС; 3. счет-фактура &lt;Номер обезличен&gt; от &lt;Дата обезличена&gt;, в которой указан товар: «Ламбер сыр» 50% Уг шара вес., цена за кг. 635,98 руб.; счет-фактура &lt;Номер обезличен&gt; от &lt;Дата обезличена&gt; на товар - «Белебеевский сыр» 45% 190 г.», цена за единицу измерения 101,91 руб.; «Белебеевский сыр «Купеческий» 52% 190 г.», цена за единицу измерения - 99,87 руб.; 4. CD-диск с видеозаписью с камеры видеонаблюдения от &lt;Дата обезличена&gt; торгового зала магазина «Пятерочка», куда в 16.28 часов заходит девушка, одетая в пуховик черного цвета, четные джинсы, на голове капюшон, в руках сумка темного цвета, и передвигается по периметру торгового зала между стеллажами. В 16.29 час. берет с закрытого стеллажа с холодильным оборудованием и помещает в карманы надетой на ней куртки – пуховика несколько упаковок сырной продукции. После чего в 16.30 часов покидает территорию магазина, минуя кассы. Осмотренные документы и предметы признаются и приобщаются к материалам дела в качестве вещественных доказательств (л.д. 72-76, 139); инвентаризационным актом товарно-материальных ценностей от &lt;Дата обезличена&gt;, согласно которому выявлена недостача товаров в магазине «Пятерочка», расположенном по адресу: &lt;...&gt;, ул. &lt;...&gt;, а именно сыра ФИО4 в количестве 2 штук, ФИО4 «Купеческий» в количестве 2 штук, «Ламбер», 0,402 гр., общей стоимостью без НДС – 659, 22 рублей (л.д. 147); справкой о стоимости похищенного имущества от &lt;Дата обезличена&gt;, согласно которой похищено имущество 3 позиций: сыр ФИО4 в количестве 2 штук, ФИО4 «Купеческий» в количестве 2 штук, «Ламбер», 0,402 гр., общей стоимостью без НДС – 659, 22 рублей (л.д. 146); - счетом-фактурой &lt;Номер обезличен&gt; от &lt;Дата обезличена&gt; на товар: Ламбер Сыр 50%, в количестве 52,94 кг., цена за единицу измерения (кг) – 635,98 руб., покупателем товара является ООО «Агроторг» (л.д. 148-149); - счетом-фактурой № &lt;Номер обезличен&gt; от &lt;Дата обезличена&gt; на товар - «Белебеевский сыр» 45% 190 г.», цена за единицу измерения 101,91 руб.; «Белебеевский сыр «Купеческий» 52% 190 г.», цена за единицу измерения - 99,87 руб. (л.д. 150-151); - протоколом осмотра места происшествия от &lt;Дата обезличена&gt;, согласно которому &lt;Дата обезличена&gt; в период времени с 12 часов 00 минут до 12 часов 40 минут в присутствии понятых осмотрено помещение торгового зала магазина «Пятерочка», расположенного по адресу: &lt;...&gt;. Присутствующая при осмотре ФИО2 пояснила, что &lt;Дата обезличена&gt; около 16 часов 30 минут она из данного магазина похитила 5 упаковок сыра взяв товар со стеллажей в торговом зале, поместив его под свою одежду, не оплатив товар на кассе. ФИО2 указала на стеллажи с аналогичными видами товаров (л.д. 14-18); протоколом осмотра места происшествия от &lt;Дата обезличена&gt;, согласно которому &lt;Дата обезличена&gt; осмотрен участок местности, расположенный в 15 метрах от &lt;...&gt;. Участвующая в осмотре ФИО2 пояснила, что &lt;Дата обезличена&gt; на осматриваемом месте она продала похищенный ею из магазина «Пятерочка» по адресу: &lt;...&gt; товар неизвестной женщине (л.д. 10-13); - постановлением мирового судьи судебного участка &lt;Номер обезличен&gt; Ленинского района г. Оренбурга &lt;ФИО&gt;23 &lt;Номер обезличен&gt; от &lt;Дата обезличена&gt;, вступившего в законную силу &lt;Дата обезличена&gt;, о привлечении ФИО2 к административной ответственности по делу об административном правонарушении, предусмотренном ч.2 ст. 7.27 КоАП РФ, и назначении ей административного наказания в виде административного штрафа в размере 3000 рублей (л.д. 20); - постановлением мирового судьи судебного участка &lt;Номер обезличен&gt; Ленинского района г. Оренбурга &lt;ФИО&gt;23 &lt;Номер обезличен&gt; от &lt;Дата обезличена&gt;, вступившего в законную силу &lt;Дата обезличена&gt;, согласно которому ФИО2 признана виновной в совершении административного правонарушения, предусмотренного ч. 2 ст. 7.27 КоАП РФ и ей назначено административное наказание в виде административного штрафа в размере 3000 рублей (л.д. 191). Оценив и проанализировав вышеприведённые доказательства в их совокупности, суд признает все перечисленные доказательства в виде показаний представителей потерпевших, свидетелей, исследованных письменных и вещественных доказательств, содержащихся в материалах дела, относимыми, допустимыми, и, учитывая, что в них не имеется противоречий, что они носят стабильный характер, взаимно дополняют друг друга и подтверждают содержащиеся в них сведения, находит их достоверными, принимает за основу установления фактических обстоятельств дела, приходит к убеждению, что виновность подсудимой ФИО2 в деянии, изложенном в описательной части настоящего приговора, полностью доказана. Виновность подсудимой ФИО2 по преступлению от &lt;Дата обезличена&gt; в торговом зале аптеки «Центральная аптека Вита» ООО «Вектор», расположенной по адресу: &lt;...&gt;, помимо ее признательных показаний, о том, что &lt;Дата обезличена&gt; в данной аптеке она похитила два набора косметических средств, которые продала за 2000 рублей, подтверждается показаниями представителя потерпевшего Потерпевший №7, заведующей аптеки &lt;данные изъяты&gt; о том, что &lt;Дата обезличена&gt; в ходе проведения ревизии ТМЦ в аптеке по адресу: &lt;...&gt; обнаружена недостача товаров на сумму 3700 рублей без учета НДС, свидетеля &lt;ФИО&gt;41, давшей аналогичные показания по факту недостачи товара в аптеке на указанную сумму, свидетеля &lt;ФИО&gt;27, участвовавшей в качестве понятой при осмотре места происшествия – аптеки &lt;данные изъяты&gt;» по адресу: &lt;...&gt;, в присутствии которой ФИО2 пояснила о совершении ею кражи в данной аптеке косметической продукции в количестве 2 шт. Кроме того, вина ФИО2 подтверждается исследованными в судебном заседании материалами уголовного дела, а именно протоколами осмотров места происшествия от &lt;Дата обезличена&gt; и &lt;Дата обезличена&gt;, в ходе которых осмотрено помещение аптеки и просмотрены с участием понятых видеозаписи фиксации факта хищения &lt;Дата обезличена&gt; из аптеки лекарственных препаратов ФИО2, протоколом осмотра предметов и документов от &lt;Дата обезличена&gt; и &lt;Дата обезличена&gt;, согласно которым осмотрены товарные накладные, справка о стоимости похищенного имущества, акт инвентаризации о недостаче товара – лекарственных препаратов в количестве 2 шт. на сумму 3700 рублей без учета НДС и другими материалами дела. Виновность подсудимой ФИО2 по преступлению от &lt;Дата обезличена&gt; в торговом зале магазина «Магнит», расположенного по адресу: &lt;...&gt;, помимо ее признательных показаний, о том, что &lt;Дата обезличена&gt; в данном магазине она похитила две бутылки «Виски», которые впоследствии выпила, подтверждается показаниями представителя потерпевшего Потерпевший №6 и свидетеля Свидетель №1 о том, что факт кражи ФИО2 алкогольной продукции из их магазина установлен по видеозаписи, сумма ущерба составила 4033 руб. 73 коп., свидетеля Свидетель №4, участвовавшей в качестве понятой при осмотре места происшествия, в присутствии которой ФИО2 пояснила о совершении ею кражи в данной магазине двух бутылок виски, не расплатившись за них. Кроме того, вина ФИО2 по факту хищения от &lt;Дата обезличена&gt; подтверждается исследованными материалами дела, а именно протоколами осмотров места происшествия от &lt;Дата обезличена&gt; и &lt;Дата обезличена&gt;, в ходе которых в присутствии понятых осмотрено помещение магазина, откуда ФИО2 совершила хищение и просмотрены видеозаписи фиксации факта хищения &lt;Дата обезличена&gt; из магазина 2 бутылок алкогольной продукции аптеки ФИО2, протоколом осмотра предметов и документов от &lt;Дата обезличена&gt; и &lt;Дата обезличена&gt;, согласно которым осмотрены товарные накладные, справка о стоимости похищенного имущества, акт инвентаризации о недостаче товара – виски различного наименования в количестве 2 бутылок на сумму 4033,73 руб. без учета НДС и другими материалами дела. Виновность подсудимой ФИО2 по преступлению от &lt;Дата обезличена&gt; в торговом зале магазина «Пятерочка», расположенного по адресу: &lt;...&gt;, помимо ее признательных показаний, о том, что &lt;Дата обезличена&gt; в данном магазине она похитила молочный шоколад «Милка» в количестве 16 шт. и 2 банки кофе «Якобс», которые впоследствии реализовала на Центральном ранке &lt;...&gt; за 2800 рублей, подтверждается показаниями представителя потерпевшего Потерпевший №5 о том, что факт кражи ФИО2 продуктов питания – молочного шоколада и кофе из их магазина установлен им при просмотре видеозаписи, установлена недостача товара на сумму 3473 руб. 78 коп., письменными материалами дела: протоколом осмотра места происшествия от &lt;Дата обезличена&gt;, в ходе которого в присутствии понятых у директора магазина изъяты документы, подтверждающие недостачу товаров и диск с камеры видеонаблюдения с фиксацией факта хищения от &lt;Дата обезличена&gt;, которые впоследствии также с участием понятых были осмотрены; протоколом осмотра предметов и документов от &lt;Дата обезличена&gt;, от &lt;Дата обезличена&gt;, согласно которым осмотрены акт инвентаризации о недостаче товара – молочного шоколада в количестве 12 штук на сумму 2248,80 руб. без учета НДС, 4 штук на сумму 187,71 руб. без НДС и кофе, общей стоимостью 474,14 рублей, другими материалами дела. Виновность подсудимой ФИО2 по факту хищения от &lt;Дата обезличена&gt; в торговом зале магазина «Пятерочка», расположенного по адресу: &lt;...&gt;, помимо ее признательных показаний, о том, что &lt;Дата обезличена&gt; в данном магазине она похитила шампуни разных марок в количестве 9 штук, два из которых оставила себе для личного пользования, остальные продала неизвестному лицу за 500 рублей, подтверждается показаниями представителя потерпевшего Потерпевший №2 о том, что факт кражи ФИО2 шампуней из их магазина установлен им при просмотре видеозаписи, установлена недостача товара на сумму 2891 руб. 11 коп., свидетеля Свидетель №5 о том, что ею проведена инвентаризация ТМЦ и установлена недостача товаров, а именно шампуней в количестве 9 штук на сумму 2891 руб. 11 коп. без НДС, свидетеля Свидетель №3, участвующей в качестве понятой в осмотре торгового зала магазина, где в ее присутствии у администратора магазина Свидетель №5 изъяты документы, подтверждающие недостачу товаров и диск с камеры видеонаблюдения с фиксацией факта хищения от &lt;Дата обезличена&gt;; письменными материалами дела: протоколом осмотра места происшествия от &lt;Дата обезличена&gt;, протоколом осмотра предметов и документов от &lt;Дата обезличена&gt;, от &lt;Дата обезличена&gt;, согласно которым осмотрены акт инвентаризации о недостаче товара – шампуня различного наименования в количестве 9 штук на сумму 2891 руб. 11 коп. без учета НДС, справка о стоимости похищенного имущества, счета-фактуры, другими материалами дела. В силу пункта 2 постановления Пленума Верховного Суда РФ от 27.12.2002 № 29 (ред. от 15.12.2022) «О судебной практике по делам о краже, грабеже и разбое» как тайное хищение чужого имущества (кража) следует квалифицировать действия лица, совершившего незаконное изъятие имущества в отсутствие собственника или иного владельца этого имущества, или посторонних лиц либо хотя и в их присутствии, но незаметно для них. В судебном заседании достоверно установлено, что все хищения товаров из магазинов, аптеки ФИО2 совершала тайно, при этом перед началом совершения хищения она предварительно каждый раз убеждалась в том, что рядом с ней в момент совершения преступлений никого нет, в том числе сотрудников магазина и покупателей, за ее действиями никто не наблюдает, о чем указывала сама подсудимая, как в ходе предварительного, так и судебного следствия, а также факт скрытности совершаемых действий с ее стороны в момент хищений подтверждается видеозаписями с камер видеонаблюдения, при просмотре которых представителями потерпевших при участии понятых видно, что ФИО2 перед совершением хищения осматривалась, предварительно оглядывалась по сторонам, чтобы ее действия оставались незамеченными для окружающих. Судом установлено, что ФИО2, зная о вынесенном в отношении нее постановлении мирового судьи судебного участка &lt;Номер обезличен&gt; Ленинского района г.Оренбурга от &lt;Дата обезличена&gt;, вступившим в законную силу &lt;Дата обезличена&gt; по ч.2 ст. 7.27 КоАП РФ, будучи привлеченной к административному наказанию, совершила хищения из магазинов «Пятерочка» в г. Оренбурге по адресам: &lt;...&gt; – &lt;Дата обезличена&gt; сыр Белебеевский в количестве 8 штук, на общую сумму 1 135 рублей 28 копеек без учета НДС; &lt;...&gt; – &lt;Дата обезличена&gt; сыр Белебеевский различного наименования, сыр Башкирский медовый в количестве 11 штук и сыр Ламбер ? шара, на общую сумму 1848 рублей; по &lt;...&gt; - &lt;Дата обезличена&gt; 7 пачек масла сливочного, общей стоимостью 568 рублей 54 копейки без учета НДС; по ул. &lt;...&gt; – &lt;Дата обезличена&gt; сыра Белебеевский различного наименования в количестве 9 штук, общей стоимостью 1310 рублей 22 копейки без учета НДС; по &lt;...&gt; - &lt;Дата обезличена&gt; масла сливочного и сыра Белебеевского различного наименования, в общем количестве 14 штук, общей стоимостью 1354 рублей 65 копеек без учета НДС; по &lt;...&gt; – &lt;Дата обезличена&gt; шампуня различного наименования, в количестве 4 штук, общей стоимостью 1386 рублей 04 копейки без учета НДС, по ул. &lt;...&gt;- &lt;Дата обезличена&gt; 2 банок ореховой пасты, общей стоимостью 394 рубля 52 копейки; по &lt;...&gt; - &lt;Дата обезличена&gt; шампуней и дезодорантов различного наименования в количестве 4 штук, общей стоимостью 1287 рублей 42 копейки без учета НДС; по ул. &lt;...&gt; – &lt;Дата обезличена&gt; кофе «JACOBS MONARCH» и сыра «Брест-Литовск», в общем количестве 8 штук, на общую сумму 1157 рублей 32 копейки без учета НДС; &lt;...&gt; – &lt;Дата обезличена&gt; сыра Белебеевский различного наименования в количестве 9 штук, на общую сумму 967 рублей 82 копейки без учета НДС; по &lt;...&gt; – &lt;Дата обезличена&gt; сыра Белебеевский различного наименования в количестве 4 штук и сыра Ламбер, на общую сумму 659 рублей 22 копейки без учета НДС. Похищенный товар ФИО2 был реализован путем продажи неизвестным лицам после совершений преступлений либо оставлен для личного употребления. Данные обстоятельства подтверждаются признательными показаниями подсудимой ФИО2 по инкриминируемым преступлениям, которая указала, что зная о привлечении ее к административной ответственности за мелкое хищение постановлением суда, совершила преступления, похищенный товар ею был спрятан под надетую на ней одежду или в находившейся при ней сумке (пакете). Вина подсудимой ФИО2 по факту совершения 11 эпизодов мелких хищений также подтверждается всей совокупностью исследованных судом письменных доказательств, показаний представителей потерпевших и свидетельских показаний, которые согласуются между собой, противоречий не содержат. У суда не имеется оснований не доверять показаниям представителей потерпевших и свидетелей, те изложили известные им обстоятельства, будучи предупрежденными по ст. 307 УК РФ за дачу заведомо ложных показаний, показания представителей потерпевших и свидетелей стабильные, согласуются между собой и с другими доказательствами по делу. В ходе судебного разбирательства не было установлено наличия у перечисленных представителей потерпевших и свидетелей каких-либо причин для оговора подсудимой, поэтому оснований ставить под сомнение факты, изложенные представителями потерпевших и свидетелями, у суда не имеется. Все следственные действия производились с соблюдением всех норм действующего уголовно-процессуального законодательства, замечаний и ходатайств, касающихся правильности ведения следственных действий, не поступило. Все письменные доказательства получены в соответствии с нормами УПК РФ, оснований для признания недопустимыми доказательствами не имеется. Доказательств, подтверждающих виновность подсудимой ФИО2 по делу необходимое и достаточное количество. Все доказательства, исследованные в ходе судебного заседания, являются допустимыми, полученными в соответствии с положениями УПК РФ. В соответствии с разъяснениями, изложенными в п. 17.1 постановления Пленума Верховного Суда Российской Федерации от 27 декабря 2002 года № 29 «О судебной практике по делам о краже, грабеже и разбое» уголовная ответственность по ст. 158.1 УК РФ наступает при условии, если на момент совершения мелкого хищения чужого имущества стоимостью не более 2 500 рублей путем кражи виновный является лицом, подвергнутым административному наказанию за мелкое хищение чужого имущества, стоимостью более 1 000 рублей, но не более 2 500 рублей. В силу ст. 4.6 КоАП РФ лицо считается подвергнутым административному наказанию со дня вступления в законную силу постановления о назначении ему административного наказания до истечения 1 года со дня окончания исполнения данного постановления. В ходе судебного следствия достоверно установлено, что подсудимая ФИО2, являясь лицом, ранее подвергнутым административному наказанию по ч.2 ст. 7.27 КоАП РФ, за мелкое хищение чужого имущества, действуя умышленно, преследуя корыстную цель незаконного завладения чужим имуществом и обращения его в свою пользу, &lt;Дата обезличена&gt;, &lt;Дата обезличена&gt;, &lt;Дата обезличена&gt;, &lt;Дата обезличена&gt; (два эпизода хищения), &lt;Дата обезличена&gt;, &lt;Дата обезличена&gt;, &lt;Дата обезличена&gt;, &lt;Дата обезличена&gt;, &lt;Дата обезличена&gt;, &lt;Дата обезличена&gt; в магазинах «Пятерочка» в г. Оренбурге по адресам: &lt;...&gt;, &lt;...&gt;, &lt;...&gt; тайно, воспользовавшись отсутствием внимания посторонних лиц, похитила имущество ООО «Агроторг» - сыр Белебеевский в количестве 8 штук, на общую сумму 1 135 рублей 28 копеек без учета НДС, сыр Белебеевский различного наименования и сыр Ламбер, на общую сумму 1848 рублей, 7 пачек масла сливочного, общей стоимостью 568 рублей 54 копейки без учета НДС, сыр Белебеевский различного наименования в количестве 9 штук, общей стоимостью 1310 рублей 22 копейки без учета НДС, масло сливочное и сыр Белебеевский различного наименования, в общем количестве 14 штук, общей стоимостью 1354 рублей 65 копеек без учета НДС, шампунь различного наименования, в количестве 4 штук, общей стоимостью 1386 рублей 04 копейки без учета НДС, 2 банки ореховой пасты, общей стоимостью 394 рубля 52 копейки, шампуни и дезодоранты различного наименования в количестве 4 штук, общей стоимостью 1287 рублей 42 копейки без учета НДС, кофе «JACOBS MONARCH» и сыр «Брест-Литовск», в общем количестве 8 штук, на общую сумму 1157 рублей 32 копейки без учета НДС, сыр Белебеевский различного наименования в количестве 9 штук, на общую сумму 967 рублей 82 копейки без учета НДС, сыр Белебеевский различного наименования в количестве 4 штук и сыр Ламбер фасованный, на общую сумму 659 рублей 22 копейки без учета НДС, при этом действовала каждый раз с вновь возникшим умыслом, что следует из показаний самой ФИО2 на досудебной стадии и полностью поддержанных в судебном заседании, в соответствии с которыми она, нуждаясь в денежных средствах, вновь решала совершить хищение товаров, т.е. действовала с вновь возникшим умыслом, осознавала общественную опасность своих действий и желала наступления преступного результата своих действий. В действиях ФИО2 по одиннадцати преступлениям мелкого хищения чужого имущества содержится оконченный состав преступления, поскольку похищенный товар поступил в незаконное владение подсудимой и она получил реальную возможность распорядиться им по своему усмотрению, что ею фактически было реализовано. ФИО2 по постановлению мирового судьи судебного участка &lt;Номер обезличен&gt; Ленинского района г.Оренбурга от &lt;Дата обезличена&gt;, вступившим в законную силу &lt;Дата обезличена&gt; по ч.2 ст. 7.27 КоАП РФ, привлечена к административной ответственности за мелкое хищение чужого имущества, стоимостью более одной тысячи рублей, но не более двух тысяч пятисот рублей, к наказанию в виде административного штрафа в размере 3 000 рублей, штраф не оплачен. Таким образом, на момент совершения ФИО2 преступлений &lt;Дата обезличена&gt;, &lt;Дата обезличена&gt;, &lt;Дата обезличена&gt;, &lt;Дата обезличена&gt; (два эпизода хищения), &lt;Дата обезличена&gt;, &lt;Дата обезличена&gt;, &lt;Дата обезличена&gt;, &lt;Дата обезличена&gt;, &lt;Дата обезличена&gt;, &lt;Дата обезличена&gt;, она являлась лицом, подвергнутым административному наказанию. Стоимость и принадлежность похищенного имущества подтверждается справками из магазина «Пятерочка», «Магнит» и аптеки «Центральная аптека Вита», никем из участников процесса не оспаривается. Как видно из материалов дела, ФИО2 были разъяснены процессуальные права, положения статьи 51 Конституции Российской Федерации, она предупреждалась о том, что ее показания могут быть использованы в качестве доказательств по делу даже в случае последующего отказа от них. В допросах ФИО2 участвовал адвокат, что исключало возможность оказания на ФИО2 какого-либо воздействия. На протяжении всего предварительного расследования и судебного разбирательства ФИО2 не делала заявлений о применении к ней недозволенных методов ведения следствия, и об этом ничто объективно не свидетельствовало. При таких обстоятельствах, суд квалифицирует действия ФИО2 по ч. 1 ст. 158 УК РФ (по четырем эпизодам хищений от &lt;Дата обезличена&gt;, от &lt;Дата обезличена&gt;, от &lt;Дата обезличена&gt;, от &lt;Дата обезличена&gt;) как кража, то есть тайное хищение чужого имущества; по ст. 158.1 УК РФ (по одиннадцати эпизодам хищений от &lt;Дата обезличена&gt; в магазине «Пятерочка» ООО «Агроторг» по адресу: &lt;...&gt;, от &lt;Дата обезличена&gt; в магазине «Пятерочка» ООО «Агроторг» по адресу: &lt;...&gt;, от &lt;Дата обезличена&gt; в магазине «Пятерочка» ООО «Агроторг» по адресу: &lt;...&gt;, от &lt;Дата обезличена&gt; в магазине «Пятерочка» ООО «Агроторг» по адресу: &lt;...&gt;, ул. &lt;...&gt;, от &lt;Дата обезличена&gt; в магазине «Пятерочка» ООО «Агроторг» по адресу: &lt;...&gt;, от &lt;Дата обезличена&gt; в магазине «Пятерочка» ООО «Агроторг» по адресу: &lt;...&gt;, от &lt;Дата обезличена&gt; в магазине «Пятерочка» ООО «Агроторг» по адресу: &lt;...&gt; от &lt;Дата обезличена&gt; в магазине «Пятерочка» ООО «Агроторг» по адресу: &lt;...&gt;, от &lt;Дата обезличена&gt; в магазине «Пятерочка» ООО «Агроторг» по адресу: &lt;...&gt;, от &lt;Дата обезличена&gt; в магазине «Пятерочка» ООО «Агроторг» по адресу: &lt;...&gt;, от &lt;Дата обезличена&gt; в магазине «Пятерочка» ООО «Агроторг» по адресу: &lt;...&gt;) как мелкое хищение чужого имущества, совершенное лицом, подвергнутым административному наказанию за мелкое хищение, предусмотренное ч.2 ст. 7.27 КоАП РФ. Судом также исследовалось психическое состояние подсудимой ФИО2 Согласно заключению судебно-психиатрической комиссии экспертов &lt;Номер обезличен&gt; от &lt;Дата обезличена&gt;, у ФИО2 обнаруживается &lt;данные изъяты&gt;, однако в период, относящийся к инкриминируемым деяниям, понимала противоправный характер инкриминируемых ей деяний, их наказуемость, принимала в связи с этим определенные меры предосторожности (л.д.200-204). С учетом данных о личности ФИО2, анализа ее действий во время совершения преступлений и после, поведения на стадии предварительного следствия и в ходе судебного разбирательства, суд находит подсудимую вменяемой, подлежащей уголовной ответственности и наказанию. При назначении наказания подсудимому суд, в соответствии с ч. 3 ст. 60 УК РФ , учитывает характер и степень общественной опасности совершенного преступления, личность виновного, в том числе обстоятельства, влияющие на назначение наказания, а также влияние назначенного наказания на исправление осужденного и условия жизни его семьи. Совершенные подсудимой ФИО2 преступления относятся уголовным законом к категории небольшой тяжести. Подсудимая ФИО2 ранее неоднократно судима; зарегистрирована в ГБУЗ «ООКПБ &lt;Номер обезличен&gt;», находилась на лечении в &lt;Дата обезличена&gt; года, в ООКПБ &lt;Номер обезличен&gt; в &lt;Дата обезличена&gt; г.г. проходила АСПЭ с диагнозом: &lt;данные изъяты&gt;, признана вменяемой, АСПЭ от &lt;Дата обезличена&gt; с диагнозом: &lt;данные изъяты&gt;, признана вменяемой; на учете в ГАУЗ «ООКНД» не состоит и не наблюдается; по месту жительства соседями и участковыми уполномоченными отдела полиции &lt;Номер обезличен&gt; МУ МВД России «Оренбургское» характеризуется отрицательно; состоит в зарегистрированном браке, супругом &lt;ФИО&gt;42 характеризуется с положительной стороны, официального места работы не имеет. Смягчающими наказание обстоятельствами ФИО2 по всем эпизодам преступлений суд признает в соответствии с ч. 2 ст. 61 УК РФ : полное признание ею своей вины, раскаяние в содеянном, состояние здоровья подсудимой, характеризующееся наличием ряда тяжких хронических заболеваний и ментального заболевания, оказание помощи свекрови, находящейся на пенсии, состояние здоровья ее близких родственников – свекрови и супруга, отягощенное хроническими заболеваниями, положительная характеристика ее личности со стороны супруга; в соответствии с п. «и» ч. 1 ст. 61 УК РФ – активное способствование раскрытию и расследованию преступления, выразившееся в том, что она подробно описала обстоятельства совершения хищений, указала время и место совершения ею преступлений, приняла участие в осмотре мест происшествий сотрудниками полиции, осмотре дисков с фиксацией фактов хищений, по результатам осмотра которых подтвердила свою причастность к совершению хищений, в результате чего сообщенные ФИО2 сведения в совокупности с другими доказательствами были положены в основу предъявленного ей обвинения, с которым она полностью согласилась. Обстоятельством, отягчающим наказание ФИО2, по всем эпизодам преступлений суд в соответствии с п. «а» ч.1 ст. 63 УК РФ , признает рецидив преступлений. Учитывая все обстоятельства дела, характер и степень общественной опасности совершенных преступлений по пятнадцати фактам хищений, отнесенных законом к категории небольшой тяжести, направленных против собственности, в период непогашенной судимости за аналогичные преступления, данные о личности подсудимой, наличие смягчающих и отягчающего наказание обстоятельств, влияние назначенного наказания на исправление ФИО2, суд приходит к выводу, что ее исправление возможно только в условиях изоляции от общества и назначает ей наказание в виде лишения свободы за каждое преступление, при этом суд приходит к выводу о невозможности назначения более мягкого наказания. С учетом того, что в действиях ФИО2 установлено наличие смягчающих наказание обстоятельств, предусмотренных ст. 61 УК РФ , суд назначает подсудимой наказание с учетом правил ч. 3 ст. 68 УК РФ . Каких-либо исключительных обстоятельств, существенно уменьшающих степень общественной опасности совершенных преступлений, которые могли бы повлиять на назначение наказания, с учетом того, что в предусмотренной законодателем санкции за совершенные ФИО2 преступления по ч. 1 ст. , ст. 158.1 УК РФ не установлена нижняя граница наказания в виде лишения свободы, суд не усматривает и не находит оснований для применения ст. 64 УК РФ – назначение наказания ниже низшего предела. Также суд не усматривает оснований для применения ст. 73 УК РФ – условное осуждение, поскольку подсудимой был совершен ряд умышленных корыстных преступлений против собственности в период непогашенной судимости, ранее она была судима за совершение преступлений, в том числе тяжкого, аналогичного характера, отбывала наказание в виде реального лишения свободы, привлекалась к административной ответственности, что указывает на нее как на личность с неконтролируемой формой поведения, склонную к противоправному поведению и совершению преступлений, в связи с чем, суд считает, что в целях достижения предусмотренных ст. ст. и 43 УК РФ целей и задач уголовного наказания, направленных на восстановление социальной справедливости, исправление осужденной и предупреждения совершения ею новых преступлений, ФИО2 необходимо назначить наказание только в виде реального лишения свободы с обязательной изоляцией ее от общества. Кроме того, суд не находит оснований для замены наказания в виде лишения свободы принудительными работами в порядке, установленном ст. 53.1 УК РФ , исходя из характера и степени общественной опасности совершенных преступлений, данных о личности подсудимой. Оснований для применения ч. 1 ст. 62 УК РФ суд не усматривает, поскольку в действиях подсудимой ФИО2 установлено наличие отягчающего наказание обстоятельства. Правовых оснований для применения положений ч. 6 ст. 15 УК РФ об изменении категории преступления на менее тяжкую суд не находит, поскольку преступления отнесены законодателем к категории небольшой тяжести. Поскольку ФИО2 совершены пятнадцать преступлений, относящиеся к категории небольшой тяжести, суд считает необходимым наказание назначить ей с применением правил, предусмотренных ч.2 ст. 69 УК РФ , по совокупности преступлений, путем частичного сложения назначенных наказаний. Поскольку подсудимая ФИО2 инкриминируемые ей деяния совершила до вынесения приговора суда по первому делу, при таких обстоятельствах, суд считает необходимым окончательное наказание ФИО2 назначить по правилам ч. 5 ст. 69 УК РФ по совокупности преступлений. В соответствии с п. «а» ч. 1 ст. 58 УК РФ местом отбывания наказания ФИО2 определить колонию-поселение. Обстоятельств, исключающих преступность и наказуемость совершенных деяний, не имеется; обстоятельств, влекущих освобождение от наказания или уголовной ответственности, в том числе в соответствии с требованиями ст.ст. , , 76.2 , , 80.1 , 81 УК РФ , суд не усматривает. В целях обеспечения исполнения приговора до его вступления в законную силу ранее избранная в отношении ФИО2 мера пресечения в виде заключения под стражу должна быть оставлена без изменения. В ходе предварительного следствия представителем потерпевшего АО «Тандер» Потерпевший №6 заявлен гражданский иск о возмещении материального ущерба, причиненного преступлением, в размере 4 033 рубля 73 копейки; представителем потерпевшего ООО «Агроторг» Потерпевший №2 заявлен гражданский иск о возмещении материального ущерба, причиненного преступлением, в размере 2 891 рубль 11 копеек, 1386 рублей 04 копейки, 1310 рублей 22 копейки, 1157 рублей 32 копейки; представителем потерпевшего ООО «Агроторг» Потерпевший №4 заявлен гражданский иск о возмещении материального ущерба, причиненного преступлением, в размере 1128 рублей 80 копеек; представителем потерпевшего ООО «Агроторг» Потерпевший №3 заявлен гражданский иск о возмещении материального ущерба, причиненного преступлением, в размере 1848 рублей. Суд полагает необходимым заявленные гражданские иски удовлетворить в полном объеме, так как являются обоснованными и документально подтвержденными. При удовлетворении гражданских исков суд принимает во внимание то обстоятельство, что подсудимая ФИО2 в ходе судебного заседания признала заявленные исковые требования в полном объеме. Судьбу вещественных доказательств разрешить в соответствии со ст. 81 УПК РФ . Руководствуясь ст.ст. - 309 УПК РФ , суд, ПРИГОВОРИЛ: Признать ФИО2 виновной в совершении преступлений, предусмотренных ст. 158.1 , ст. 158.1 , ст. 158.1 , ст. 158.1 , ст. 158.1 , ст. 158.1 , ст. 158.1 , ст. 158.1 , ч.1 ст. , ч.1 ст. , ч.1 ст. , ч.1 ст. , ст. 158.1 , ст. 158.1 , ст. 158.1 УК РФ , и назначить ей наказание: - по ч.1 ст. 158 УК РФ (по эпизоду хищения от &lt;Дата обезличена&gt;) в виде лишения свободы на срок 3 месяца; - по ч.1 ст. 158 УК РФ (по эпизоду хищения от &lt;Дата обезличена&gt;) в виде лишения свободы на срок 3 месяца; - по ч.1 ст. 158 УК РФ (по эпизоду хищения от &lt;Дата обезличена&gt;) в виде лишения свободы на срок 3 месяца; - по ч.1 ст. 158 УК РФ (по эпизоду хищения от &lt;Дата обезличена&gt;) в виде лишения свободы на срок 3 месяца; - по ст. 158.1 УК РФ (по эпизоду хищения от &lt;Дата обезличена&gt;) в виде лишения свободы на срок 2 месяца; - по ст. 158.1 УК РФ (по эпизоду хищения от &lt;Дата обезличена&gt;) в виде лишения свободы на срок 2 месяца; - по ст. 158.1 УК РФ (по эпизоду хищения от &lt;Дата обезличена&gt;) в виде лишения свободы на срок 2 месяца; - по ст. 158.1 УК РФ (по эпизоду хищения от &lt;Дата обезличена&gt; в магазине «Пятерочка» по адресу: &lt;...&gt;, ул. &lt;...&gt;, 21) в виде лишения свободы на срок 2 месяца; - по ст. 158.1 УК РФ (по эпизоду хищения от &lt;Дата обезличена&gt; в магазине «Пятерочка» по адресу: &lt;...&gt;) в виде лишения свободы на срок 2 месяца; - по ст. 158.1 УК РФ (по эпизоду хищения от &lt;Дата обезличена&gt;) в виде лишения свободы на срок 2 месяца; - по ст. 158.1 УК РФ (по эпизоду хищения от &lt;Дата обезличена&gt;) в виде лишения свободы на срок 2 месяца; - по ст. 158.1 УК РФ (по эпизоду хищения от &lt;Дата обезличена&gt;) в виде лишения свободы на срок 2 месяца; - по ст. 158.1 УК РФ (по эпизоду хищения от &lt;Дата обезличена&gt;) в виде лишения свободы на срок 2 месяца; - по ст. 158.1 УК РФ (по эпизоду хищения от &lt;Дата обезличена&gt;) в виде лишения свободы на срок 2 месяца; - по ст. 158.1 УК РФ (по эпизоду хищения от &lt;Дата обезличена&gt;) в виде лишения свободы на срок 2 месяца. На основании ч. 2 ст. 69 УК РФ по совокупности преступлений путем частичного сложения назначенных наказаний назначить ФИО2 наказание в виде лишения свободы на срок 6 месяцев. На основании ч. 5 ст. 69 УК РФ по совокупности преступлений путем частичного сложения наказания, назначенного по настоящему приговору, с основным наказанием в виде лишения свободы и полного присоединения дополнительного наказания в виде ограничения свободы по приговору Ленинского районного суда г. Оренбурга от &lt;Дата обезличена&gt;, окончательно назначить ФИО2 наказание в виде лишения свободы на срок 7 месяцев с отбыванием в колонии-поселении, с ограничением свободы на срок 4 месяца. В соответствии с ч. 1 ст. 53 УК РФ установить ФИО2 следующие ограничения: - не изменять место жительства или пребывания без согласия специализированного государственного органа, осуществляющего надзор за отбыванием осуждёнными наказания в виде ограничения свободы; - не выезжать за пределы муниципального образования, где осужденный будет проживать после отбытия лишения свободы, без согласия специализированного государственного органа, осуществляющего надзор за отбыванием осуждёнными наказания в виде ограничения свободы. Возложить на осужденную ФИО2 обязанность являться в специализированный государственный орган, осуществляющий надзор за отбыванием осуждёнными наказания в виде ограничения свободы, один раз в месяц для регистрации в дату, определенную инспекцией. Дополнительное наказание в виде ограничения свободы ФИО2 следует отбывать после отбытия основного наказания в виде лишения свободы. Меру пресечения ФИО2 в виде заключения под стражу до вступления приговора в законную силу оставить без изменения. Срок наказания исчислять со дня вступления приговора в законную силу. Зачесть в срок отбывания наказания время содержания ФИО2 под стражей с &lt;Дата обезличена&gt; до вступления настоящего приговора в законную силу в соответствии с п. «в» ч. 3.1 ст. 72 УК РФ из расчета один день содержания под стражей за два дня отбывания наказания в колонии-поселении. Гражданские иски ООО «Агроторг» о возмещении материального ущерба, причиненного преступлением, в размере 11 644 рубля 68 копеек удовлетворить. Взыскать с ФИО2 в пользу ООО «Агроторг» сумму материального ущерба, причиненного преступлением, в размере 11 644 рубля 68 копеек. Гражданский иск АО «Тандер» о возмещении материального ущерба, причиненного преступлением, в размере 4 033 рубля 73 копейки удовлетворить. Взыскать с ФИО2 в пользу АО «Тандер» сумму материального ущерба, причиненного преступлением, в размере 4 033 рубля 73 копейки. Вещественные доказательства по вступлению приговора суда в законную силу: - видеозаписи на СD-диске от &lt;Дата обезличена&gt;, товарная накладная &lt;Номер обезличен&gt; от &lt;Дата обезличена&gt;, товарная накладная &lt;Номер обезличен&gt; от &lt;Дата обезличена&gt;, справка о стоимости товара, инвентаризационный акт от &lt;Дата обезличена&gt;, справку о стоимости похищенного имущества, счет-фактура &lt;Номер обезличен&gt; от &lt;Дата обезличена&gt;, счет-фактура &lt;Номер обезличен&gt; от &lt;Дата обезличена&gt;, счет-фактура &lt;Номер обезличен&gt;RACQ-15267 от &lt;Дата обезличена&gt;, счет-фактура &lt;Номер обезличен&gt; от &lt;Дата обезличена&gt;, инвентаризационный акт от &lt;Дата обезличена&gt;, справка о стоимости похищенного имущества, счет-фактура &lt;Номер обезличен&gt; от &lt;Дата обезличена&gt;, счет-фактура &lt;Номер обезличен&gt; от &lt;Дата обезличена&gt;, счет-фактура &lt;Номер обезличен&gt;Г650 от &lt;Дата обезличена&gt;, инвентаризационный акт от &lt;Дата обезличена&gt;, справка о стоимости похищенного имущества, счет-фактура &lt;Номер обезличен&gt; от &lt;Дата обезличена&gt;, счет-фактура &lt;Номер обезличен&gt; от &lt;Дата обезличена&gt;, диск с видеозаписью от &lt;Дата обезличена&gt;, диск с видеозаписью от &lt;Дата обезличена&gt;, СD-диск с видеозаписью от &lt;Дата обезличена&gt;, СD-диск с видеозаписью от &lt;Дата обезличена&gt;, СD-диск с видеозаписью от &lt;Дата обезличена&gt;, СD-диск с видеозаписью от &lt;Дата обезличена&gt;, инвентаризационный акт от &lt;Дата обезличена&gt;, справку о стоимости похищенного имущества, счет-фактура &lt;Номер обезличен&gt; от &lt;Дата обезличена&gt;, диск с видеозаписью от &lt;Дата обезличена&gt;, диск с видеозаписью от &lt;Дата обезличена&gt;, справка, акт инвентаризации, счет-фактура 3 штуки, акт инвентаризации, счет-фактура №&lt;Номер обезличен&gt; от &lt;Дата обезличена&gt;, счет-фактура &lt;Номер обезличен&gt;RACQ-19565 от &lt;Дата обезличена&gt;, диск с видеозаписью от &lt;Дата обезличена&gt;, СD-диск с видеозаписью от &lt;Дата обезличена&gt;, справка о стоимости похищенного товара, акт ревизии от &lt;Дата обезличена&gt;, накладная &lt;Номер обезличен&gt;эгW от &lt;Дата обезличена&gt;, CD-диск с видеозаписями, содержащими события от &lt;Дата обезличена&gt;; CD-диск, с видеозаписями, содержащими события от &lt;Дата обезличена&gt;; справка о стоимости похищенного имущества по состоянию на &lt;Дата обезличена&gt;, инвентаризационный акта товарно-материальных ценностей по состоянию от &lt;Дата обезличена&gt;, счет-фактура &lt;Номер обезличен&gt; от &lt;Дата обезличена&gt;, счет-фактура &lt;Номер обезличен&gt; от &lt;Дата обезличена&gt;, справка о стоимости похищенного имущества по состоянию на &lt;Дата обезличена&gt;, инвентаризационный акт товарно-материальных ценностей по состоянию от &lt;Дата обезличена&gt;, счет-фактура &lt;Номер обезличен&gt; от &lt;Дата обезличена&gt;, счет-фактура &lt;Номер обезличен&gt; от &lt;Дата обезличена&gt;, CD-диск, с видеозаписями, содержащими события от &lt;Дата обезличена&gt;, справка о стоимости похищенного ущерба от &lt;Дата обезличена&gt;, инвентаризационный акт товарно-материальных ценностей от &lt;Дата обезличена&gt;, счет-фактура &lt;Номер обезличен&gt; от &lt;Дата обезличена&gt;, счет-фактура № СТ-162834 от &lt;Дата обезличена&gt;, счет-фактура № СТ-157033 от &lt;Дата обезличена&gt;, видеозаписи на СD-диске от &lt;Дата обезличена&gt;, диск с видеозаписью от &lt;Дата обезличена&gt;, инвентаризационный акт от &lt;Дата обезличена&gt;, справку о стоимости похищенного имущества от &lt;Дата обезличена&gt;, счет-фактура &lt;Номер обезличен&gt; от &lt;Дата обезличена&gt;, инвентаризационный акт от &lt;Дата обезличена&gt;, справка о стоимости похищенного имущества от &lt;Дата обезличена&gt;, счет-фактура &lt;Номер обезличен&gt; от &lt;Дата обезличена&gt;, счет-фактура &lt;Номер обезличен&gt; от &lt;Дата обезличена&gt;, счет-фактура &lt;Номер обезличен&gt; от &lt;Дата обезличена&gt;, хранящиеся при материалах уголовного дела, - хранить там же; - шампунь против перхоти 2 в 1 торговой марки «CLEAR антибактериальный эффект» объемом 380 мл., в количестве двух штук, дезодорант аэрозоль «AXE Анархия для него», объемом 150 мл., в количестве одной штуки, дезодорант аэрозоль «AXE ДАРК Темпейшн», объемом 150 мл., в количестве 1 штуки без упаковки, - переданные на ответственное хранение представителю потерпевшего Потерпевший №1, - оставить в распоряжении законного владельца. Приговор может быть обжалован в апелляционном порядке в судебную коллегию по уголовным делам Оренбургского областного суда через Дзержинский районный суд г.Оренбурга в течение 15 суток со дня его провозглашения, а осужденной, содержащейся под стражей, - в тот же срок со дня вручения копии приговора. В случае подачи апелляционной жалобы или апелляционного представления иными участниками процесса, затрагивающих интересы осужденного, он вправе в течении 15 суток со дня вручения ему копий указанной апелляционной жалобы или апелляционного представления подать свои возражения в письменном виде и иметь возможность довести до суда апелляционной инстанции свою позицию непосредственно, а также вправе поручать осуществление своей защиты избранному им защитнику, отказаться от защитника либо ходатайствовать перед судом о назначении защитника. Судья: В.В. Яшникова Суд: Дзержинский районный суд г. Оренбурга (Оренбургская область) (подробнее) Судьи дела: Яшникова Виктория Валерьевна (судья) (подробнее)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