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12301040105000044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