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21.05.2010 приговором Петушинского районного суда Владимирской области (с учетом изменений, внесенных постановлением Ковровского городского суда Владимирской области от 23.05.2011) по ч. 4 ст. 111 УК РФ к лишению свободы на срок 8 лет 11 месяцев с отбыванием в исправительной колонии строгого режима, освобожденного 17.05.2018 по отбытии наказания;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31.03.2021 приговором Петушинского районного суда Владимирской области (с учетом изменений, внесенных постановлениями Петушинского районного суда Владимирской области от 19.07.2021 и от 13.10.2021) по ч. 2 ст. 314.1 УК РФ с применением ст. 73 УК РФ к лишению свободы на срок 3 месяца условно с испытательным сроком 8 месяцев;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19.07.2021 приговором Петушинского районного суда Владимирской области по п. «в» ч. 2 ст. 158 УК РФ к лишение свободы на срок 6 месяцев с отбыванием в исправительной колонии строгого режима;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14.12.2021 приговором Петушинского районного суда Владимирской области по ч. 2 ст. 314.1 УК РФ с применением ч. 4 ст. , ст. , ч. 5 ст. 69 УК РФ к лишению свободы на срок 8 месяцев с отбыванием в исправительной колонии строгого режима, освобожденного 18.03.2022 по отбытии наказания; осужденного: 1) 21.09.2022 приговором Петушинского районного суда Владимирской области по ч. 2 ст. 314.1 УК РФ к обязательным работам на срок 120 часов, наказание отбыто 13.12.2022; 2) 22.12.2022 приговором Петушинского районного суда Владимирской области по ч. 2 ст. 314.1 УК РФ (2 преступления) с применением ч.ч. 2, 5 ст. 69 УК РФ к исправительным работам на срок 6 месяцев с удержанием из заработной платы в доход государства 5% ежемесячно, наказание не отбыто, 3) 13.03.2023 приговором Петушинского районного суда Владимирской области по ч. 2 ст. 314.1 УК РФ с применением ч. 5 ст. 69 УК РФ к исправительным работам на срок 8 месяцев с удержанием из заработной платы в доход государства 10% ежемесячно, наказание не отбыто, обвиняемого в совершении преступления, предусмотренного ч. 2 ст. 314.1 УК РФ , установил: ФИО1, в отношении которого установлен административный надзор, совершил неоднократное несоблюдение административных ограничений, установленных ему судом в соответствии с федеральным законом, сопряженное с совершением административного правонарушения, посягающего на общественный порядок и общественную безопасность. Преступление совершено при следующих обстоятельствах: На основании решения Вязниковского городского суда Владимирской области от 15 ноября 2021 года, в отношении ФИО1 установлен административный надзор на срок 3 года, за вычетом срока, истекшего после отбытия наказания, то есть до 18 марта 2025года. В соответствии с данным решением ФИО1, как поднадзорному лицу установлены административные ограничения в виде: - обязательной явки три раза в месяц в орган внутренних дел по месту жительства, пребывания или фактического нахождения для регистрации; - запрещения пребывания вне жилого или иного помещения, являющегося местом жительства либо пребывания, в период с 22 часов 00 минут до 06 часов 00 минут; - запрещения посещения мест продажи в розлив алкогольной продукции. В связи с неоднократным нарушением административного надзора, решением Петушинского районного суда от 30 августа 2022 года в отношении ФИО1 установлены дополнения к ранее установленным ограничениям в рамках административного надзора в виде: - обязательной явки в орган внутренних дел по месту жительства или пребывания для регистрации четыре раза в месяц, в дни, установленные ОМВД России по Петушинскому району. 18 марта 2022 года в 22 часа 55 минут ФИО1, достоверно зная об установленном в отношении него административном надзоре и возложенных на него административных ограничениях, умышлено с целью уклонения от административного надзора и несоблюдения административных ограничений, установленных судом в соответствии с Федеральным Законом № 64 ФЗ от 06.04.2011 года (в редакции Федерального Закона РФ № 252-ФЗ от 29.07.2017 г.) будучи ознакомленным с данными требованиями, по мотиву избежать контроля со стороны сотрудников ОМВД России по Петушинскому району, допустил несоблюдение ограничения, возложенного на него судом, в связи с чем на основании постановления по делу об административном правонарушении от 30 марта 2022 года, вступившим в законную силу 11 апреля 2022 года, был привлечен к административной ответственности по ч. 1 ст. 19.24 КоАП РФ, и ему было назначено административное наказание в виде административного штрафа в размере 1 000 рублей. Продолжая осуществлять свои преступные действия, направленные на уклонение от административного надзора, 18 апреля 2022 года в 22 часа 05 минут ФИО1, достоверно зная об установленном в отношении него административном надзоре и возложенных на него административных ограничениях, умышлено с целью уклонения от административного надзора и несоблюдения административных ограничений, установленных судом в соответствии с Федеральным Законом № 64 ФЗ от 06.04.2011 года (в редакции Федерального Закона РФ № 252-ФЗ от 29.07.2017 г.) будучи ознакомленным с данными требованиями, по мотиву избежать контроля со стороны сотрудников ОМВД России по Петушинскому району, допустил несоблюдение ограничения, возложенного судом в виде запрета пребывания вне места жительства с 22 часов 00 минут до 06 часов 00 минут, а именно, отсутствовал по месту жительства по адресу: Владимирская область, Петушинский район пос. Березка д. 9 кв. 9, в связи с чем на основании постановления исполняющего обязанности мирового судьи судебного участка № 3 г. Петушки и Петушинского района Владимирской области мировым судьей судебного участка № 2 г. Петушки и Петушинского района Владимирской области от 20 апреля 2022 года, вступившим в законную силу 05 мая 2022 года, был привлечен к административной ответственности по ч. 3 ст. 19.24 КоАП РФ, и ему было назначено административное наказание в виде административного ареста на срок 10 суток. Продолжая осуществлять свои преступные действия, направленные на уклонение от административного надзора, 23 мая 2022 года в 22 часа 10 минут ФИО1, достоверно зная об установленном в отношении него административном надзоре и возложенных на него административных ограничениях, умышлено с целью уклонения от административного надзора и несоблюдения административных ограничений, установленных судом в соответствии с Федеральным Законом № 64 ФЗ от 06.04.2011 года (в редакции Федерального Закона РФ № 252-ФЗ от 29.07.2017 г.) будучи ознакомленным с данными требованиями, по мотиву избежать контроля со стороны сотрудников ОМВД России по Петушинскому району, допустил несоблюдение ограничения, возложенного судом в виде запрета пребывания вне места жительства с 22 часов 00 минут до 06 часов 00 минут, а именно, отсутствовал по месту жительства по адресу: Владимирская область, Петушинский район пос. Березка д. 9 кв. 9, в связи с чем на основании постановления исполняющего обязанности мирового судьи судебного участка № 3 г. Петушки и Петушинского района Владимирской области мировым судьей судебного участка № 2 г. Петушки и Петушинского района Владимирской области от 26 мая 2022 года, вступившим в законную силу 07 июня 2022 года, был привлечен к административной ответственности по ч. 3 ст. 19.24 КоАП РФ, и ему было назначено административное наказание в виде административного ареста на срок 11 суток. Продолжая осуществлять свои преступные действия, направленные на уклонение от административного надзора, 23 августа 2022 года в 00 часов 10 минут ФИО1, достоверно зная об установленном в отношении него административном надзоре и возложенных на него административных ограничениях, умышлено с целью уклонения от административного надзора и несоблюдения административных ограничений, установленных судом в соответствии с Федеральным Законом № 64 ФЗ от 06.04.2011 года (в редакции Федерального Закона РФ № 252-ФЗ от 29.07.2017 г.) будучи ознакомленным с данными требованиями, по мотиву избежать контроля со стороны сотрудников ОМВД России по Петушинскому району, допустил несоблюдение ограничения, возложенного судом в виде запрета пребывания вне места жительства с 22 часов 00 минут до 06 часов 00 минут, а именно, отсутствовал по месту жительства по адресу: Владимирская область, Петушинский район пос. Березка д. 9 кв. 9, в связи с чем на основании постановления исполняющего обязанности мирового судьи судебного участка № 3 г. Петушки и Петушинского района Владимирской области мировым судьей судебного участка № 2 г. Петушки и Петушинского района Владимирской области от 24 августа 2022 года, вступившим в законную силу 06 сентября 2022 года, был привлечен к административной ответственности по ч. 3 ст. 19.24 КоАП РФ, и ему было назначено административное наказание в виде административного ареста на срок 12 суток. Продолжая осуществлять свои преступные действия, направленные на уклонение от административного надзора, 30 сентября 2022 года в 22 часа 30 минут ФИО1, достоверно зная об установленном в отношении него административном надзоре и возложенных на него административных ограничениях, умышлено с целью уклонения от административного надзора и несоблюдения административных ограничений, установленных судом в соответствии с Федеральным Законом № 64 ФЗ от 06.04.2011 года (в редакции Федерального Закона РФ № 252-ФЗ от 29.07.2017 г.) будучи ознакомленным с данными требованиями, по мотиву избежать контроля со стороны сотрудников ОМВД России по Петушинскому району, допустил несоблюдение ограничения, возложенного судом в виде запрета пребывания вне места жительства с 22 часов 00 минут до 06 часов 00 минут, а именно, отсутствовал по месту жительства по адресу: Владимирская область, Петушинский район пос. Березка д. 9 кв. 9, в связи с чем на основании постановления мирового судьи судебного участка № 3 г. Петушки и Петушинского района Владимирской области от 07 октября 2022 года, вступившим в законную силу 18 октября 2022 года, был привлечен к административной ответственности по ч. 3 ст. 19.24 КоАП РФ, и ему было назначено административное наказание в виде административного ареста на срок 10 суток. Продолжая осуществлять свои преступные действия, направленные на уклонение от административного надзора, 14 ноября 2022 года в 22 часа 20 минут ФИО1, достоверно зная об установленном в отношении него административном надзоре и возложенных на него административных ограничениях, умышлено с целью уклонения от административного надзора и несоблюдения административных ограничений, установленных судом в соответствии с Федеральным Законом № 64 ФЗ от 06.04.2011 года (в редакции Федерального Закона РФ № 252-ФЗ от 29.07.2017 г.) будучи ознакомленным с данными требованиями, по мотиву избежать контроля со стороны сотрудников ОМВД России по Петушинскому району, допустил несоблюдение ограничения, возложенного судом в виде запрета пребывания вне места жительства с 22 часов 00 минут до 06 часов 00 минут, а именно, отсутствовал по месту жительства по адресу: Владимирская область, Петушинский район пос. Березка д. 9 кв. 9, в связи с чем на основании постановления мирового судьи судебного участка № 3 г. Петушки и Петушинского района Владимирской области от 16 ноября 2022 года, вступившим в законную силу 29 ноября 2022 года, был привлечен к административной ответственности по ч. 3 ст. 19.24 КоАП РФ, и ему было назначено административное наказание в виде административного ареста на срок 10 суток. Продолжая осуществлять свои преступные действия, направленные на уклонение от административного надзора, 31 декабря 2022 года в 23 часа 34 минуты ФИО1, достоверно зная об установленном в отношении него административном надзоре и возложенных на него административных ограничениях, умышлено с целью уклонения от административного надзора и несоблюдения административных ограничений, установленных судом в соответствии с Федеральным Законом № 64 ФЗ от 06.04.2011 года (в редакции Федерального Закона РФ № 252-ФЗ от 29.07.2017 г.), по мотиву избежать контроля со стороны сотрудников ОМВД России по Петушинскому району, вновь допустил неоднократное несоблюдение ограничения, возложенного на него судом в виде запрещения пребывания вне жилого помещения или иного помещения, являющегося местом жительства либо пребывания, в ночное время в период с 22 часов 00 минут до 06 часов 00 минут, а именно: 31 декабря 2022 года в 23 часа 34 минуты отсутствовал по месту жительства: Владимирская область, Петушинский район пос. Березка д. 9 кв. 9, и вместе с этим совершил административное правонарушение, посягающее на общественный порядок и общественную безопасность, то есть 31 декабря 2022 года в 23 часа 34 минуты ФИО1 находился около дома № 9 по ул. Центральная пос. Березка Петушинского района Владимирской области и распивал алкогольную продукцию, в связи с чем на основании постановления по делу об административном правонарушении от 03 января 2023 года, вступившим в законную силу 16 января 2023 года, был привлечен к административной ответственности по ч. 1 ст. 20.20 КоАП РФ, и ему было назначено административное наказание в виде административного штрафа в размере 500 рублей. Подсудимый ФИО1 свою вину в предъявленном в суде обвинении, как и на стадии предварительного расследования, признал полностью. По делу применен предусмотренный ст. 316 УПК РФ особый порядок принятия судебного решения без проведения судебного разбирательства при согласии подсудимого с предъявленным обвинением, поскольку в судебном заседании установлено, что подсудимый ФИО1 понимает существо предъявленного ему обвинения и соглашается с ним в полном объеме; он своевременно, добровольно и в присутствии защитника заявил ходатайство об особом порядке; осознает характер и последствия заявленного им ходатайства; от государственного обвинителя и защитника возражений против рассмотрения дела в особом порядке не поступило. Суд находит, что обвинение, с которым согласился подсудимый, является обоснованным, подтверждается собранными по уголовному делу доказательствами. Действия ФИО1 подлежат квалификации по ч. 2 ст. 314.1 УК РФ , поскольку он, будучи лицом, в отношении которого установлен административный надзор, совершил неоднократное несоблюдение административных ограничений, установленных ему судом в соответствии с федеральным законом, сопряженное с совершением административного правонарушения, посягающего на общественный порядок и общественную безопасность. В ходе судебного разбирательства ФИО1 не выразил сомнений в своем нормальном психическом состоянии, его поведение не отклонялось от общепринятых норм. При таких обстоятельствах, суд не усматривает оснований для сомнений в психической полноценности подсудимого и в отношении содеянного признает его вменяемым. При назначении наказания суд учитывает положения ст.ст. , , 60 УК РФ , характер и степень общественной опасности совершенного деяния, данные о личности подсудимого, наличие смягчающих обстоятельств, влияние назначаемого наказания на исправление подсудимого и на условия жизни его семьи. ФИО1 ранее судим, в браке не состоит, малолетних детей не имеет, не трудоустроен, ранее привлекался к административной ответственности, совершил умышленное преступление небольшой тяжести, имеет постоянное место жительства, по месту жительства участковым уполномоченным полиции характеризуется отрицательно, под наблюдением врачей нарколога и психиатра не находится. Обстоятельствами, смягчающими наказание ФИО1, суд признает: на основании п. «и» ч. 1 ст. 61 УК РФ - явку с повинной, изложенную в объяснениях, данных виновным до возбуждения уголовного дела (т. 1 л.д. 44); активное способствование раскрытию и расследованию преступления, что выразилось в даче ФИО1 подробных показаний об обстоятельствах совершенного преступления. В силу ч. 2 ст. 61 УК РФ в качестве обстоятельств, смягчающих наказание суд учитывает полное признание вины и раскаяние в содеянном, наличие тяжкого заболевания (ВИЧ-инфекции). Обстоятельств, отягчающих наказание ФИО1, судом не установлено. Суд не находит оснований для признания отягчающим наказание обстоятельством рецидива преступлений, поскольку судимости по приговорам от 21.05.2010 и от 19.07.2021 обусловили установление в отношении ФИО1 административного надзора, то есть наделили его признаками, характеризующими субъект преступления, предусмотренного ст. 314.1 УК РФ , что по смыслу ч. 2 ст. 63 УК РФ исключает учет этих судимостей при определении рецидива преступлений, а по приговорам от 31.03.2021, 14.12.2021 ФИО1 осужден за совершение преступлений небольшой тяжести, что не образует рецидив преступлений. С учетом обстоятельств дела, сведений о личности ФИО1, характера и степени общественной опасности совершенного преступления, суд считает, что достижение целей наказания, предусмотренных ч. 2 ст. 43 УК РФ , возможно только путем назначения виновному наказания в виде лишения свободы. Суд не находит оснований для назначения более мягкого вида наказания, поскольку, по мнению суда, более мягкий вид наказания не сможет достичь целей восстановления социальной справедливости, охраны прав и свобод человека и гражданина, общественного порядка и общественной безопасности от преступных посягательств, предупреждения совершения новых преступлений и исправления осужденного. Оснований для применения положений ст. 53.1 УК РФ и 73 УК РФ при назначении ФИО1 наказания в виде лишения свободы суд также не усматривает, поскольку с учетом личности подсудимого, характера и общественной опасности преступления его исправление возможно лишь в условиях реального отбытия данного наказания. Исключительных обстоятельств, связанных с целями и мотивами преступления, ролью виновного, его поведением во время или после совершения преступления судом не установлено, в связи с чем основания для применения ст. 64 УК РФ при назначении наказания отсутствуют. При определении размера наказания, принимая во внимание, что дело рассматривалось в порядке, предусмотренном главой 40 УПК РФ, а также, учитывая наличие смягчающих наказание обстоятельств, предусмотренных п.п. «и» ч. 1 ст. 61 УК РФ , и отсутствие отягчающих наказание обстоятельств, суд руководствуется положениями ч.ч. 1, 5 ст. 62 УК РФ . Кроме того, суд учитывает характер и степень общественной опасности ранее совершенного преступления, обстоятельства, в силу которых исправительное воздействие предыдущего наказания оказалось недостаточным, а также характер и степень общественной опасности вновь совершенного преступления и применяет положения ч.ч. 1 и 2 ст. 68 УК РФ . Принимая во внимание, что 13.03.2023 ФИО1 осужден Петушинским районным судом Владимирской области к исправительным работам на срок 8 месяцев с удержанием из заработной платы в доход государства 10% ежемесячно, а преступление по настоящему делу совершено ФИО1 до постановления указанного приговора, окончательное наказание по настоящему делу подсудимому назначается по правилам ч. 5 ст. 69 УК РФ путем частичного сложения назначенных наказаний по указанному и настоящему приговорам суда с применением положений п. «в» ч. 1 ст. 71 УК РФ . При этом наказание, отбытое по приговору Петушинского районного суда Владимирской области от 13.03.2023, подлежит зачету в окончательное наказание по настоящему приговору. По предыдущему приговору в настоящий момент ФИО1 не отбыто 6 месяцев 7 дней исправительных работ. Наказание в виде лишения свободы ФИО1 на основании п. «в» ч. 1 ст. 58 УК РФ следует отбывать в исправительной колонии строгого режима, поскольку он ранее отбывал лишение свободы. В целях исполнения приговора суд считает необходимым до вступления приговора в законную силу меру пресечения в отношении ФИО1 в виде подписки о невыезде и надлежащем поведении изменить на заключение под стражу. На основании п. «а» ч. 3.1 ст. 72 УК РФ время содержания ФИО1 под стражей с 04.07.2023 до вступления приговора в законную силу суд засчитывает в срок лишения свободы из расчета один день содержания под стражей за один день отбывания наказания в исправительной колонии строгого режима В силу ч. 10 ст. 316 УПК РФ процессуальные издержки, предусмотренные ст. 131 УПК РФ в виде вознаграждения адвоката Гилевой О.Ю., взысканию с ФИО1 не подлежат, так как дело рассмотрено в порядке особого судопроизводства. Руководствуясь ст.ст. , , , 316 УПК РФ , суд, приговорил: ФИО1 признать виновным в совершении преступления, предусмотренного ч. 2 ст. 314.1 УК РФ и назначить ему наказание в виде лишения свободы на срок 4 (четыре) месяца. На основании ч. 5 ст. , п. «в» ч. 1 ст. 71 УК РФ по совокупности преступлений путем частичного сложения наказаний, назначенных по настоящему приговору, и по приговору Петушинского районного суда Владимирской области от 13 марта 2023 года назначить ФИО1 окончательное наказание в виде лишения свободы на срок 5 (пять) месяцев. Отбытие наказания в виде лишения свободы ФИО1 определить в исправительной колонии строго режима. Срок отбывания наказания ФИО1 исчислять со дня вступления приговора в законную силу. До вступления приговора в законную силу меру пресечения ФИО1 в виде подписки о невыезде и надлежащем поведении изменить на заключение под стражу. В соответствии с п. «а» ч. 3.1 ст. 72 УК РФ время содержания ФИО1 под стражей с 04 июля 2023 года до вступления приговора в законную силу, зачесть в срок лишения свободы из расчета один день содержания под стражей за один день отбывания наказания в исправительной колонии строгого режима. Возместить процессуальные издержки по делу за счёт средств федерального бюджета. Приговор может быть обжалован в апелляционном порядке во Владимирский областной суд через Петушинский районный суд в течение 15 суток со дня его провозглашения с соблюдением требований ст. 317 УПК РФ . Ходатайство об участии в рассмотрении дела судом апелляционной инстанции указывается в апелляционной жалобе или в возражениях на жалобы, представления, принесенные другими участниками уголовного процесса. Председательствующий * А.А. Прозументов Суд: Петушинский районный суд (Владимирская область) (подробнее) Судьи дела: Прозументов Андрей Александрович (судья) (подробнее) Последние документы по делу: Приговор от 5 декабря 2023 г. по делу № 1-107/2023 Приговор от 4 октября 2023 г. по делу № 1-107/2023 Апелляционное постановление от 12 июля 2023 г. по делу № 1-107/2023 Приговор от 4 июля 2023 г. по делу № 1-107/2023 Показать все документы по этому делу Судебная практика по: По кражам Судебная практика по применению нормы ст. 158 УК РФ Умышленное причинение тяжкого вреда здоровью Судебная практика по применению нормы ст. 111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