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Березники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05 июля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