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подсудимого ФИО1 в систематическом предоставлении помещения для потребления наркотических средств, кроме собственных показаний, подтверждается следующими доказательствами, исследованными судом. Подсудимый ФИО1 свою вину в совершении преступления, предусмотренного ч.1 ст. 232 УК РФ , признал и суду показал, что квартира &lt;данные изъяты&gt;, осталась ему и его сестре после смерти отца. В квартире живет он один. Он являлся потребителем наркотических средств, прошел лечение. После смерти отца к нему приходили знакомые, с собой приносили мак и компоненты, на кухне изготавливали и употребляли наркотические средства. 2 ноября 2022 года пришли ССВ, ШПА и ГИХ, 8 ноября 2022 года приходили ГИХ и ИРТ, 23 декабря 2022 года был ЕИА и 7 февраля 2023 года пришли ХВБ и КДВ, которые в его квартире изготавливали и употребляли наркотическое средство - ацетилированный опий внутривенно при помощи одноразовых шприцов. При изготовлении использовали его кухонную посуду, плиту. Изготавливали и употребляли наркотические средства с его согласия. После чего он убирал квартиру, мыл посуду, выкидывал в мусорку бутылки, использованные шприцы. Несколько раз приходили сотрудники полиции, сообщали, что он подозревается в незаконном обороте наркотических средств и с его разрешения осматривали квартиру. Его и всех кто был в квартире досматривали и доставляли на освидетельствование, затем в отдел полиции для дачи объяснений. Результаты у него были положительные, в его пробах были вещества группы опия. В ходе осмотра присутствовали понятые, оформляли протоколы, где они расписывались. Из квартиры изымали посуду, где варили наркотические средства и из чего варили: ковш, рюмку, ватки, пустые шприцы, баллоны пустые и с жидкостями, бутылки из-под растворителя, ватки. Вину признает, в содеянном раскаивается, просит строго не наказывать. Свидетель СРА - эксперт МРО №3 ЭКЦ МВД по РБ - суду показал, что по уголовному делу проводил экспертизу изъятых вещественных доказательств на предмет наличия или отсутствия наркотических средств, психотропных или сильнодействующих веществ. В ходе проведения экспертизы на поверхности стеклянной рюмки и ватных тампонов он обнаружил наркотические средства 3-Моноацетилморфина, Кодеина и Морфина, которые входят в состав ацетилированного опия и могли быть получены в процессе его изготовления, имеет запах уксусной кислоты. Свидетель РДА суду показал, что 2 ноября 2022 года находясь на дежурстве по сообщению в дежурную часть выезжал на квартиру &lt;данные изъяты&gt; В квартире находились сотрудники отдела наркоконтроля, были задержаны несколько мужчин, подозревающихся в незаконном обороте наркотических средств и ФИО1 В присутствии понятых квартира была осмотрена, изъяты и упакованы пустые бутылки из-под растворителя, упаковки из-под мака, шприцы. Составили протокол в котором все участвующие лица расписались. 8 ноября 2022 года он вновь выезжал в составе группы и специалиста на этот адрес. Были задержаны мужчина и ФИО1 Квартиру осмотрели в присутствии понятых, изъяли пустые бутылки из-под растворителя, баллоны, шприцы, упаковки из-под мака, все упаковали. Оформили протокол осмотр места происшествия, где все расписались. Замечаний, заявлений и жалоб, не поступало. Как следует из показаний свидетеля ССВ, оглашенных в судебном заседании на основании ч.1 ст. 281 УПК РФ , 02.11.2022 г. вечером он со своим знакомым ШПА приобрел у знакомого по прозвищу Гайса семена мака, растворитель и димедрол в таблетках за 800 рублей. После чего ШПА позвонил ФИО1 и спросил разрешения сварить и употребить наркотики в его квартире. Они пришли к ФИО1, проживающему по адресу: РБ, &lt;данные изъяты&gt;, где уже был ГИХ На кухне ШПА изготовил наркотическое средство опий и разлил его в три шприца, которые все употребили, кроме ГИХ, так как он спал. Через некоторое время пришли сотрудники полиции, предъявили удостоверения, сообщили, что подозревают ФИО1 в незаконном обороте наркотических средств. В присутствии двух понятых их досмотрели, ничего не обнаружили. Составили протоколы, все расписались, замечаний не поступило. В ходе осмотра квартиры он участия не принимал, их направили на освидетельствование, затем доставили в отдел полиции. По результатам освидетельствования у него установлено опьянение наркотическим средством группы опия, димедрол (т.3 л.д.30-32). Из показаний свидетеля ИРТ, оглашенных в судебном заседании на основании ч.1 ст. 281 УПК РФ , следует, что он является потребителем наркотического средства - «опий» с 2022 года. 08.11.2022 г. в 15-00 час. он пришел к ФИО1 по адресу: РБ, &lt;данные изъяты&gt; принес с собой мак и растворитель. У ФИО1 уже находился ГИХ, который по его просьбе изготовил наркотическое средство опий и разлил его в три шприца, которое все употребили. Через некоторое время пришли сотрудники полиции, предъявили удостоверения и сообщили, что подозревают ФИО1 в незаконном обороте наркотических средств. В присутствии двух понятых их досмотрели, составили протоколы, где все расписались, замечаний не поступило. В ходе осмотра квартиры он участия не принимал, их направили на освидетельствование, затем доставили в отдел полиции. По результатам освидетельствования у него установлено опьянение наркотическим средством группы опия, димедрол (т.3 л.д.36-38). Из показаний свидетеля ЕИА, оглашенных в судебном заседании на основании ч.1 ст. 281 УПК РФ , видно, что 23.12.2022 г. он приобрел у знакомого по прозвищу Гайса кондитерский мак и растворитель «646» за 800 рублей и у ФИО1, проживающего по адресу: РБ, &lt;данные изъяты&gt;&lt;данные изъяты&gt; изготовил наркотическое средство опий, разлил его в два шприца, которое употребили с ФИО1 Через некоторое время пришли сотрудники полиции, предъявили служебные удостоверения, сообщили, что подозревают ФИО1 в незаконном обороте наркотических средств. В присутствии двух понятых их досмотрели, ничего не обнаружили, не изъяли, составили протоколы, где все расписались. Замечаний не поступило. В ходе осмотра квартиры он участия не принимал, их направили на освидетельствование, затем доставили в отдел полиции. По результатам освидетельствования у него установлено опьянение наркотическим средством группы опия, димедрол (т.3 л.д.51-53). Как следует из показаний свидетеля КДВ, оглашенных в судебном заседании на основании ч.1 ст. 281 УПК РФ , 07.02.2023 г. он пришел к ФИО1 по адресу &lt;данные изъяты&gt;, с целью изготовить и употребить наркотическое вещество - опий, с собой принес кондитерский мак и растворитель, которые приобрел в начале февраля 2023 года. Там уже был ХВБ, с которым ФИО1 распивал спиртное. Он прошел на кухню, изготовил наркотик и разлил его в два шприца. После чего они вдвоем с ХВБ внутривенно употребили наркотическое вещество. Через некоторое время в дверь постучались сотрудники полиции, предъявили служебные удостоверения и сообщили, что они подозреваются в незаконном обороте наркотических средств. В присутствии понятых их досмотрели, ничего не нашли и не изъяли, составили протоколы, где все расписались. Их направили на освидетельствование, затем доставили в отдел полиции (т.3 л.д.42-44). Как следует из показаний свидетеля Свидетель №8, оглашенных в судебном заседании на основании ч.1 ст. 281 УПК РФ , она проживает по адресу: &lt;данные изъяты&gt;. В квартире &lt;данные изъяты&gt; проживает ФИО1 к которому с осени 2021 года стали приходить подозрительные люди, приносили черные пакеты со стеклянными бутылками. После чего в подъезде появлялся едкий запах, похожий на ацетон или растворитель. Сотрудники полиции задерживали в квартире ФИО1 наркоманов. Она догадывалась, что ФИО1 предоставлял квартиру наркозависимым лицам для изготовления и потребления наркотических средств (т.3 л.д.88-89). Из показаний свидетеля ШЛС, дознавателя отдела дознания Отдела МВД России по г. Нефтекамску, оглашенных в судебном заседании на основании ч.1 ст. 281 УПК РФ , видно, что 08.12.2022 г. в 17 час. 40 мин. по поступившей информации о причастности лиц к незаконному обороту наркотических средств она выезжала с сотрудниками полиции и специалистом по адресу: &lt;данные изъяты&gt;. С согласия ФИО1 в ходе осмотра квартиры с участием двух понятых были обнаружены и изъяты: тампоны с веществом, пустые упаковки из-под кондитерского мака и из-под шприца, шприц объемом 10 мл., часть упаковки из-под таблеток с фрагментом названия, две полимерные бутылки, одна стеклянная бутылка из-под растворителя 646. Она составила протокол осмотра места происшествия, где все участвующие лица расписались. 23.12.2022 г. в 18 час. 40 мин. вновь по сообщению о причастности двух мужчин к незаконному обороту наркотических средств выезжала с сотрудниками полиции и специалистом по адресу: РБ, &lt;данные изъяты&gt;. В ходе осмотра квартиры с участием двух понятых были обнаружены и изъяты: два полимерных баллона с жидкостью темного цвета, пустая упаковка из-под кондитерского мака, два шприца объемом 10 мл., стеклянная бутылка из-под растворителя 646 (т.3 л.д.96-98). Как следует из показаний свидетеля ГИВ, старшего следователя СО Отдела МВД России по г. Нефтекамску, оглашенных в судебном заседании на основании ч.1 ст. 281 УПК РФ , 07.02.2023 г. в 19 час. 20 мин. в ходе осмотра квартиры по адресу: РБ, &lt;данные изъяты&gt;, по поступившей информации были задержаны трое мужчин, по подозрению в причастности к незаконному обороту наркотических средств, изъяты и упакованы: три полимерных баллона, стеклянная бутылка из-под растворителя 646, два шприца объемом 10 мл., два полимерных баллона с жидкостью внутри. После чего он составил протокол осмотра места происшествия, где участвующие лица расписались (т.3 л.д.99-100). Из показаний свидетеляВРЗ, оперуполномоченного ОНК Отдела МВД России по г. Нефтекамску, оглашенных в судебном заседании на основании ч.1 ст. 281 УПК РФ , видно, что с целью проверки информации о причастности ФИО1 к незаконному обороту наркотических средств совместно с оперативными сотрудниками отдела НК Отдела МВД России по г. Нефтекамск ХАФ и ГАА, были проведены ряд оперативно-розыскных мероприятий «Наблюдение» по месту жительства ФИО1 по адресу: РБ, &lt;данные изъяты&gt; а именно: - 02.11.2022 г. в 18 час. 10 мин. в ходе проведения ОРМ «Наблюдение» были задержаны - ФИО1, ССВ, ШПА и ГИХ по подозрению в незаконном хранении, потреблении наркотических средств и психотропных веществ. В ходе осмотра квартиры в присутствии понятых были изъяты: 1 рюмка с фрагментами ваты пропитанных веществом, 1 металлический ковш с налетом вещества, 1 полимерная емкость с веществом, 4 пустых упаковки из-под мака кондитерского 200 грамм, 5 стеклянных бутылок «Растворитель 646», 4 полимерных емкости с веществом, 3 шприца объемом 10 мл., 1 пустая упаковка из-под шприца 10 мл. Были составлены протоколы, где все поставили свои подписи. ФИО1, ССВ, ШПА и ГИХ направлены наркологический диспансер на освидетельствование и в отдел полиции. - 08.11.2022 г. в 19 час. 10 мин. в ходе проведения ОРМ «Наблюдение» были задержаны - ФИО1, ГИХ, ИРТ по подозрению в незаконном хранении, потреблении наркотических средств и психотропных веществ. В ходе осмотра квартиры в присутствии понятых были изъяты: 2 пустые упаковки из-под кондитерского мака, стеклянная бутылка из-под растворителя 646, 2 пустых полимерных батона и 1 с веществом, шприц объемом 10 мл. с налетом, 2 пропитанные ватки. Были составлены протоколы. ФИО1, ГИХ и ИРТ доставлены в наркологический диспансер на освидетельствование и в отдел полиции. - 23.12.2022 года в 18 час. 09 мин. в ходе проведения ОРМ «Наблюдение» были задержаны - ФИО1 и ЕИА В ходе осмотра квартиры в присутствии понятых были изъято: 2 полимерных баллона с веществом темного цвета, 2 пустых шприца медицинских, упаковка от мака кондитерского, 1 бутылка из-под растворителя, составлены протоколы, где все поставили свои подписи. ФИО1 и ЕИА направлены на освидетельствование и в отдел полиции. - 07.02.2023 года в 18 час. 50 мин. в ходе проведения ОРМ «Наблюдение» были задержаны - ФИО1, ХВБ и КДВ по подозрению в незаконном хранении, потреблении наркотических средств и психотропных веществ. В ходе осмотра квартиры были изъяты: 3 полимерных баллона, стеклянная бутылка из-под растворителя «646», 2 пустых медицинских шприца, 2 полимерных баллона с жидкостью. После чего ФИО1, Xусаинов В.Б. и КДВ были направлены на медицинское освидетельствование и доставлены в Отдел МВД (т.3 л.д.101-106). Как следует из показаний свидетелей ГАА, оперуполномоченного ОНК Отдела МВД России по г. Нефтекамску, и ХАФ, начальника ОНК Отдела МВД России по г. Нефтекамску, оглашенных в судебном заседании на основании ч.1 ст. 281 УПК РФ , они дали показания, аналогичные показаниям свидетеля ВРЗ (т.3 л.д.107-113, 114-115). Свидетель КЛН суду показала, что подсудимый ФИО1 её брат, живет один в квартире отца. ФИО1 стал употреблять наркотические средства после смерти отца. О том, что ФИО1 похитил денежные средства с банковской карты соседа по палате в диспансере, где лечился, и устроил притон в квартире, узнала от сотрудников полиции. Как видно из рапортов, зарегистрированных в Отделе МВД России по г. Нефтекамску 13.01.2023 г. КУСП №885 и 07.02.2023 г. КУСП №2866, ФИО1 02.11.2022 г., 08.11.2022 г., 23.12.2022 г. и 07.02.2023 г. предоставлял свою квартиру по адресу: &lt;данные изъяты&gt;, лицам причастным к обороту наркотических средств для изготовления и потребления наркотических средств (т.1 л.д.154-158, т.2 л.д.209). Из постановлений от 02.11.2022 г., от 08.11.2022 г., от 23.12.2022 г. и от 07.02.2023 г. решено провести оперативно-розыскное мероприятие «Наблюдение» в отношении ФИО1 и лиц его окружения по месту жительства, которое поручено сотрудникам ОНК ОМВД России по г. Нефтекамску (т.1 л.д.175-176, т.2 л.д.22, т.2 л.д.149-150, т.2 л.д.216). Из Акта проведения ОРМ «Наблюдение» от 02.11.2022 г. видно, что описан ход проведения данного оперативного мероприятия 02.11.2022 г. с 17 час. 47 мин. до 18 час. 10 мин. по адресу: РБ&lt;данные изъяты&gt;&lt;данные изъяты&gt;, в ходе которого по подозрению к незаконном обороту наркотических средств были задержаны ФИО1, ССВ, ШПА, ГИХ, направлены на медицинское освидетельствование (т.1 л.д.177-179). Согласно протокола осмотра места происшествия от 02.11.2022 г. следует, что в ходе осмотра квартиры по адресу: &lt;данные изъяты&gt; установлено место преступления, обнаружены и изъяты: 1 рюмка, 1 металлический ковш, 1 полимерная емкость с веществом, 4 пустых упаковки из-под кондитерского мака, 5 пустых стеклянных бутылок и надписью Растворитель «646», 4 полимерных емкости с веществом, 3 шприца объемом 10 мл. с веществом, 1 пустая упаковка из-под шприца, которые упакованы и опечатаны (т.1 л.д.199-206). Из справки об исследовании №293 от 06.11.2022 г. видно, что на внутренней поверхности стеклянной рюмки и на поверхностях ватных тампонов - обнаружены следы 3-Моноацетилморфина, Морфина и Кодеина (т.1 л.д.226). Согласно заключения эксперта №1354 от 18.11.2022 г. следует, что на внутренней поверхности стеклянной рюмки и на поверхностях ватных тампонов обнаружены следы наркотических средств 3-Моноацетилморфина, Кодеина и Морфина (т.1 л.д.236-239). Из справки об исследовании №293 от 06.11.2022 г. видно, что на внутренних поверхностях металлического ковша обнаружены следы 3-Моноацетилморфина и Морфина (т.1 л.д.228). Согласно заключения эксперта №1356 от 16.11.2022 г. следует, что на внутренних поверхностях металлического ковша обнаружены следы наркотических средств 3-Моноацетилморфина и Морфина (т.1 л.д.241-243). Согласно Акта медицинского освидетельствования на состояние опьянения (алкогольного, наркотического и иного токсического) №192 от 02.11.2022 г. и справки о результатах химико-токсилогического исследования №5495н от 07.11.2022 г. следует, что у ФИО1 установлено состояние опьянения, обнаружены (вещества, средства) - группы опия (кодеин, морфин, тебаин, гидрокодон), димедрол, лауданозин (т.1 л.д.209-210). Как видно из Акта медицинского освидетельствования на состояние опьянения (алкогольного, наркотического и иного токсического) №193 от 02.11.2022 г. и справки о результатах химико-токсилогического №5494н от 07.11.2022 г. у ССВ установлено состояние опьянения, обнаружены (вещества, средства) - группы опия (кодеин, морфин, неопин, гидрокодон), димедрол (т.1 л.д.214-215). Из Акта медицинского освидетельствования на состояние опьянения (алкогольного, наркотического и иного токсического) №190 от 02.11.2022 г. и справки о результатах химико-токсилогического №5496н от 07.11.2022 г. видно, что у ШПА установлено состояние опьянения, обнаружены (вещества, средства) - группы опия (кодеин, морфин, неопин, 3МАМ), димедрол, лауданозин (т.1 л.д.219-220). Из Акта проведения ОРМ «Наблюдение» от 08.11.2022 г. видно, что описан ход проведения данного оперативного мероприятия 08.11.2022 г. с 18 час. 50 мин. до 19 час. 10 мин. по адресу: &lt;данные изъяты&gt;&lt;данные изъяты&gt; в ходе которого по подозрению к незаконном обороту наркотических средств были задержаны ФИО1, ГИХ и ИРТ, направлены на медицинское освидетельствование (т.2 л.д.24-26). Из протокола осмотра места происшествия от 08.11.2022 г. видно, что в ходе осмотра квартиры &lt;данные изъяты&gt;, установлено место преступления, изъяты и упакованы: 2 пустых упаковки из-под кондитерского мака, 1 стеклянная бутылка - Растворитель «646», 2 пустых полимерных баллона, 1 полимерный баллон с веществом, 1 шприц объемом 10 мл. с налетом, 2 пропитанных веществом ватных тампона (т.2 л.д.40-44). Согласно Акта о применении служебной собаки от 08.11.2022 г. в ходе осмотра вышеуказанной квартиры служебная собака обозначила полимерный баллон с веществом, который был изъят и упакован (т.2 л.д.45). Из справки об исследовании №301 от 11.11.2022 г. видно, что на поверхностях двух ватных тампонов обнаружены следы 3-Моноацетилморфина, Морфина и Кодеина (т.2 л.д.64). Как видно из заключения эксперта №1355 от 17.11.2022 г. видно, что на поверхностях двух ватных тампонов обнаружены следы наркотических средств 3-Моноацетилморфина, Кодеина и Морфина (т.2 л.д.66-69). Согласно Акта медицинского освидетельствования на состояние опьянения (алкогольного, наркотического и иного токсического) №197 от 08.11.2022 г. и справки о результатах химико-токсилогического №5573н от 10.11.2022 г. следует, что у ФИО1 установлено состояние опьянения, обнаружены (вещества, средства) - группы опия (кодеин, неопин, тебаин, морфин, гидрокодон), димедрол (т.2 л.д.47-48). Из Акта медицинского освидетельствования на состояние опьянения (алкогольного, наркотического и иного токсического) №198 от 08.11.2023 г. и справки о результатах химико-токсилогического №5574н от 10.11.2022 г. видно, что у ГИХ установлено состояние опьянения, обнаружены (вещества, средства) - группы опия (кодеин, неопин, морфин, гидрокодон, тебаин), лауданозин, метадон (т.2 л.д.52-53). Как видно из Акта медицинского освидетельствования на состояние опьянения (алкогольного, наркотического и иного токсического) №199 от 08.11.2022 г. и справки о результатах химико-токсилогического №5575н от 10.11.2022 г. у ИРТ установлено состояние опьянения, обнаружены (вещества, средства) - группы опия (кодеин, неопин, морфин, тебаин, 6-моноацетилморфин, лауданозин), димедрол (т.2 л.д.55-56). Из Акта проведения ОРМ «Наблюдение» от 23.12.2022 г. видно, что описан ход проведения данного оперативного мероприятия с 18-00 час. до 18 час. 09 мин. 23.12.2022 г. по адресу: РБ&lt;данные изъяты&gt;, в ходе которого по подозрению к незаконном обороту наркотических средств были задержаны ФИО1 и ЕИА, направлены на медицинское освидетельствование (т.2 л.д.151-152). Как видно из протокола осмотра места происшествия от 23.12.2022 г. в ходе осмотра квартиры &lt;данные изъяты&gt; установлено место преступления, изъяты и упакованы: 2 полимерных баллона с веществом (объекты №1 и №2), 2 пустых шприца объемом 10 мл, 1 упаковка из-под мака, 1 стеклянная бутылка из-под растворителя (т.2 л.д.165-172). Согласно Акта о применении служебной собаки от 23.12.2022 г. в ходе осмотра вышеуказанной квартиры служебная собака обозначила 2 полимерные бутылки (объекты № 1 и №2) с веществом (т.2 л.д.173-174). Из заключения эксперта №20 от 27.12.2022 г. видно, что жидкость (нижний слой объекта №1) объемом 50 мл. является наркотическим средством - ацетилированным опием с массой сухого остатка 0,5000 г (т.2 л.д.195-199). Согласно Акта медицинского освидетельствования на состояние опьянения (алкогольного, наркотического и иного токсического) №225 от 23.12.2022 г. и справки о результатах химико-токсилогического №6320н от30.12.2022 г. следует, что у ФИО1 установлено состояние опьянении, обнаружены (вещества, средства) - группы опия, метадон (т.2 л.д.179). Из Акта медицинского освидетельствования на состояние опьянения (алкогольного, наркотического и иного токсического) №224 от 23.12.2022 г. и справки о результатах химико-токсилогического №6319н от 29.12.2022 г. видно, что у ЕИА установлено состояние опьянения, обнаружены (вещества, средства) - группы опия (кодеин, морфин, неопин, гидрокодон), лауданозин, димедрол (т.2 л.д.186-187). Из Акта проведения ОРМ «Наблюдение» от 07.02.2023 г. видно, что описан ход проведения данного оперативного мероприятия с 18 час. 30 мин. до 18 час. 50 мин. 07.02.2023 г. по адресу: &lt;данные изъяты&gt; где по подозрению к незаконному обороту наркотических средств были задержаны ФИО1 и ЕИА, направлены на медицинское освидетельствование (т.2 л.д.217-218). Как видно из протокола осмотра места происшествия от 07.02.2023 г. в ходе осмотра квартиры по адресу: &lt;данные изъяты&gt;, установлено место преступления, изъяты и упакованы: 3 полимерных баллона, 2 стеклянных бутылки из-под растворителя, 2 шприца, 2 полимерных баллона с жидкостью, которые упакованы и опечатаны (т.3 л.д.1-8). Из заключения эксперта №144 от 10.02.2023 г. видно, что жидкость (нижний слой) объемом 23 мл., является наркотическим средством экстрактом маковой соломы (концентрат маковой соломы), массой сухого остатка 0,23 г. (т.3 л.д.10-13). Согласно Акта медицинского освидетельствования на состояние опьянения (алкогольного, наркотического и иного токсического) №25 от 07.02.2023 г. и справки о результатах химико-токсилогического №583н от 09.02.2023 г. следует, что у ФИО1 установлено состояние опьянения, обнаружены (вещества, средства) - группы опия (кодеин, неопин, морфин, 3-моноацетилморфин), димедрол, лауданозин (т.2 л.д.240-241). Из Акта медицинского освидетельствования на состояние опьянения (алкогольного, наркотического и иного токсического) №26 от 07.02.2023 г. и справки о результатах химико-токсилогического №584н от 10.02.2023 г. видно, что у КДВ установлено состояние опьянения, обнаружены (вещества, средства) - группы опия (кодеин, неопин, морфин, тебаин), производные N-метилэфедрона (альфа-пирролидиновалерофенон ( Согласно постановлений о рассекречивании сведений, составляющих государственную тайну, и их носителей от 10.11.2022 г., от 15.11.2022 г., от 29.12.2022 г. и от 14.02.2023 г. и постановлений о представлении результатов оперативно-розыскной деятельности в отношении ФИО1 органу дознания, следователю, в суд от 18.11.2022 г., от 29.12.2022 г. и от 14.02.2023 г., следует, что результаты ОРМ «Наблюдение» по факту незаконного оборота наркотических средств переданы в ОМВД России по г. Нефтекамск (т.1 л.д.169-171, 180, т.2 л.д.17-19, 27, 144-146, 153, 213-214, 219). Из протокола осмотра предметов от 18.03.2023 г. следует, что осмотрены объекты: стеклянная рюмка и ватные тампоны (№1); металлический ковш (№2); полимерная бутылка с жидкостью объемом 285 мл. (№3); четыре пустых упаковки с надписью: «мак кондитерский» (№4); пять пустых стеклянных бутылок с надписью на этикетках «646 Растворитель» (№5); четыре полимерные бутылки с веществом в виде семян общей массой 1334,18 г (565,67 г+238,32 г+269,36 г+260,83 г) (№6); четыре пустых шприца однократного применения в сборе по 10 мл. (№7, №13); одна пустая упаковка из-под шприца (№8); прозрачный полимерный пакет с двумя ватными тампонами (№9); две пустые упаковки из-под мака кондитерского «Royal» (№10); одна пустая стеклянная бутылка с этикеткой «646 Растворитель» (№11); две пустые полимерные бутылки, одна полимерная бутылка с веществом в виде семян массой 520 г. и один пустой полимерный пакет (№12); один полимерный пакет с клипсой с двумя отрезками материи (№14); одна пустая упаковка от мака кондитерского «Изуми», одна пустая упаковка от шприца, один пустой медицинский шприц однократного применения в сборе 10 мл. и фрагмент блистерной упаковки с фрагментом названия «димед..» (№15); одна пустая полимерная бутылка, две пустые деформированные полимерные бутылки и одна пустая стеклянная бутылка с этикеткой «646 Растворитель» (№16); одна полимерная бутылка с жидкостью, состоящей из двух несмешивающихся слоев: верхний слой - 230 мл., нижний слой - 50 мл., одна полимерная бутылка с жидкостью, состоящей из двух несмешивающихся слоев: верхний слой - 325 мл., нижний слой - 15 мл. (№17); два пустых шприца однократного применения 10 мл., одна пустая упаковка с надписью: «мак кондитерский изуми» и одна пустая стеклянная бутылка с надписью на этикетке «646 Растворитель» (№18); полимерная бутылка с жидкостью, состоящей из двух несмешивающихся слоев: верхний слой - 201 мл., нижний слой - 23 мл., вещество в виде семян массой 314,08 г. и полимерная бутылка с налетом вещества на внутренней поверхности (№19); три пустые деформированные полимерные бутылки с налетом вещества на внутренней поверхности, одна пустая стеклянная бутылка с надписью на этикетке «Растворитель» и два пустых шприца однократного применения с налетом вещества на внутренней поверхности (т.3 л.д.182-191). Согласно постановления от 18.03.2023 г. вышеуказанные предметы признаны и приобщены к уголовному делу в качестве вещественных доказательств (т.3 л.д.192-195). Ацетилированный опий, в состав которого входят 3-Моноацетилморфин, Морфин и Кодеин, и экстракт маковой соломы, являются наркотическими средствами и включены в «Список наркотических средств и психотропных веществ, оборот которых в Российской Федерации запрещен…» (список I) Перечня наркотических средств и психотропных веществ и их прекурсоров, подлежащих контролю в РФ, утвержденного постановлением Правительства РФ от 30.06.1998 г. № 681. Разрешая вопрос о достоверности и объективности исследованных в судебном заседании доказательств, суд находит все доказательства приведенные выше допустимыми, относимыми и достоверными, а в совокупности достаточными для разрешения уголовного дела, так как они согласуются друг с другом и получены без нарушения закона. Экспертные исследования и заключения по делу проведены экспертами, обладающими специальными познаниями и достаточным опытом работы, предупрежденными об уголовной ответственности по ст. 307 УК РФ за дачу заведомо ложных заключений. Заключения экспертов оформлены надлежащим образом, научно обоснованы, соответствуют требованиям ст. 204 УПК РФ , выводы представляются суду ясными и понятными, в достаточной степени обоснованы примененными методиками, противоречий не содержат, поэтому суд принимает их как достоверные доказательства. Нарушений закона и прав ФИО1 при назначении экспертиз, влекущих признание заключений экспертов недопустимыми доказательствами, не допущено. О законности проведения комплекса оперативно-розыскных мероприятий «Наблюдение» в отношении ФИО1 свидетельствует их проведение на основании постановлений уполномоченных должностных лиц и было обусловлено конкретными обстоятельствами дела и с целью подтверждения информации о причастности последнего к незаконному обороту наркотических средств. Осмотр места происшествия, досмотр задержанных лиц, изъятие и упаковка предметов, проводились с участием понятых. Нарушений норм действующего законодательства при проведении ОРМ «Наблюдение» судом не установлено. Оперативно-розыскные мероприятия проведены при отсутствии признаков провокации преступления со стороны правоохранительных органов, в соответствии с Федеральным законом «Об оперативно-розыскной деятельности», их результаты представлены органам следствия с соблюдением «Инструкции о порядке представления результатов оперативно-розыскной деятельности органу дознания, следователю или в суд», а осмотр изъятых по результатам оперативно-розыскных мероприятий предметов, имеющих отношение к уголовному делу, и признание их вещественными доказательствами произведены с соблюдением положений УПК РФ. Другие документы также составлены в соответствии с требованиями закона, объективно фиксируют фактические данные, поэтому суд также признает их достоверными доказательствами. Оснований для признания недопустимыми каких-либо доказательств, в том числе, полученных в результате проведения оперативно-розыскных мероприятий, суд не усматривает. В судебном заседании установлено, что ФИО1 неоднократно - 02.11.2022 г., 08.11.2022 г., 23.12.2022 г. и 07.02.2023 г. предоставлял своё жилище, в котором он проживал, содержал, производил уборку, выбрасывал мусор, по адресу: &lt;данные изъяты&gt;, третьим лицам для потребления наркотических средств, что подтверждается - показаниями подсудимого ФИО1, не отрицавшего свою причастность к содеянному; оглашенными показаниями свидетелей: ССВ, ИРТ, ЕИА и КДВ, из которых следует, что являясь потребителями наркотических средств, они совместно употребляли наркотические средства по месту проживания ФИО1 с его согласия; показаниями свидетеля КЛН, из которых следует, что в квартире проживал только её брат ФИО1; показаниями допрошенных и оглашенных показаний свидетелей, в том числе сотрудников полиции и эксперта - ШЛС, ВРЗ, ГАА, ХАФ, ГИВ, РДА, СРА о том, что в ходе оперативно-розыскных мероприятий и осмотров места происшествия в квартире ФИО1 были обнаружены: предметы, используемые при потреблении наркотических средств синтетического происхождения (стеклянная рюмка, металлический ковш, полимерные баллоны, стеклянные бутылки из-под Растворителя 646, ватные тампоны, пустые шприцы, упаковки из-под шприцов, упаковки из-под кондитерского мака) и предметы со следами наркотического средства - 3-Моноацетилморфина, Морфина и Кодеина и экстракта маковой соломы; свидетеля Свидетель №8, согласно которым, к ФИО1 приходили подозрительные люди с бутылками в пакетах, после чего из квартиры шел едкий запах ацетона и уксуса; а также актами досмотра задержанных по указанному адресу; актами медицинского освидетельствования на состояние опьянения (алкогольного, наркотического и иного токсического) и справками о результатах химико-токсилогического задержанных лиц, которыми установление потребление наркотических средств; протоколами осмотра квартиры, в ходе которых были изъяты предметы, используемые при потреблении наркотических средств синтетического происхождения и предметы со следами наркотических средств; справками об исследовании и заключениями экспертов о виде и массе наркотических средств и других доказательствах. Оснований не доверять показаниям вышеуказанных свидетелей, у суда оснований не имеется, суд признает их достоверными, поскольку они согласуются между собой, с показаниями подсудимого и с исследованными материалами дела. Обстоятельств самооговора, заинтересованности свидетелей в исходе дела и о наличии у них оснований для оговора подсудимого, судом не установлено. Исполнение же сотрудниками полиции своих служебных обязанностей не свидетельствует об их заинтересованности. Анализ материалов уголовного дела свидетельствует о том, что все доказательства, процессуальные действия и решения получены, произведены и оформлены, тем должностным лицом, в рамках уголовного дела, в чьем производстве оно находилось, каких-либо нарушений уголовно-процессуального закона, в том числе связанных с правом на защиту ФИО1 допущено не было. Из заключения комиссии судебно-психиатрических экспертов &lt;данные изъяты&gt; видно, что &lt;данные изъяты&gt; Следовательно, вменяемость подсудимого сомнений не вызывает, а потому ФИО1 способен нести уголовную ответственность. При таких обстоятельствах суд считает, что вина подсудимого ФИО1 в систематическом предоставлении помещения для потребления наркотических средств в судебном заседании доказана полностью, а его действия суд квалифицирует по ч.1 ст. 232 УК РФ . При определении вида и меры наказания подсудимому ФИО1 суд учитывает смягчающие обстоятельства (по двум преступлениям): согласно п. «и» ч.1 ст. 61 УК РФ - активное способствование расследованию преступлений путем дачи правдивых показаний об их совершении, согласно п. «к» ч.1 ст. 61 УК РФ - добровольное частичное возмещение имущественного ущерба потерпевшему в размере 2000 рублей, причиненного в результате преступления (по первому преступлению), на основании ч.2 ст. 61 УК РФ - чистосердечное признание вины и раскаяние в содеянном, заявленное ходатайство о рассмотрении дела в особом порядке, состояние здоровья, имеет заболевания и III группу инвалидности. Отягчающих его вину обстоятельств суд не усматривает. А также суд учитывает личность подсудимого. Каких-либо сведений о наличии у ФИО1 других смягчающих наказание обстоятельств на момент принятия решения по делу суду не представлено. Учитывая изложенное, характер и степень общественной опасности преступлений, влияние назначенного наказания на исправление осужденного, условия жизни его семьи, возраст, состояние здоровья, личность виновного, его отношение к содеянному, смягчающие обстоятельства и отсутствие отягчающих обстоятельств, суд считает, что наказание подсудимому ФИО1 следует назначить в виде лишения свободы с применением правил, предусмотренных ч.1 ст. , ч.3 ст. , ст.ст. , , и 43 УК РФ . Дополнительное наказание - не применять. Суд не считает имеющиеся смягчающие обстоятельства достаточными и исключительными, не усматривает иных исключительных обстоятельств, связанных с целями и мотивами преступлений, ролью виновного, его поведением во время и после совершения преступлений, которые могли бы служить основанием для применения положений ст. 64 УК РФ . Оснований для применения ст. 73 УК РФ суд также не усматривает, поскольку в данном случае применение положений указанной статьи не соответствует целям и задачам уголовного закона - восстановления социальной справедливости. Принимая во внимание способ совершения преступлений, реализацию преступных намерений, мотивы, цель совершения преступлений, характер наступивших последствий, суд не находит оснований для применения положений ч.6 ст. 15 УК РФ , поскольку фактические обстоятельства совершенных деяний не свидетельствуют о меньшей степени их общественной опасности. Кроме того, как видно из приговора Нефтекамского городского суда РБ от 24.03.2022 г. ФИО1 осужден по п. «в» ч.2 ст. , ст. 73 УК РФ к 1 году 8 месяцам лишения свободы условно с испытательным сроком 1 год. Учитывая, что преступления по настоящему делу ФИО1 совершил в период условного осуждения, то наказание ему следует назначить по правилам, предусмотренным ч.5 ст. , ст. 70 УК РФ . Вид исправительного учреждения ФИО1 назначить на основании п. «б» ч.1 ст. 58 УК РФ . Оснований для освобождения подсудимого от уголовной ответственности и от наказания, прекращения уголовного преследования и производства по делу, не имеется. Гражданский иск по делу не заявлен (потерпевший АФН). Судьбу вещественных доказательств разрешить в соответствии со ст. 81 УПК РФ . На основании изложенного и руководствуясь ст.ст. , - 310 УПК РФ , суд ПРИГОВОРИЛ: ФИО1 признать виновным в совершении преступлений, предусмотренных п. «г» ч.3 ст. , ч.1 ст. 232 УК РФ , и назначить ему наказание в виде лишения свободы - по п. «г» ч.3 ст. 158 УК РФ - сроком на 1 (один) год 8 (восемь) месяцев, - по ч.1 ст. 232 УК РФ - сроком на 1 (один) год 6 (шесть) месяцев. В соответствии с ч.3 ст. 69 УК РФ по совокупности преступлений путем частичного сложения назначенных наказаний назначить ФИО1 наказание в виде лишения свободы сроком на 2 (два) года. В соответствии ч.5 ст. УК РФ условное осуждение по приговору Нефтекамского городского суда РБ от 24.03.2022 г. отменить. На основании ст. 70 УК РФ к назначенному наказанию частично присоединить не отбытое наказание по приговору Нефтекамского городского суда РБ от 24.03.2022 г. и окончательное наказание ФИО1 назначить в виде лишения свободы сроком на 2 (два) года 2 (два) месяца с отбыванием наказания в исправительной колонии общего режима. Меру пресечения ФИО1 - подписку о невыезде и надлежащем поведении - изменить на заключение под стражу до вступления приговора в законную силу. Взять его под стражу в зале суда. Срок отбытия наказания в виде лишения свободы исчислять со дня вступления приговора в законную силу. В соответствии с п. «б» ч.3.1 ст. 72 УК РФ зачесть ФИО1 в срок отбывания наказания в виде лишения свободы время содержания под стражей с 28.07.2023 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В соответствии с п.п.1, 2 и 5 ч.3 ст. 81 УПК РФ вещественные доказательства: выписку по банковской карте ПАО «Сбербанк» №****7699 - хранить при уголовном деле; сотовый телефон марки «Vivo 1906», возвращенный потерпевшему АФН - оставить по принадлежности; сотовый телефон марки «Samsung A40», возвращенный ГРА - оставить по принадлежности; сотовый телефон марки «Samsung A52», возвращенный АГЯ - оставить по принадлежности; стеклянную рюмку и ватные тампоны, металлический ковш, полимерную бутылку с жидкостью, 4 пустых упаковки с надписью «мак кондитерский», 9 пустых стеклянных бутылок с надписью на этикетках «646 Растворитель»; 4 полимерные бутылки с веществом в виде семян общей массой 1334,18 г (565,67 г+238,32 г+269,36 г+260,83 г), 6 пустых шприцов однократного применения по 10 мл.; 1 пустую упаковку из-под шприца, полимерный пакет с двумя ватными тампонами, 2 пустые упаковки из-под мака кондитерского «Royal», 2 пустые полимерные бутылки, 1 полимерную бутылку с веществом в виде семян массой 520 г., 1 пустой полимерный пакет, 1 полимерный пакет с клипсой с двумя отрезками материи, 1 пустую упаковку от мака кондитерского «Изуми», 1 пустую упаковку от шприца, 1 пустой шприц однократного применения, фрагмент блистерной упаковки, 1 пустую полимерную бутылку, 2 пустые деформированные полимерные бутылки, 1 полимерную бутылку с жидкостью, состоящей из двух несмешивающихся слоев: верхний слой - 230 мл., нижний слой - 50 мл., 1 полимерную бутылку с жидкостью, состоящей из двух несмешивающихся слоев: верхний слой - 325 мл., нижний слой - 15 мл., 1 пустую упаковку из-под мака, полимерную бутылку с жидкостью, состоящей из двух несмешивающихся слоев: верхний слой - 201 мл., нижний слой - 23 мл., вещество в виде семян массой 314,08 г., полимерную бутылку с налетом вещества на внутренней поверхности, 3 пустые деформированные полимерные бутылки с налетом вещества на внутренней поверхности, 2 пустых шприца однократного применения с налетом вещества на внутренней поверхности - уничтожить. Приговор может быть обжалован в апелляционном порядке в судебную коллегию по уголовным делам Верховного Суда Республики Башкортостан через Нефтекамский городской суд Республики Башкортостан в течение 15 суток со дня его оглашения, а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апелляционной жалобе. В случае принесения апелляционных представления или жалоб другими участниками процесса, осужденный вправе в тот же срок со дня вручения их копий подать свои возражения в письменном виде, и в тот же срок ходатайствовать о своем участии в суде апелляционной инстанции. Также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возражении. Судья подпись Садриева А.Ф. Копия верна Судья Садриева А.Ф. Суд: Нефтекамский городской суд (Республика Башкортостан) (подробнее) Судьи дела: Садриева А.Ф. (судья) (подробнее) Последние документы по делу: Апелляционное постановление от 22 апреля 2024 г. по делу № 1-258/2023 Апелляционное постановление от 10 декабря 2023 г. по делу № 1-258/2023 Приговор от 21 ноября 2023 г. по делу № 1-258/2023 Приговор от 24 октября 2023 г. по делу № 1-258/2023 Приговор от 28 июля 2023 г. по делу № 1-258/2023 Апелляционное постановление от 27 июля 2023 г. по делу № 1-258/2023 Приговор от 5 июня 2023 г. по делу № 1-258/2023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