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вышеуказанному плану, *** ФИО3 у. и ФИО5 у. прибыли из *** в ***, где не позднее 16 часов 30 минут ***, находясь в неустановленном следствием месте на территории ***, через тайник-закладку получили от неустановленного следствием лица оптовую партию наркотического средства - героин (диацетилморфин), 6-моноацетилморфин и ацетилкодеин общей массой не менее 30,26 грамма, расфасованную по сверткам, которые ФИО3 у. и ФИО5 у. оставили при себе для последующего сбыта бесконтактным способом. Не позднее 16 часов 30 минут *** ФИО3 у. и ФИО5 у., реализуя совместный преступный умысел, действуя по предварительному с неустановленным лицом сговору и выполняя отведенные им роли, в основании металлического забора напротив гаража у ***, разместили в целях незаконного сбыта иным лицам за плату полученный от неустановленного лица сверток с веществом массой 1,61 грамма, которое содержит в своем составе наркотические средства – ацетилкодеин, 6-моноацетилморфин и героин (диацетилморфин). ФИО5 у., используя мобильный телефон, осуществил фотографирование участка местности, где им и ФИО3 у. был размещен указанный сверток, после чего сделанную им фотографию с географическими координатами указанного участка местности отправил посредством мессенджера *** ФИО3 у., который фотографию с географическими координатами указанного участка местности посредством мессенджера *** отправил неустановленному следствием лицу, тем самым отчитавшись за проделанную работу по организации ими последующего незаконного сбыта указанных наркотических средств потребителям за плату. Однако ФИО3 у., ФИО5 у. и неустановленное следствием лицо не довели свой преступный умысел до конца по независящим от них обстоятельствам - сотрудником *** России по *** указанный сверток с наркотическим средством был обнаружен и изъят *** в период времени с 17 часов 35 минут по 17 часов 50 минут при производстве осмотра места происшествия у ***. Согласно заключению эксперта *** от *** представленное вещество содержит в своем составе наркотические средства — диацетилморфин (героин), 6-моноацетилморфин, ацетилкодеин, массой 1,59 грамма (с учетом израсходованного в ходе предварительного исследования). Героин (диацетилморфин), 6-моноацетилморфин и ацетилкодеин включены в «Перечень наркотических средств, психотропных веществ и их прекурсоров, подлежащих контролю в РФ», утвержденный Постановлением Правительства РФ №681 от 30.06.1998. В соответствии с Постановлением Правительства РФ №1002 от 01.10.2012 «Об утверждении значительного, крупного и особо крупного размеров наркотических средств и психотропных веществ, а также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масса 1,61 грамма вещества, содержащего в своем составе наркотические средства - героин (диацетилморфин), 6-моноацетилморфин и ацетилкодеин, образует значительный размер (от 0,5 до 2,5 грамма).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согласно ранее достигнутым договоренностям, реализуя общий преступный умысел, ФИО3 у. и ФИО5 у. часть из полученной *** в неустановленном следствием месте на территории *** оптовой партии наркотического средства общей массой не менее 30,26 грамма не позднее 16 часов 30 минут *** в 5 метрах от ***, разместили в целях незаконного сбыта иным лицам за плату, а именно сверток с веществом массой 1,62 грамма, которое содержит в своем составе наркотические средства – ацетилкодеин, 6-моноацетилморфин и героин (диацетилморфин). ФИО5 у., используя мобильный телефон, осуществил фотографирование участка местности, где им и ФИО3 у. был размещен указанный сверток, после чего сделанную им фотографию с географическими координатами указанного участка местности отправил посредством мессенджера *** ФИО3 у., который указанную фотографию посредством мессенджера *** отправил неустановленному следствием лицу, тем самым отчитавшись за проделанную работу по организации ими последующего незаконного сбыта указанных наркотических средств потребителям за плату. Однако ФИО3 у., ФИО5 у. и неустановленное следствием лицо не довели свой преступный умысел до конца по независящим от них обстоятельствам, поскольку сотрудником *** по *** указанный сверток с наркотическим средством был обнаружен и изъят *** в период времени с 17 часов 53 минут по 18 часов 05 минут при производстве осмотра места происшествия у ***. Согласно заключению эксперта *** от *** представленное вещество содержит в своем составе наркотические средства — диацетилморфин (героин), 6-моноацетилморфин, ацетилкодеин, массой 1,60 грамма (с учетом израсходованного в ходе предварительного исследования). Героин (диацетилморфин), 6-моноацетилморфин и ацетилкодеин включены в «Перечень наркотических средств, психотропных веществ и их прекурсоров, подлежащих контролю в РФ», утвержденный Постановлением Правительства РФ №681 от 30.06.1998. В соответствии с Постановлением Правительства РФ №1002 от 01.10.2012 «Об утверждении значительного, крупного и особо крупного размеров наркотических средств и психотропных веществ, а также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масса 1,62 грамма вещества, содержащего в своем составе наркотические средства - героин (диацетилморфин), 6-моноацетилморфин и ацетилкодеин, образует значительный размер (от 0,5 до 2,5 грамма).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достигнутым договоренностям и в соответствии с разработанным вышеуказанным неустановленным следствием лицом планом ФИО3 у. и ФИО5 у. часть из полученной *** в неустановленном следствием месте на территории *** оптовой партии наркотического средства общей массой не менее 30,26 грамма не позднее 16 часов 30 минут *** у основания автомобильной покрышки в 4 метрах от ***, разместили в целях незаконного сбыта иным лицам за плату, а именно сверток с веществом массой 1,51 грамма, которое содержит в своем составе наркотические средства – ацетилкодеин, 6-моноацетилморфин и героин (диацетилморфин). ФИО5 у., используя мобильный телефон, осуществил фотографирование участка местности, где им и ФИО3 у. был размещен указанный сверток, после чего сделанную им фотографию с географическими координатами участка местности отправил посредством мессенджера *** ФИО3 у., который посредством мессенджера «*** отправил данную фотографию неустановленному следствием лицу, тем самым отчитавшись за проделанную работу по организации ими последующего незаконного сбыта указанных наркотических средств потребителям за плату. Однако ФИО3 у., ФИО5 у. и неустановленное следствием лицо не довели свой преступный умысел до конца по независящим от них обстоятельствам, поскольку сотрудником *** по *** указанный сверток с наркотическим средством был обнаружен и изъят *** в период времени с 13 часов 20 минут по 13 часов 47 минут при производстве осмотра места происшествия у ***. Согласно заключению эксперта *** от *** представленное вещество содержит в своем составе наркотические средства — диацетилморфин (героин), 6-моноацетилморфин, ацетилкодеин, массой 1,49 грамма (с учетом израсходованного в ходе предварительного исследования). Героин (диацетилморфин), 6-моноацетилморфин и ацетилкодеин включены в «Перечень наркотических средств, психотропных веществ и их прекурсоров, подлежащих контролю в РФ», утвержденный Постановлением Правительства РФ №681 от 30.06.1998. В соответствии с Постановлением Правительства РФ №1002 от 01.10.2012 «Об утверждении значительного, крупного и особо крупного размеров наркотических средств и психотропных веществ, а также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масса 1,51 грамма вещества, содержащего в своем составе наркотические средства - героин (диацетилморфин), 6-моноацетилморфин и ацетилкодеин, образует значительный размер (от 0,5 до 2,5 грамма).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не имеющие легального источника дохода, из корыстных побуждений, выраженных в намерении получения постоянного материального дохода, осознавая противоправность своих действий, следуя единому с неустановленным следствием лицом умыслу, ФИО3 у. и ФИО5 у. часть из полученной *** в неустановленном следствием месте на территории *** оптовой партии наркотического средства общей массой не менее 30,26 грамма не позднее 16 часов 30 минут *** на расстоянии 10 метров от ***, разместили в целях незаконного сбыта иным лицам за плату, а именно сверток с веществом массой 1,56 грамма, которое содержит в своем составе наркотические средства – ацетилкодеин, 6-моноацетилморфин и героин (диацетилморфин). ФИО5 у., используя мобильный телефон, осуществил фотографирование участка местности, где им и ФИО3 у. был размещен указанный сверток, после чего сделанную им фотографию с географическими координатами участка местности отправил посредством мессенджера «*** ФИО3 у., который данную фотографию посредством мессенджера *** отправил неустановленному следствием лицу, тем самым отчитавшись за проделанную работу по организации ими последующего незаконного сбыта указанных наркотических средств потребителям за плату. Однако ФИО3 у., ФИО5 у. и неустановленное следствием лицо не довели свой преступный умысел до конца по независящим от них обстоятельствам, поскольку сотрудником *** России по *** указанный сверток с наркотическим средством был обнаружен и изъят *** в период времени с 15 часов 11 минут по 15 часов 40 минут при производстве осмотра места происшествия у ***. Согласно заключению эксперта *** от *** представленное вещество содержит в своем составе наркотические средства — диацетилморфин (героин), 6-моноацетилморфин, ацетилкодеин, массой 1,54 грамма (с учетом израсходованного в ходе предварительного исследования). Героин (диацетилморфин), 6-моноацетилморфин и ацетилкодеин включены в «Перечень наркотических средств, психотропных веществ и их прекурсоров, подлежащих контролю в РФ», утвержденный Постановлением Правительства РФ №681 от 30.06.1998. В соответствии с Постановлением Правительства РФ №1002 от 01.10.2012 «Об утверждении значительного, крупного и особо крупного размеров наркотических средств и психотропных веществ, а также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масса 1,56 грамма вещества, содержащего в своем составе наркотические средства - героин (диацетилморфин), 6-моноацетилморфин и ацетилкодеин, образует значительный размер (от 0,5 до 2,5 грамма).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Также, согласно достигнутой ранее с неустановленным следствием лицом договоренности и в соответствии с разработанным ранее планом ФИО3 у. и ФИО5 у., согласно отведенной им роли, действуя с общим преступным умыслом, часть из полученной *** в неустановленном следствием месте на территории *** оптовой партии наркотического средства общей массой не менее 30,26 грамма не позднее 16 часов 30 минут ***, у основания фундамента *** разместили в целях незаконного сбыта иным лицам за плату, а именно сверток с веществом массой 1,57 грамма, которое содержит в своем составе наркотические средства – ацетилкодеин, 6-моноацетилморфин и героин (диацетилморфин). ФИО5 у., используя мобильный телефон, осуществил фотографирование участка местности, где им и ФИО3 у. был размещен указанный сверток, после чего сделанную им фотографию с географическими координатами участка местности отправил посредством мессенджера *** ФИО3 у., который указанную фотографию посредством мессенджера *** отправил неустановленному следствием лицу, тем самым отчитавшись за проделанную работу по организации ими последующего незаконного сбыта указанных наркотических средств потребителям за плату. Однако ФИО3 у., ФИО5 у. и неустановленное следствием лицо не довели свой преступный умысел до конца по независящим от них обстоятельствам, поскольку сотрудником УНК УМВД России по *** указанный сверток с наркотическим средством был обнаружен и изъят *** в период времени с 15 часов 55 минут по 16 часов 20 минут при производстве осмотра места происшествия у ***. Согласно заключению эксперта *** от *** представленное вещество содержит в своем составе наркотические средства — диацетилморфин (героин), 6-моноацетилморфин, ацетилкодеин, массой 1,55 грамма (с учетом израсходованного в ходе предварительного исследования). Героин (диацетилморфин), 6-моноацетилморфин и ацетилкодеин включены в «Перечень наркотических средств, психотропных веществ и их прекурсоров, подлежащих контролю в РФ», утвержденный Постановлением Правительства РФ №681 от 30.06.1998. В соответствии с Постановлением Правительства РФ №1002 от 01.10.2012 «Об утверждении значительного, крупного и особо крупного размеров наркотических средств и психотропных веществ, а также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масса 1,57 грамма вещества, содержащего в своем составе наркотические средства - героин (диацетилморфин), 6-моноацетилморфин и ацетилкодеин, образует значительный размер (от 0,5 до 2,5 грамма).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Как установлено выше, в рамках достигнутой ранее договоренности с неустановленным следствием лицом, в соответствии с разработанным вышеуказанным неустановленным следствием лицом планом, умышленно из корыстных побуждений ФИО3 у. и ФИО5 у. часть из полученной *** в неустановленном следствием месте на территории *** оптовой партии наркотического средства общей массой не менее 30,26 грамма оставили при себе для последующего незаконного сбыта бесконтактным способом. *** в 16 часов 30 минут ФИО3 у. и ФИО5 у. были остановлены сотрудниками *** России по *** у ***, после чего в период времени с 20 часов 00 минут по 20 часов 45 минут в административном здании *** России по *** в ходе личного досмотра ФИО5 у. при нем было обнаружены и изъяты предназначенные к сбыту четыре свертка с веществом, содержащим в своем составе наркотические средства - ацетилкодеин, 6-моноацетилморфин и героин (диацетилморфин), общей массой 6,06 грамма. *** в период времени с 21 часа 00 минут по 21 час 50 минут в административном здании *** России по *** в ходе личного досмотра ФИО3 у. при нем были обнаружены и изъяты предназначенные к сбыту три свертка с веществом, содержащим в своем составе наркотические средства - ацетилкодеин, 6-моноацетилморфин и героин (диацетилморфин), общей массой 5,12 грамма. *** в период времени с 22 часов 30 минут по 23 часа 00 минут при производстве осмотра места происшествия – ***. *** *** с участием ФИО3 у. и ФИО5 у., где последние временное проживали, обнаружены и изъяты предназначенные к сбыту семь свертков с веществом, содержащим в своем составе наркотические средства - ацетилкодеин, 6-моноацетилморфин и героин (диацетилморфин), общей массой 11,21 грамма. Таким образом, ФИО3 у., ФИО5 у. и неустановленное следствием лицо не смогли довести до конца свой преступный умысел на незаконный сбыт указанных наркотических средств по независящим от них обстоятельствам. Согласно заключению эксперта *** от *** представленные на экспертизу вещества, изъятые *** в ходе досмотра ФИО1у., общей массой 5,06 грамма ( соответственно 1,67 грамма, 1,68 грамма, 1,71 грамма), содержат в своем составе наркотические средства- ацетилкодеин, 6-моноацетилморфин и героин (диацетилморфин); представленные на экспертизу вещества, изъятые *** в ходе досмотра ФИО5 у., общей массой 5,98 грамма (соответственно 1,02 грамма, 1,77 грамма, 1,56 грамма, 1,63 грамма), содержат в своем составе наркотические средства - ацетилкодеин, 6-моноацетилморфин и героин (диацетилморфин); представленные на экспертизу вещества, изъятые *** в ходе осмотра квартиры по адресу: ***, общей массой 11,07 грамма ( соответственно 1,69 грамма, 1,74 грамма, 1,58 грамма, 1,70 грамма, 0,96 грамма, 1,67 грамма, 1,73 грамма), содержат в своем составе - наркотические средства - ацетилкодеин, 6-моноацетилморфин и героин (диацетилморфин). Героин (диацетилморфин), 6-моноацетилморфин и ацетилкодеин включены в «Перечень наркотических средств, психотропных веществ и их прекурсоров, подлежащих контролю в РФ», утвержденный Постановлением Правительства РФ №681 от 30.06.1998. В соответствии с Постановлением Правительства РФ от 01 октября 2012г.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в своём составе наркотические средства или психотропные вещества, для целей статей , 228.1 , и 229.1 Уголовного кодекса Российской Федерации», общая масса вещества, содержащего в своем составе наркотические средства - ацетилкодеин, 6-моноацетилморфин и героин (диацетилморфин), изъятого в ходе досмотров ФИО5 у., ФИО3 у., в ходе осмотра их жилища, - 22,39 грамма - образует крупный размер (от 2,5 до 1000 граммов). В судебном заседании подсудимый ФИО3 у. вину в предъявленном обвинении признал полностью, от дачи показаний отказался, воспользовавшись правом, предусмотренным ст. 51 Конституции РФ. В соответствии с п.3 ч.1 ст. 276 УПК РФ были оглашены показания ФИО3 у., данные им в качестве обвиняемого в ходе предварительного следствия, где он показал, что в начале *** через мессенджер *** он нашел работу, которая заключалась в том, чтобы приехать в ***, где получить дальнейшие указания. Он предложил своему другу ФИО5 у. поехать со ним с целью заработка, тот согласился. *** они приехали *** в ***, через сайт объявлений «Авито» нашли квартиру по адресу: ***, которую сняли на сутки. В «*** через аккаунт работодателя, название которого он не помнит, им пришли указания о том, что они с ФИО5 должны в одном из районов *** поднять оптовую партию наркотических средств, после чего разложить данное наркотическое средство на разных улицах *** в виде «тайников-закладок». Они с ФИО5 у. согласились на это, так как хотели заработать деньги. Затем их координатор через *** через ссылку перенаправил их в мессенжер *** в котором написал координаты места закладки с оптовой партией наркотика. Они с ФИО5 проследовали по указанным координатам, где в районе стадиона *** одного из домов под снегом нашли оптовую партию наркотика в количестве 20 свертков и разделили между собой по 10 штук. *** около 01 часа, следуя координатам, указанным в *** они стали раскладывать свертки с наркотиками на разных улицах ***, на мобильный телефон ФИО5 они фотографировали «закладки», которые размещали в незаметных местах и пересылали их своему координатору, имя координатора и мобильный телефон ему не известны, так как переписку с ними в *** вел ФИО5 у. Разместив какое-то количество закладок, они с ФИО5 вернулись домой, у каждого из них остались неразложенные свертки с наркотиком. На следующий день, они с ФИО5 были задержаны сотрудниками полиции и при них было наркотическое средство, а также дома в съемной квартире они оставили неразложенную часть «закладок» *** В судебном заседании подсудимый ФИО5 вину в предъявленном обвинении признал полностью, от дачи показаний отказался, воспользовавшись правом, предусмотренным ст. 51 Конституции РФ. В соответствии с п.3 ч.1 ст. 276 УПК РФ были оглашены показания ФИО5, данные им в качестве подозреваемого и обвиняемого в ходе предварительного следствия, где он показал, что его друг ФИО3 у. в начале *** через приложение *** нашел работу. Условия работы были таковы, что они должны были приехать на территорию ***, после чего им должны были дать указания о последующих действиях. На данные условия он и ФИО3 согласились. *** они на автобусе приехали в ***, после чего через сайт бесплатных объявлений «Авито» сняли на сутки квартиру по адресу: ***. ФИО3 в «*** написали, что им необходимо по указанным координатам поднять оптовую партию наркотических средств в количестве 20 штук, после чего разложить в разных частях *** свертки с наркотиками. На данное условие они согласились и поехали по указанным координатам, где ФИО3 у подъезда дома под снегом забрал оптовую партию наркотических средств, после чего они разделили с ФИО3 по 10 свертков, которые должны были совместно с ФИО3 разложить. Далее ему (ФИО5) прислали координаты через мессенжер *** Разложенные закладки они сразу же фотографировали и скидывали фото и координаты их координатору через мессенжер *** Таким образом он и ФИО3 совместно ходили по разным улицам ***, где в незаметных для людей местах раскладывали закладки каждый из свое доли. Сколько у них осталось закладок с наркотическим средством веществом, он не помнит. Все закладки они раскладывали с *** на *** в ночное время около 01 часа. Затем они вернулись на съемное жилье. *** они с ФИО3 были задержаны сотрудниками полиции *** Помимо собственного признания, вина каждого из подсудимых в совершении преступлений подтверждается исследованными доказательствами. Так, свидетель ФИО11, показания которого, данные в ходе предварительного следствия, оглашены в порядке ч.1 ст. 281 УПК РФ , показал, что *** примерно в 20 часов 00 минут он был приглашен сотрудниками полиции в качестве присутствующего лица для проведения досмотра ФИО5 Перед началом досмотра ФИО5 было предложено добровольно выдать запрещенные предметы и вещества, на что тот ничего не сказал. В ходе досмотра в сумке были обнаружены банковская карта, 4 свертка с веществом светлого цвета и мобильный телефон. Одилов указал графический ключ от телефона, в ходе осмотра в нем были обнаружены фотографии участков местности с пометками и координатами. Все вышеперечисленные предметы были изъяты и упакованы в конверты, опечатанные печатями. Также в его присутствии примерно в 21 час 00 минут был досмотрен ФИО3, которому перед началом досмотра было предложено добровольно выдать запрещенные предметы и вещества, он ничего не ответил. В ходе досмотра в сумке у ФИО3 обнаружены 3 свертка с веществом светлого цвета, мобильный телефон, который ФИО3 сам разблокировал и указал графический ключ. В ходе осмотра телефона была обнаружена переписка с координатами и фотографиями, фотографии участков местности с координатами и пометками. Все обнаруженное было изъято и упаковано в конверты, опечатанные печатями. Был составлен протокол, в котором все поставили свои подписи. Затем все проехали по адресу: ***, где проживали ФИО5 и ФИО3. Им было предложено перед началом осмотра добровольно выдать запрещенные предметы и вещества, на что они ничего не пояснили. В ходе осмотра в комнате в сумке были обнаружены 7 свертков с веществом, так же был обнаружен мобильный телефон. Все обнаруженное было изъято и упаковано в конверты, опечатанные печатями, по данному факту был составлен протокол ****** Свидетель ФИО12, протокол допроса которого был оглашен в порядке ч.1 ст. 281 УПК РФ , дал показания, аналогичные по содержанию показаниям свидетеля ФИО11 *** Свидетель ФИО13, показания которого, данные в ходе предварительного следствия, оглашены в порядке ч.1 ст. 281 УПК РФ , показал, что *** в вечернее время он был приглашен сотрудниками полиции в качестве понятого для проведения осмотра места происшествия в районе ***. По указанному адресу сотрудники *** приступили к производству осмотра места происшествия, в процессе которого обнаружили на металлическом столбе забора полимерный сверток, который был предъявлен ему и второму понятому - ФИО14 для ознакомления. В указанном свертке было обнаружено порошкообразное вещество светлого цвета. Данный сверток был изъят и упакован в конверт, опечатанный печатями, был составлен протокол, в котором все поставили свои подписи. Далее они с сотрудниками полиции отошли примерно на 5 метров от ***, где сотрудники *** снова приступили к производству осмотра места происшествия, в процессе которого обнаружили около металлической ограды у основания куста полимерный сверток. В указанном свертке было обнаружено порошкообразное вещество светлого цвета. Сверток был изъят и надлежащим образом упакован и опечатан, после чего был составлен протокол осмотра места происшествия, где все поставили свои подписи (*** Свидетель ФИО14, протокол допроса которой был оглашен в порядке ч.1 ст. 281 УПК РФ , дала показания, аналогичные по содержанию показаниям свидетеля ФИО13 *** Свидетель ФИО15 - старший оперуполномоченный в УНК УМВД России по ***, показания которого, данные в ходе предварительного следствия, оглашены в порядке ч.1 ст. 281 УПК РФ , показал, что в ходе оперативных мероприятий по установлению лиц, причастных к незаконному обороту наркотических средств на территории ***, им совместно со старшим оперуполномоченным ФИО17 и оперуполномоченным ФИО20 *** у *** *** были остановлены два гражданина *** - ФИО3 у. и ФИО5 у. в связи с подозрением в незаконном обороте наркотиков. Для производства личного досмотра указанным лицам было предложено проехать в административное здание *** России по ***. Там в его (ФИО30) присутствии, а также в присутствии двух понятых мужского пола оперуполномоченным *** России по г.ФИО16ФИО31 был произведен личный досмотр ФИО3 у. в ходе которого в его сумке были обнаружены мобильный телефон марки «Mi», а также три полимерных свертка с веществом внутри. Изъятые предметы были упакованы и опечатаны надлежащим образом в присутствии понятых. Далее им в присутствии двух понятых был произведен осмотр места пришествия по адресу проживания ФИО3 и ФИО5: ***, где в одной из комнат на кровати была обнаружена сумка, в которой находилось семь полимерных свертков с веществом внутри. Данные сверки были изъяты в присутствии понятых, после чего упакованы и опечатаны надлежащим образом. В изъятых мобильных устройствах, принадлежащих ФИО3 и ФИО5, была обнаружена информация о ранее размещенных ими тайниках- закладках на территории ***, по которой *** им (ФИО32) в присутствии двух понятых был произведен осмотр места происшествия по адресу: ***, где у основания металлического столба был обнаружен сверток с веществом, который был изъят, упакован и опечатан в присутствии понятых. В тот же день ФИО17 был произведен осмотр места происшествия - территории, прилегающей к дому *** по ***, где на расстоянии примерно 5 метров от указанного дома у основания кустистого растения был обнаружен один полимерный сверток с веществом внутри, который был изъят, упакован и опечатан в присутствии понятых. *** ФИО20 был произведен осмотр места происшествия – территории, прилегающей к дому *** по ***, где на расстоянии примерно 4 метров от указанного дома в покрышке колеса, расположенной на земле, был обнаружен один полимерный сверток с веществом внутри, который был изъят в присутствии понятых, упакован и опечатан в бумажный конверт. *** ФИО20 был произведен осмотр места происшествия - территории у ***, где на расстоянии примерно 10 метров от указанного дома в основании металлической будки, был обнаружен один полимерный сверток с веществом внутри, который был изъят, упакован и опечатан в присутствии понятых. В тот же день ФИО20 был произведен осмотр места происшествия - территории у ***, где в фундаменте указанного дома был обнаружен один полимерный сверток с веществом внутри, который был изъят, упакован и опечатан в присутствии понятых *** Свидетель ФИО17 - *** России по ***, показания которого, данные в ходе предварительного следствия, оглашены в порядке ч.1 ст. 281 УПК РФ , показал, что при проведении оперативных мероприятий совместно со старшим оперуполномоченным *** России по *** ФИО15 и *** по г.ФИО16ФИО33 по установлению лиц, причастных к незаконному обороту наркотических средств на территории ***, *** у *** *** были остановлены два гражданина *** - ФИО3 у. и ФИО5 у. в связи с подозрением в незаконном обороте наркотиков. Для производства личного досмотра указанным лицам было предложено проехать в административное здание *** по ***, где с его участием в присутствии двух понятых мужского пола ФИО20 был произведен личный досмотр ФИО5, в ходе которого в его сумке были обнаружены мобильный телефон марки «Redmi Note 8?», и четыре полимерных свертка с веществом внутри. Изъятые предметы были упакованы и опечатаны надлежащим образом в присутствии понятых. Далее ФИО34 в присутствии двух понятых был произведен осмотр места пришествия по адресу проживания ФИО3 и ФИО5: ***, где в одной из комнат на кровати была обнаружена сумка, в которой находилось семь полимерных свертков с веществом внутри. Данные сверки были изъяты в присутствии понятых, упакованы и опечатаны. В изъятых мобильных устройствах, принадлежащих ФИО3 и ФИО5, была обнаружена информация о ранее размешенных ими тайниках-закладках на территории ***. *** ФИО35 в присутствии двух понятых был произведен осмотр места происшествия по адресу: ***, где у основания металлического столба был обнаружен сверток с веществом, который был изъят, упакован и опечатан в присутствии понятых. В тот же день им (ФИО36 был произведен осмотр места происшествия - территории у ***, где на расстоянии примерно 5 метров от указанного дома у основания кустистого растения был обнаружен один полимерный сверток с веществом внутри, который был изъят, упакован и опечатан в присутствии понятых *** Свидетель ФИО18, показания которого, данные в ходе предварительного следствия, оглашены в порядке ч.1 ст. 281 УПК РФ , показал, что *** он был приглашен сотрудниками полиции в качестве понятого для проведения осмотра места происшествия – в районе ***, поскольку имелась оперативная информация о возможном нахождении по данному адресу тайников-закладок с наркотическим средством. По указанному адресу сотрудники *** приступили к производству осмотра места происшествия, в процессе которого обнаружили на расстоянии примерно 4 метров от указанного дома в покрышке автомобильного колеса, расположенного на земле, сверток с веществом внутри. В указанном свертке было обнаружено порошкообразное вещество светлого цвета. Обнаруженный сверток был изъят сотрудниками *** упакован в бумажный конверт и опечатан, после чего был составлен протокол осмотра места происшествия, где все поставили свои подписи *** Свидетель ФИО19, протокол допроса которого был оглашен в порядке ч.1 ст. 281 УПК РФ , дал показания, аналогичные по содержанию показаниям свидетеля ФИО18 *** Свидетель ФИО20 - оперуполномоченный в УНК УМВД России по ***, показания которого, данные в ходе предварительного следствия, оглашены в порядке ч.1 ст. 281 УПК РФ , показал, что при проведении оперативных мероприятий совместно со старшим оперуполномоченным *** России по *** ФИО17 и *** России по *** ФИО15 по установлению лиц, причастных к незаконному обороту наркотических средств на территории ***, *** у ***Б по *** были остановлены два гражданина Узбекистана - ФИО3 у. и ФИО5 у. в связи с их подозрением в незаконном обороте наркотиков. Для производства личного досмотра указанным лицам было предложено проехать в административное здание *** России по ***, где с участием ФИО37 в присутствии двух понятых мужского пола им (ФИО38) был произведен личный досмотр ФИО5, в сумке которого были обнаружены мобильный телефон марки «Redmi Note 8». При осмотре в мессенжере ***» была обнаружена переписка с ФИО3 у., в ходе которой ФИО5 у. пересылал ему фотографии участков местности с указанием географических координат. Кроме того в сумке ФИО3 у. было обнаружено четыре полимерных свертка с веществом внутри. Изъятые предметы были упакованы и опечатаны надлежащим образом в присутствии понятых. Далее им был произведен личный досмотр ФИО3 у. в ходе которого в его сумке были обнаружены мобильный телефон марки «Mi», при осмотре которого были обнаружены фотоснимки участков местности с указанием географических координат, где были расположены «тайники-закладки». Кроме того в сумке ФИО3 у. было обнаружено три полимерных свертка с веществом внутри. Изъятые предметы были упакованы и опечатаны в присутствии понятых. Далее ФИО39 в присутствии двух понятых был произведен осмотр места происшествия по адресу проживания ФИО3 и ФИО5: ***, где в одной из комнат на кровати была обнаружена сумка, в которой находилось семь полимерных свертков с веществом внутри. Данные свертки были изъяты в присутствии понятых, после чего упакованы и опечатаны надлежащим образом. В изъятых мобильных устройствах, принадлежащих ФИО3 и ФИО5, была обнаружена информация о ранее размешенных ими тайниках-закладках на территории ***. *** им (ФИО40 был произведен осмотр места происшествия - территории у ***, где в основании покрышки колеса был обнаружен один полимерный сверток с веществом внутри, который был изъят в присутствии понятых, упакован и опечатан должным образом в бумажный конверт. *** он произвел осмотр места происшествия - территории у ***, где на расстоянии примерно 10 метров от указанного дома в основании металлической будки, был обнаружен один полимерный сверток с веществом внутри, который был изъят, упакован и опечатан в присутствии понятых. В тот же день он произвел осмотр места происшествия - территории у ***, где в фундаменте был обнаружен один полимерный сверток с веществом внутри, который был изъят, упакован и опечатан в присутствии понятых *** Свидетель ФИО21, показания которого, данные в ходе предварительного следствия, оглашены в порядке ч.1 ст. 281 УПК РФ , показал, что *** он был приглашен сотрудниками полиции в качестве понятого для проведения осмотра места происшествия в районе ***, где сотрудники *** обнаружили на расстоянии примерно 10 метров от указанного дома у основания металлической будки полимерный сверток с веществом внутри. В свертке было обнаружено порошкообразное вещество светлого цвета. Далее обнаруженный сверток был изъят сотрудниками ***, упакован в бумажный конверт и опечатан, после чего был составлен протокол осмотра места происшествия, где все поставили свои подписи. Затем они проследовали к дому *** по ***, где сотрудники *** в ходе осмотра места происшествия в фундаменте вышеуказанного дома обнаружили один полимерный сверток с веществом. В указанном свертке было обнаружено порошкообразное вещество светлого цвета. Обнаруженный сверток был изъят сотрудниками *** упакован в бумажный конверт и опечатан, после чего был составлен протокол осмотра места происшествия, где все поставили свои подписи *** Свидетель ФИО22, протокол допроса которого был оглашен в порядке ч.1 ст. 281 УПК РФ , дал показания, аналогичные по содержанию показаниям свидетеля ФИО21 (*** Также исследовались: - рапорт о результатах проведения ***» от ***, согласно которому в 16 часов 25 минут из подъезда *** вышли двое молодых людей, опознанных как ФИО5 у. и ФИО3 у., которые в 16 часов 30 минут были остановлены у ***, наблюдение прекращено *** - протокол личного досмотра ФИО5 у. от *** с фототаблицей, согласно которому был изъят принадлежащий ему мобильный телефон «Redmi Note8», в котором имелась информация о размещенных тайниках-закладках, а также четыре свертка с порошкообразным веществом внутри (*** - протокол личного досмотра ФИО3 у. от *** с фототаблицей, согласно которому был изъят принадлежащий ему мобильный телефон «Mi», в котором имелась информация о размещенных тайниках-закладках, а также три свертка с порошкообразным веществом внутри *** - протокол осмотра места происшествия от *** с фототаблицей, согласно которому осмотрено жилище ФИО3 у. и ФИО5 у. по адресу: ***, где в одной из комнат в мужской сумке было обнаружено семь полимерных свертков с веществом внутри *** - по заключению физико-химической судебной экспертизы *** от ***: 1 Представленные на экспертизу вещества, изъятые *** в ходе досмотра ФИО3 у. общей массой 5,06 грамма (соответственно 1,67 грамма, 1, 68 грамма, 1,71 грамма, содержат в своём составе наркотические средства – ацетилкодеин, 6-моноацетилморфин и героин (диацетилморфин). 2. Представленные на экспертизу вещества, изъятые *** в ходе досмотра ФИО5 у. общей массой 5,98 грамма (соответственно 1,02 грамма, 1, 77 грамма, 1,56 грамма, 1,63 грамма) содержат в своём составе наркотические средства – ацетилкодеин, 6-моноацетилморфин и героин (диацетилморфин). 3. Представленные на экспертизу объекты, изъятые *** в ходе осмотра квартиры по адресу: ***, общей массой 11,07 грамма (соответственно 1,69 грамма, 1, 74 грамма, 1,58 грамма, 1,70 грамма, 0,96 грамма, 1,67 грамма, 1,73 грамма) содержат в своём составе наркотические средства – ацетилкодеин, 6-моноацетилморфин и героин (диацетилморфин). 4. Представленные на экспертизу вещества, изъятые *** в ходе досмотра ФИО3 у., изъятые *** в ходе досмотра ФИО5 у. и изъятые *** в ходе осмотра квартиры по адресу: ***, могли составлять ранее единую массу *** - протокол осмотра места происшествия от *** с фототаблицей - участка местности у ***, где в основании металлического столба был обнаружен и изъят в период времени с 17 часов 35 минут по 17 часов 50 минут сотрудниками органов внутренних дел сверток с веществом *** - заключение физико-химической судебной экспертизы *** от ***, согласно которому представленное вещество, изъятое с участка местности у столба у *** содержит в своем составе наркотическое средство- диацетилморфин (героин), 6- моноацетилморфин, ацетилкодеин. Масса наркотического средства составляет 1,59 грамма *** - протокол осмотра предметов от *** - свертков в количестве 3 штук, изъятых *** при производстве личного досмотра ФИО3 у., содержащих в своем составе наркотические вещества - ацетилкодеин, 6-моноацетилморфин и героин (диацетилморфин) общей массой 5,06 грамма *** - протокол осмотра предметов от ***, изъятых *** в ходе личного досмотра ФИО5 у. и ФИО3 у.: мобильного телефона марки « Redmi Note 8», принадлежащего ФИО5 у., мобильного телефона марки «Mi», принадлежащего ФИО3 у., в которых имеется информация о незаконном распространении наркотических средств, а именно фотоснимки с географическими координатам «тайников - закладок», которые были размещены ФИО3 у. и ФИО5 у. на территории *** *** - протокол осмотра места происшествия от *** - участка местности, расположенного в 5 метрах от ***, где в основании кустистого растения, был обнаружен и изъят в период времени с 17 часов 53 минут по 18 часов 05 минут сотрудниками органов внутренних дел сверток с веществом *** - заключение физико-химической судебной экспертизы *** от ***, согласно которому представленное вещество, изъятое в ходе осмотра места происшествия *** у ***, содержит в своем составе наркотическое средство- диацетилморфин (героин), 6- моноацетилморфин, ацетилкодеин. Масса наркотического средства составляет 1,54 грамма *** - протокол явки с повинной ФИО3 у. от ***, который сознался в том, что *** он и ФИО5 у. прибыли в *** для того чтобы заработать, а именно подняли оптовую партию наркотиков в количестве 20 штук, которые разложили *** совместно с ФИО5. Работу он нашел через мессенжер *** в начале ***, в дальнейшем их с ФИО5 координировали через *** - протокол осмотра места происшествия от *** с фототаблицей - участка местности, расположенного в 4 метрах от ***, где у основания автомобильной покрышки был обнаружен и изъят в период времени с 13 часов 20 минут по 13 часов 47 минут сотрудниками органов внутренних дел сверток с веществом *** - заключение физико-химической судебной экспертизы *** от ***, согласно которому представленное вещество, изъятое в ходе осмотра места происшествия *** у *** массой 1,49 грамма содержит в своем составе наркотические средства — ацетилкодеин, 6- моноацетилморфин и героин (диацетилморфин) (*** - протокол осмотра места происшествия от *** с фототаблицей, согласно которому был осмотрен участок местности, расположенный в 5 метрах от ***, где у основания металлической конструкции был обнаружен и изъят в период времени с 15 часов 11 минут по 15 часов 40 минут сотрудниками органов внутренних дел сверток с веществом *** - протокол осмотра места происшествия от *** с фототаблицей, согласно которому был осмотрен участок местности по адресу ***, где в фундаменте вышеуказанного дома был обнаружен и изъят в период времени с 15 часов 55 минут по 16 часов 20 минут сотрудниками органов внутренних дел сверток с веществом *** - заключение физико-химической судебной экспертизы *** от ***, согласно которому представленное вещество, изъятое в ходе осмотра места происшествия *** по адресу ***, содержит в своем составе наркотические средства — ацетилкодеин, 6- моноацетилморфин и героин (диацетилморфин). Масса наркотического средства составляет 1,55 грамма *** Явка с повинной ФИО5 у. *** была оформлена в отсутствие адвоката, требования ч.1.1 ст. 144 УПК РФ соблюдены не были, в связи с чем суд признает явку с повинной от *** недопустимым доказательством. Согласно заключению судебно-психиатрической экспертизы ***-*** ***, ФИО3 у. *** Согласно заключению судебно-психиатрической экспертизы ***-*** ***, ФИО5 у. *** Все изложенные в приговоре доказательства суд, в соответствии с требованиями ст.ст. , 88 УПК РФ проверил, сопоставив их между собой, и каждому из них дал оценку с точки зрения относимости, допустимости, достоверности, а в совокупности признал их достаточными для разрешения уголовного дела по существу. Оценив собранные по делу доказательства в их совокупности, суд находит вину подсудимого ФИО3 у. доказанной, и действия его квалифицирует: - по преступлению в отношении наркотического средства ацетилкодеин, 6-моноацетилморфин и героин (диацетилморфин) массой 1,61 грамма по ч.3 ст. -п.п. «а», «б» ч.3 ст. 228.1 УК РФ как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значительном размере; - по преступлению в отношении наркотического средства ацетилкодеин, 6-моноацетилморфин и героин (диацетилморфин) массой 1,62 грамма по ч.3 ст. -п.п. «а», «б» ч.3 ст. 228.1 УК РФ как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значительном размере; - по преступлению в отношении наркотического средства ацетилкодеин, 6-моноацетилморфин и героин (диацетилморфин) массой 1,51 грамма по ч.3 ст. -п.п. «а», «б» ч.3 ст. 228.1 УК РФ как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значительном размере; - по преступлению в отношении наркотического средства ацетилкодеин, 6-моноацетилморфин и героин (диацетилморфин) массой 1,56 грамма по ч.3 ст. -п.п. «а», «б» ч.3 ст. 228.1 УК РФ как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значительном размере; - по преступлению в отношении наркотического средства ацетилкодеин, 6-моноацетилморфин и героин (диацетилморфин) массой 1,57 грамма по ч.3 ст. -п.п. «а», «б» ч.3 ст. 228.1 УК РФ как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значительном размере; - по преступлению в отношении наркотического средства ацетилкодеин, 6-моноацетилморфин и героин (диацетилморфин) массой 22,39 грамма по ч.3 ст. -п.«г» ч.4 ст. 228.1 УК РФ как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Оценив собранные по делу доказательства в их совокупности, суд находит вину подсудимого ФИО5 у. доказанной, и действия его квалифицирует: - по преступлению в отношении наркотического средства ацетилкодеин, 6-моноацетилморфин и героин (диацетилморфин) массой 1,61 грамма по ч.3 ст. -п.п. «а», «б» ч.3 ст. 228.1 УК РФ как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значительном размере; - по преступлению в отношении наркотического средства ацетилкодеин, 6-моноацетилморфин и героин (диацетилморфин) массой 1,62 грамма по ч.3 ст. -п.п. «а», «б» ч.3 ст. 228.1 УК РФ как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значительном размере; - по преступлению в отношении наркотического средства ацетилкодеин, 6-моноацетилморфин и героин (диацетилморфин) массой 1,51 грамма по ч.3 ст. -п.п. «а», «б» ч.3 ст. 228.1 УК РФ как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значительном размере; - по преступлению в отношении наркотического средства ацетилкодеин, 6-моноацетилморфин и героин (диацетилморфин) массой 1,56 грамма по ч.3 ст. -п.п. «а», «б» ч.3 ст. 228.1 УК РФ как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значительном размере; - по преступлению в отношении наркотического средства ацетилкодеин, 6-моноацетилморфин и героин (диацетилморфин) массой 1,57 грамма по ч.3 ст. -п.п. «а», «б» ч.3 ст. 228.1 УК РФ как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значительном размере; - по преступлению в отношении наркотического средства ацетилкодеин, 6-моноацетилморфин и героин (диацетилморфин) массой 22,39 грамма по ч.3 ст. -п.«г» ч.4 ст. 228.1 УК РФ как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Квалифицируя действия каждого из подсудимых по каждому преступлению таким образом, суд исходил из следующего. Причастность подсудимых к совершению преступлений подтверждается показаниями свидетелей – сотрудников полиции и понятых, показавших, что у ФИО3 у. и ФИО5 у. при личном досмотре при себе имелись свертки с расфасованным веществом, по месту их проживания обнаружены свертки с веществом, протоколами осмотров мест происшествия, в ходе которых были изъяты наркотические средства. Их причастность к совершению преступлений подтверждается также протоколами осмотра предметов, в ходе которых были осмотрены мобильные телефоны ФИО3 и ФИО5, изъятые в ходе их личного досмотра. В файлах, содержащихся в телефонах, имелись фотоснимки с географическими координатам «тайников - закладок», размещенных ФИО3 у. и ФИО5 у. на территории ***. Как пояснили свидетели ФИО41 - сотрудники полиции, согласно полученным при осмотре телефонов подсудимых фотографиям мест закладок производились осмотры мест происшествия, где изымались наркотические средства. По заключению физико-химической судебной экспертизы вещества, изъятые *** в ходе досмотра ФИО3 у., изъятые *** в ходе досмотра ФИО5 у., изъятые *** в ходе осмотра квартиры по адресу: *** могли составлять ранее единую массу, что подтверждает выводы суда о виновности подсудимых, и не отрицается самими подсудимыми в их показаниях. ФИО3 у. и ФИО5 у., действуя в составе группы лиц по предварительному сговору с неустановленным лицом, согласно ранее достигнутой договоренности о незаконном сбыте наркотических средств бесконтактным способом через тайники, выполняя отведенную им роль, получили от неустановленного лица оптовую партию наркотических средств - героин (диацетилморфин), 6-моноацетилморфин и ацетилкодеин общей массой не менее 30,26 грамма, расфасованную по сверткам. С целью дальнейшего незаконного сбыта ФИО3 и ФИО5 разместили в пяти тайниках (закладках) по одному свертку наркотического средства. Кроме того, оставшуюся часть расфасованного по сверткам наркотического средства, предназначавшегося для дальнейшего незаконного сбыта, ФИО3 в количестве трех свертков и ФИО5 в количестве четырех свертков хранили при себе, а также в количестве семи свертков хранили по месту своего временного проживания. Квалифицирующий признак каждого из преступлений – «с использованием информационно-телекоммуникационных сетей, включая Интернет» нашел свое подтверждение в действиях обоих подсудимых, поскольку применение сети Интернет при использовании мессенджера *** подтверждено протоколом осмотра сотовых телефонов подсудимых, которые указанным способом передавали информацию о размещении тайников как друг другу, так и неустановленному лицу. Довести свои преступные действия, направленные на незаконный сбыт наркотических средств подсудимые до конца не смогли по независящим от них обстоятельствам, так как были задержаны и наркотическое вещество изъято из незаконного оборота сотрудниками правоохранительных органов как у них при личном досмотре, так и по их месту проживания, и в тайниках-закладках. В соответствии с разъяснениями, содержащимися в п.13.1 Постановления Пленума Верховного Суда РФ 15 июня 2006г. N14 "О судебной практике по делам о преступлениях, связанных с наркотическими средствами, психотропными, сильнодействующими и ядовитыми веществами", учитывая, что диспозиция части 1 статьи 228.1 УК РФ не предусматривает в качестве обязательного признака объективной стороны данного преступления наступление последствий в виде незаконного распространения наркотических средств, их незаконный сбыт следует считать оконченным преступлением с момента выполнения лицом всех необходимых действий по передаче приобретателю указанных средств независимо от их фактического получения приобретателем. Изъятие в таких случаях сотрудниками правоохранительных органов из незаконного оборота указанных средств, веществ, растений не влияет на квалификацию преступления как оконченного. Суду не представлено доказательств того, что непосредственному приобретателю стали известны координаты тайников, сделанных подсудимыми, и между ними достигнута договоренность на незаконный сбыт размещенных в закладках веществ. Таким образом, ФИО3 и ФИО5 выполнены не все необходимые действия по передаче приобретателю наркотических средств, преступный умысел не доведен до конца по причинам, не зависящим от подсудимых. Делая вывод о наличии крупного и значительного размера наркотических средств в каждом из свёртков, суд исходит из размеров, которые установлены в постановлении Правительства РФ от 01.10.2012 №1002: значительный размер для героин (диацетилморфин), 6-моноацетилморфин и ацетилкодеин – от 0,5 до 2,5 грамма, крупный размер для героин (диацетилморфин), 6-моноацетилморфин и ацетилкодеин – от 2,5 до 1000 граммов. О совершении преступления группой лиц по предварительному сговору свидетельствуют действия подсудимых ФИО3 и ФИО5, которые с помощью сети Интернет взаимодействовали с неустановленным следствием лицом, получили от него оптовую партию наркотического средства, расфасованного по свёрткам для дальнейшего размещения путём закладок, и выполняли его указания. Действия данных лиц носили согласованный характер с предварительным распределением ролей как между собой, так и с неустановленным лицом, и были направлены на достижение единой преступной цели - сбыт наркотических средств. При оборудовании закладок наркотическое средство было расфасовано в мелкие свертки различной массы, которые размещались на разных участках местности, что связано с намерением сбыта наркотических средств неограниченному кругу лиц, а не одному конкретному потребителю, что указывает на совершение ФИО3 и ФИО5 преступлений в соответствии с количеством осуществленных им закладок наркотических средств и образует совокупность преступлений, а не одно единое преступление. Указание по каждому преступлению на то, что ФИО5 и ФИО3 незаконно получили от неустановленного лица оптовую партию наркотического средства, после чего стали незаконно хранить его при себе для последующего сбыта бесконтактным способом подлежит исключению из описательно-мотивировочной части обвинения, поскольку незаконное приобретение и хранение не охватываются диспозицией ст.228.1 К РФ Решая вопрос о наказании, суд учитывает характер и степень общественной опасности совершенного преступления, личность каждого из подсудимых, смягчающие наказание обстоятельства, влияние наказания на их исправление и условия жизни их семей. ФИО3 у. *** *** подсудимого учитывается в качестве смягчающих наказание обстоятельств, предусмотренных ч.2 ст. 61 УК РФ . Активное способствование расследованию преступлений – ФИО3 сразу после задержания добровольно выдал свой сотовый телефон и сообщил графический код для разблокировки, в результате чего были обнаружены координаты тайников-закладок (п. «и» ч.1 ст. 61 УК РФ ) по каждому из преступлений суд учитывает как обстоятельство, смягчающее наказание. Явку ФИО3 с повинной (п. «и» ч.1 ст. 61 УК РФ ) по каждому из преступлений суд также учитывает как обстоятельство, смягчающее наказание - несмотря на то, что оформлена явка с повинной была ***, в ней сообщены сведения, которые не были положены в основу постановления о привлечении в качестве обвиняемого от ***, и в дальнейшем эти сведения стали предметом обвинения, изложенного в постановлении о привлечении в качестве обвиняемого от ***. О наличии иных, имеющих значение для решения вопроса о виде и размере наказания обстоятельствах, подсудимый суду не сообщил и учесть их в качестве смягчающих не просил. Отягчающих наказание обстоятельств по делу не установлено. В соответствии с требованиями ст. 6 УК РФ , с учетом степени общественной опасности совершенных преступлений, обстоятельств их совершения и личности виновного, суд считает, что исправление ФИО3 у. и достижение в отношении него целей наказания невозможно без изоляции его от общества. Наказание подсудимому должно быть назначено в виде реального лишения свободы за каждое из преступлений, оснований к применению условного осуждения судом не установлено. Именно такое наказание, по мнению суда, будет способствовать решению задач, закрепленных в ст. 2 УК РФ и осуществлению целей наказания, указанных в ст. 43 УК РФ – восстановлению социальной справедливости, исправлению осужденного, предупреждению совершения им новых преступлений. Размер наказания определяется с учетом положений ст. , ч.1 ст. 62 УК РФ , окончательное наказание следует назначить по правилам ч.2 ст. 69 УК РФ . Исключительных обстоятельств, существенно уменьшающих степень общественной опасности каждого преступления, достаточных для применения ст. 64 УК РФ в отношении ФИО3 не установлено. С учетом фактических обстоятельств каждого из преступлений и степени их общественной опасности, суд не считает возможным в силу ч.6 ст. 15 УК РФ изменить категорию преступлений на менее тяжкую. С учетом данных о личности подсудимого и обстоятельств совершенных преступлений, суд приходит к выводу, что назначения дополнительного вида наказания в отношении ФИО3 у. не требуется, основного наказания, по мнению суда, будет достаточно для достижения целей наказания. В соответствии с п. «в» ч.1 ст. 58 УК РФ наказание ФИО3 у. надлежит отбывать в исправительной колонии строгого режима. ФИО5 у. *** *** что учитывается в качестве смягчающих наказание обстоятельств, предусмотренных ч.2 ст. 61 УК РФ . Активное способствование расследованию преступлений – ФИО5 сразу после задержания добровольно выдал свой сотовый телефон и сообщил графический код для разблокировки, в результате чего были обнаружены координаты тайников-закладок, явку ФИО5 с повинной (п. «и» ч.1 ст. 61 УК РФ ) по каждому из преступлений суд учитывает как обстоятельства, смягчающие наказание, так как в ней сообщены сведения, которые не были положены в основу постановления о привлечении в качестве обвиняемого от ***. О наличии иных, имеющих значение для решения вопроса о виде и размере наказания обстоятельствах, подсудимый суду не сообщил и учесть их в качестве смягчающих не просил. Отягчающих наказание обстоятельств по делу не установлено. В соответствии с требованиями ст. 6 УК РФ , с учетом степени общественной опасности совершенных преступлений, обстоятельств их совершения и личности виновного, суд считает, что исправление ФИО5 у. и достижение в отношении него целей наказания невозможно без изоляции его от общества. Наказание подсудимому должно быть назначено в виде реального лишения свободы за каждое из преступлений, оснований к применению условного осуждения судом не установлено. Именно такое наказание, по мнению суда, будет способствовать решению задач, закрепленных в ст. 2 УК РФ и осуществлению целей наказания, указанных в ст. 43 УК РФ – восстановлению социальной справедливости, исправлению осужденного, предупреждению совершения им новых преступлений. Размер наказания определяется с учетом положений ст. , ч.1 ст. 62 УК РФ , окончательное наказание следует назначить по правилам ч.2 ст. 69 УК РФ . Исключительных обстоятельств, существенно уменьшающих степень общественной опасности каждого преступления, достаточных для применения ст. 64 УК РФ в отношении ФИО5 не установлено. С учетом фактических обстоятельств каждого из преступлений и степени их общественной опасности, суд не считает возможным в силу ч.6 ст. 15 УК РФ изменить категорию преступлений на менее тяжкую. Исходя из данных о личности подсудимого и обстоятельств совершенных преступлений, суд приходит к выводу, что назначения дополнительного вида наказания в отношении ФИО5 у. не требуется, основанного наказания, по мнению суда, будет достаточно для достижения целей наказания. В соответствии с п. «в» ч.1 ст. 58 УК РФ наказание ФИО5 у. надлежит отбывать в исправительной колонии строгого режима. Оснований для применения ст. 73 УК РФ и назначения каждому из подсудимых наказания условно суд не находит, поскольку применение ст. 73 УК РФ в данном случае не обеспечит достижение целей наказания. Исключительных оснований, связанных с личностями подсудимых и совершенными деяниями, достаточных для применения к ФИО5 и ФИО3 положений ст. 96 УК РФ , не установлено. Как разъяснил Пленум Верховного Суда РФ в п.34 Постановления от 22 декабря 2015г. №58 «О практике назначения судами Российской Федерации уголовного наказания», при применении статей , и 68 УК РФ в случае совершения неоконченного преступления указанная в этих нормах часть наказания исчисляется от срока или размера наказания, которые могут быть назначены по правилам статьи 66 УК РФ . Если в результате применения статей и (или) 62 УК РФ либо статей и 65 УК РФ срок или размер наказания, который может быть назначен осужденному, окажется менее строгим, чем низший предел наиболее строгого вида наказания, предусмотренного санкцией соответствующей статьи Особенной части УК РФ, то наказание назначается ниже низшего предела без ссылки на статью 64 УК РФ . Таким же образом разрешается вопрос назначения наказания в случае совпадения верхнего предела наказания, которое может быть назначено осужденному в результате применения указанных норм, с низшим пределом наиболее строгого вида наказания, предусмотренного санкцией соответствующей статьи Особенной части УК РФ. После применения при назначении обоим подсудимым наказаний по каждому преступлению положений ч.1 ст. 62 УК РФ , ч. 3 ст. 66 УК РФ наказание по преступлениям, предусмотренным ч.3 ст. -п.п. «а, б» ч.3 ст. 228.1 УК РФ оказалось менее строгим, а по преступлению, предусмотренному ч.3 ст. -п. «г» ч.4 ст. 228.1 УК РФ нижний и верхний пределы совпали, в связи с чем назначенное ФИО3 и ФИО5 наказание должно быть ниже низшего предела без ссылки на ст. 64 УК РФ по каждому преступлению. Вопрос о вещественных доказательствах разрешается в соответствии с ч.3 ст. 81 УПК РФ . Руководствуясь ст. - 309 УПК РФ , суд П Р И Г О В О Р И Л : ФИО3 угли признать виновным: - в совершении пяти преступлений, каждое из которых предусмотрено ч.3 ст. , п.п. «а», «б» ч.3 ст. 228.1 УК РФ , и за каждое из преступлений назначить наказание в виде 4 лет лишения свободы; - в совершении преступления, предусмотренного ч.3 ст. , п. «г» ч.4 ст. 228.1 УК РФ , и назначить наказание в виде 5 лет лишения свободы. В соответствии с ч.2 ст. 69 УК РФ по совокупности преступлений путем частичного сложения назначенных наказаний назначить окончательно ФИО3 угли наказание в виде 6 лет лишения свободы с отбыванием наказания в исправительной колонии строгого режима. Меру пресечения в отношении ФИО3 угли в виде заключения под стражу до вступления приговора в законную силу оставить прежней, и содержать в ФКУ СИЗО-1 УФСИН России по ***. Срок наказания исчислять со дня вступления приговора в законную силу. В соответствии с п. «а» ч.3.1 ст. 72 УК РФ время содержания ФИО3 угли под стражей в качестве меры пресечения в период с *** до дня, предшествующего дню вступления приговора в законную силу, засчитать в срок отбывания наказания из расчета один день за один день отбывания наказания в исправительной колонии строгого режима. ОДИЛОВА Умиджона Кодиржон угли признать виновным: - в совершении пяти преступлений, каждое из которых предусмотрено ч.3 ст. , п.п. «а», «б» ч.3 ст. 228.1 УК РФ , и за каждое из преступлений назначить наказание в виде 4 лет лишения свободы; - в совершении преступления, предусмотренного ч.3 ст. , п. «г» ч.4 ст. 228.1 УК РФ , и назначить наказание в виде 5 лет лишения свободы. В соответствии с ч.2 ст. 69 УК РФ по совокупности преступлений путем частичного сложения назначенных наказаний назначить окончательно Одилову Умиджону Кодиржон угли наказание в виде 6 лет лишения свободы с отбыванием наказания в исправительной колонии строгого режима. Меру пресечения в отношении Одилова Умиджона Кодирджон угли в виде заключения под стражу до вступления приговора в законную силу оставить прежней, и содержать в ФКУ СИЗО-1 УФСИН России по ***. Срок наказания исчислять со дня вступления приговора в законную силу. В соответствии с п. «а» ч.3.1 ст. 72 УК РФ время содержания Одилова Умиджона Кодиржон угли под стражей в качестве меры пресечения в период с *** до дня, предшествующего дню вступления приговора в законную силу, засчитать в срок отбывания наказания из расчета один день за один день отбывания наказания в исправительной колонии строгого режима. Вещественные доказательства: - три полимерных свертка с веществом, общей массой 4,67 грамм, содержащим в своём составе наркотические средства героин (диацетилморфин), 6-моноацетилморфин, ацетилкодеин; четыре полимерных свертка с веществом, общей массой 5,46 грамм, содержащим в своём составе наркотические средства героин (диацетилморфин), 6-моноацетилморфин, ацетилкодеин; семь полимерных свертков с веществом, общей массой 10,16 грамм грамм, содержащим в своём составе наркотические средства героин (диацетилморфин), 6-моноацетилморфин, ацетилкодеин; свёрток с веществом, общей массой 1,57 грамма, содержащим в своём составе наркотические средства - героин (диацетилморфин), 6-моноацетилморфин, ацетилкодеин; свёрток с веществом, общей массой 1,58 грамма, содержащим в своём составе наркотические средства - героин (диацетилморфин), 6-моноацетилморфин, ацетилкодеин; свёрток с веществом, общей массой 1,47 грамма, содержащим в своём составе наркотические средства - героин (диацетилморфин), 6-моноацетилморфин, ацетилкодеин; свёрток с веществом, общей массой 1,52 грамма, содержащим в своём составе наркотические средства - героин (диацетилморфин), 6-моноацетилморфин, ацетилкодеин; свёрток с веществом, общей массой 1,53 грамма, содержащим в своём составе наркотические средства - героин (диацетилморфин), 6-моноацетилморфин, ацетилкодеин - хранятся в камере хранения наркотических средств, психотропных веществ и их прекурсоров УМВД России по *** – уничтожить; - мобильный телефон марки «Redmi Note 8», принадлежащий ФИО5, хранящийся в камере хранения вещественных доказательств ОП *** УМВД России по ***, вернуть ему по принадлежности, - мобильный телефон марки «Mi», мобильный телефон марки «Samsung», принадлежащие ФИО3, хранящиеся в камере хранения вещественных доказательств ОП *** УМВД России по ***, передать отцу ФИО3 – ФИО4. Приговор может быть обжалован в апелляционном порядке в судебную коллегию по уголовным делам *** областного суда в течение 15 суток со дня провозглашения, а осужденными, содержащимися под стражей – в тот же срок со дня вручения копии приговора в переводе на узбекский язык. В случае подачи апелляционной жалобы осужденные вправе ходатайствовать в течение 15 суток о своем участии в рассмотрении уголовного дела судом апелляционной инстанции. Вступивший в законную силу приговор может быть обжалован в порядке главы 47.1 УПК РФ во *** кассационный суд в течение 6 месяцев со дня вступления приговора в законную силу. Осужденные вправе ходатайствовать об участии в рассмотрении уголовного дела судом кассационной инстанции. Председательствующий: Т.В. Костырина Суд: Ленинский районный суд г. Тамбова (Тамбовская область) (подробнее) Судьи дела: Костырина Татьяна Владимировна (судья) (подробнее) Последние документы по делу: Приговор от 11 февраля 2024 г. по делу № 1-171/2023 Приговор от 9 августа 2023 г. по делу № 1-171/2023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